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Kayıt, durum tespiti ve iş birliği incelemesi için kontrol listesi.</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Doküman Kontrol Listesi</w:t>
      </w:r>
    </w:p>
    <w:p>
      <w:pPr>
        <w:spacing w:after="200"/>
      </w:pPr>
      <w:r>
        <w:rPr>
          <w:rFonts w:ascii="Arial" w:hAnsi="Arial" w:eastAsia="Arial" w:cs="Arial"/>
          <w:color w:val="526577"/>
          <w:sz w:val="20"/>
        </w:rPr>
        <w:t>Kayıt, durum tespiti ve iş birliği incelemesi için kontrol listesi.</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Sınıflandırma</w:t>
            </w:r>
          </w:p>
        </w:tc>
        <w:tc>
          <w:tcPr>
            <w:tcW w:type="dxa" w:w="2880"/>
            <w:shd w:fill="F3F6F8"/>
            <w:vAlign w:val="center"/>
            <w:tcMar>
              <w:top w:w="110" w:type="dxa"/>
              <w:start w:w="140" w:type="dxa"/>
              <w:bottom w:w="110" w:type="dxa"/>
              <w:end w:w="140" w:type="dxa"/>
            </w:tcMar>
          </w:tcPr>
          <w:p>
            <w:pPr>
              <w:spacing w:after="0"/>
            </w:pPr>
            <w:r>
              <w:t>İş formu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Yürürlük tarihi</w:t>
            </w:r>
          </w:p>
        </w:tc>
        <w:tc>
          <w:tcPr>
            <w:tcW w:type="dxa" w:w="2880"/>
            <w:shd w:fill="F3F6F8"/>
            <w:vAlign w:val="center"/>
            <w:tcMar>
              <w:top w:w="110" w:type="dxa"/>
              <w:start w:w="140" w:type="dxa"/>
              <w:bottom w:w="110" w:type="dxa"/>
              <w:end w:w="140" w:type="dxa"/>
            </w:tcMar>
          </w:tcPr>
          <w:p>
            <w:pPr>
              <w:spacing w:after="0"/>
            </w:pPr>
            <w:r>
              <w:t>1 Ağustos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Sorumlu</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Yönetimi</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Gözden geçirme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Yıllık veya gerektiğinde daha erken</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Doldurma talimatı</w:t>
              <w:br/>
            </w:r>
            <w:r>
              <w:t>Uygun olan tüm alanları elektronik olarak veya okunaklı biçimde doldurun; uygulanmayan sorulara "Uygulanamaz" yazın. Güncel destekleyici belgeleri ekleyerek tamamlanmış formu info@olyvenra.com adresine gönderin. OLYVENRA açıklama veya ek durum tespiti belgesi isteyebilir. Formun alınması işleme devam etme yükümlülüğü oluşturmaz.</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Formun amacı ve kullanımı</w:t>
              <w:br/>
            </w:r>
            <w:r>
              <w:t>Bu form, olası bir iş ilişkisi, talep veya belge isteğinin ölçülü ilk aşama değerlendirmesini destekler. İleri iletişim öncesinde kuruluşu, gönderen tarafın yetkisini, ticari amacı ve ilgili uyum hususlarını kayda alır.</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Veri ve güvenli belge yönetimi</w:t>
              <w:br/>
            </w:r>
            <w:r>
              <w:t>Bilgiler meşru iş değerlendirmesi, karşı taraf incelemesi, iletişim ve kayıt tutma amacıyla kullanılır. Parola, ödeme kartı verisi, hasta kaydı, gizlilik dereceli bilgi, banka giriş bilgisi veya ihracat kontrolüne tabi teknik veriyi e-posta ile göndermeyin. Hassas materyal göndermeden önce OLYVENRA'dan onaylı güvenli kanal isteyin.</w:t>
            </w:r>
            <w:r>
              <w:br/>
            </w:r>
            <w:hyperlink r:id="rId12">
              <w:r>
                <w:rPr>
                  <w:color w:val="8A6A10"/>
                  <w:u w:val="single"/>
                </w:rPr>
                <w:t>OLYVENRA Gizlilik Bildirimi'ni okuyun</w:t>
              </w:r>
            </w:hyperlink>
          </w:p>
        </w:tc>
      </w:tr>
    </w:tbl>
    <w:p/>
    <w:p>
      <w:r>
        <w:br w:type="page"/>
      </w:r>
    </w:p>
    <w:p>
      <w:pPr>
        <w:pStyle w:val="Heading1"/>
      </w:pPr>
      <w:r>
        <w:t>Kuruluş bilgileri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Kuruluş belgesi / kayıt kanıtı</w:t>
            </w:r>
          </w:p>
        </w:tc>
        <w:tc>
          <w:tcPr>
            <w:tcW w:type="dxa" w:w="6552"/>
            <w:vAlign w:val="center"/>
            <w:tcMar>
              <w:top w:w="190" w:type="dxa"/>
              <w:start w:w="150" w:type="dxa"/>
              <w:bottom w:w="190" w:type="dxa"/>
              <w:end w:w="150" w:type="dxa"/>
            </w:tcMar>
          </w:tcPr>
          <w:p>
            <w:pPr>
              <w:spacing w:after="0"/>
            </w:pPr>
            <w:sdt>
              <w:sdtPr>
                <w:alias w:val="Kuruluş belgesi / kayıt kanıtı"/>
                <w:tag w:val="olyvenra-document-checklist-tr_5_1_1_1"/>
                <w:id w:val="151409816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Şirket profili / kabiliyet özeti</w:t>
            </w:r>
          </w:p>
        </w:tc>
        <w:tc>
          <w:tcPr>
            <w:tcW w:type="dxa" w:w="6552"/>
            <w:vAlign w:val="center"/>
            <w:tcMar>
              <w:top w:w="190" w:type="dxa"/>
              <w:start w:w="150" w:type="dxa"/>
              <w:bottom w:w="190" w:type="dxa"/>
              <w:end w:w="150" w:type="dxa"/>
            </w:tcMar>
          </w:tcPr>
          <w:p>
            <w:pPr>
              <w:spacing w:after="0"/>
            </w:pPr>
            <w:sdt>
              <w:sdtPr>
                <w:alias w:val="Şirket profili / kabiliyet özeti"/>
                <w:tag w:val="olyvenra-document-checklist-tr_5_2_1_2"/>
                <w:id w:val="80903802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Sahiplik yapısı</w:t>
            </w:r>
          </w:p>
        </w:tc>
        <w:tc>
          <w:tcPr>
            <w:tcW w:type="dxa" w:w="6552"/>
            <w:vAlign w:val="center"/>
            <w:tcMar>
              <w:top w:w="190" w:type="dxa"/>
              <w:start w:w="150" w:type="dxa"/>
              <w:bottom w:w="190" w:type="dxa"/>
              <w:end w:w="150" w:type="dxa"/>
            </w:tcMar>
          </w:tcPr>
          <w:p>
            <w:pPr>
              <w:spacing w:after="0"/>
            </w:pPr>
            <w:sdt>
              <w:sdtPr>
                <w:alias w:val="Sahiplik yapısı"/>
                <w:tag w:val="olyvenra-document-checklist-tr_5_3_1_3"/>
                <w:id w:val="805940657"/>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Direktörler / yöneticiler / yetkili kişiler</w:t>
            </w:r>
          </w:p>
        </w:tc>
        <w:tc>
          <w:tcPr>
            <w:tcW w:type="dxa" w:w="6552"/>
            <w:vAlign w:val="center"/>
            <w:tcMar>
              <w:top w:w="190" w:type="dxa"/>
              <w:start w:w="150" w:type="dxa"/>
              <w:bottom w:w="190" w:type="dxa"/>
              <w:end w:w="150" w:type="dxa"/>
            </w:tcMar>
          </w:tcPr>
          <w:p>
            <w:pPr>
              <w:spacing w:after="0"/>
            </w:pPr>
            <w:sdt>
              <w:sdtPr>
                <w:alias w:val="Direktörler / yöneticiler / yetkili kişiler"/>
                <w:tag w:val="olyvenra-document-checklist-tr_5_4_1_4"/>
                <w:id w:val="121364991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Kayıtlı adres</w:t>
            </w:r>
          </w:p>
        </w:tc>
        <w:tc>
          <w:tcPr>
            <w:tcW w:type="dxa" w:w="6552"/>
            <w:vAlign w:val="center"/>
            <w:tcMar>
              <w:top w:w="190" w:type="dxa"/>
              <w:start w:w="150" w:type="dxa"/>
              <w:bottom w:w="190" w:type="dxa"/>
              <w:end w:w="150" w:type="dxa"/>
            </w:tcMar>
          </w:tcPr>
          <w:p>
            <w:pPr>
              <w:spacing w:after="0"/>
            </w:pPr>
            <w:sdt>
              <w:sdtPr>
                <w:alias w:val="Kayıtlı adres"/>
                <w:tag w:val="olyvenra-document-checklist-tr_5_5_1_5"/>
                <w:id w:val="641552238"/>
                <w:color w:val="B08A28"/>
                <w:appearance w:val="boundingBox"/>
                <w:text/>
              </w:sdtPr>
              <w:sdtContent>
                <w:r>
                  <w:rPr>
                    <w:color w:val="6D7D87"/>
                    <w:i/>
                    <w:sz w:val="18"/>
                  </w:rPr>
                  <w:t>Yanıtınızı yazmak için buraya tıklayın veya dokunun.</w:t>
                </w:r>
              </w:sdtContent>
            </w:sdt>
          </w:p>
        </w:tc>
      </w:tr>
    </w:tbl>
    <w:p>
      <w:pPr>
        <w:pStyle w:val="Heading1"/>
      </w:pPr>
      <w:r>
        <w:t>Ürünler, hizmetler ve kabiliyet</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İlgili ürün veya hizmetler</w:t>
            </w:r>
          </w:p>
        </w:tc>
        <w:tc>
          <w:tcPr>
            <w:tcW w:type="dxa" w:w="6552"/>
            <w:vAlign w:val="center"/>
            <w:tcMar>
              <w:top w:w="190" w:type="dxa"/>
              <w:start w:w="150" w:type="dxa"/>
              <w:bottom w:w="190" w:type="dxa"/>
              <w:end w:w="150" w:type="dxa"/>
            </w:tcMar>
          </w:tcPr>
          <w:p>
            <w:pPr>
              <w:spacing w:after="0"/>
            </w:pPr>
            <w:sdt>
              <w:sdtPr>
                <w:alias w:val="İlgili ürün veya hizmetler"/>
                <w:tag w:val="olyvenra-document-checklist-tr_6_1_1_6"/>
                <w:id w:val="1627456871"/>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Varsa bilgi teknolojileri, yazılım, dijital veya danışmanlık kapsamı</w:t>
            </w:r>
          </w:p>
        </w:tc>
        <w:tc>
          <w:tcPr>
            <w:tcW w:type="dxa" w:w="6552"/>
            <w:vAlign w:val="center"/>
            <w:tcMar>
              <w:top w:w="190" w:type="dxa"/>
              <w:start w:w="150" w:type="dxa"/>
              <w:bottom w:w="190" w:type="dxa"/>
              <w:end w:w="150" w:type="dxa"/>
            </w:tcMar>
          </w:tcPr>
          <w:p>
            <w:pPr>
              <w:spacing w:after="0"/>
            </w:pPr>
            <w:sdt>
              <w:sdtPr>
                <w:alias w:val="Varsa bilgi teknolojileri, yazılım, dijital veya danışmanlık kapsamı"/>
                <w:tag w:val="olyvenra-document-checklist-tr_6_2_1_7"/>
                <w:id w:val="1237586390"/>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Ürün listeleri, teknik veri veya hizmet açıklamaları</w:t>
            </w:r>
          </w:p>
        </w:tc>
        <w:tc>
          <w:tcPr>
            <w:tcW w:type="dxa" w:w="6552"/>
            <w:vAlign w:val="center"/>
            <w:tcMar>
              <w:top w:w="190" w:type="dxa"/>
              <w:start w:w="150" w:type="dxa"/>
              <w:bottom w:w="190" w:type="dxa"/>
              <w:end w:w="150" w:type="dxa"/>
            </w:tcMar>
          </w:tcPr>
          <w:p>
            <w:pPr>
              <w:spacing w:after="0"/>
            </w:pPr>
            <w:sdt>
              <w:sdtPr>
                <w:alias w:val="Ürün listeleri, teknik veri veya hizmet açıklamaları"/>
                <w:tag w:val="olyvenra-document-checklist-tr_6_3_1_8"/>
                <w:id w:val="139468799"/>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Lisanslar, sertifikalar veya kalite standartları</w:t>
            </w:r>
          </w:p>
        </w:tc>
        <w:tc>
          <w:tcPr>
            <w:tcW w:type="dxa" w:w="6552"/>
            <w:vAlign w:val="center"/>
            <w:tcMar>
              <w:top w:w="190" w:type="dxa"/>
              <w:start w:w="150" w:type="dxa"/>
              <w:bottom w:w="190" w:type="dxa"/>
              <w:end w:w="150" w:type="dxa"/>
            </w:tcMar>
          </w:tcPr>
          <w:p>
            <w:pPr>
              <w:spacing w:after="0"/>
            </w:pPr>
            <w:sdt>
              <w:sdtPr>
                <w:alias w:val="Lisanslar, sertifikalar veya kalite standartları"/>
                <w:tag w:val="olyvenra-document-checklist-tr_6_4_1_9"/>
                <w:id w:val="167870114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İlgili referanslar veya örnek çalışmalar</w:t>
            </w:r>
          </w:p>
        </w:tc>
        <w:tc>
          <w:tcPr>
            <w:tcW w:type="dxa" w:w="6552"/>
            <w:vAlign w:val="center"/>
            <w:tcMar>
              <w:top w:w="190" w:type="dxa"/>
              <w:start w:w="150" w:type="dxa"/>
              <w:bottom w:w="190" w:type="dxa"/>
              <w:end w:w="150" w:type="dxa"/>
            </w:tcMar>
          </w:tcPr>
          <w:p>
            <w:pPr>
              <w:spacing w:after="0"/>
            </w:pPr>
            <w:sdt>
              <w:sdtPr>
                <w:alias w:val="İlgili referanslar veya örnek çalışmalar"/>
                <w:tag w:val="olyvenra-document-checklist-tr_6_5_1_10"/>
                <w:id w:val="533490138"/>
                <w:color w:val="B08A28"/>
                <w:appearance w:val="boundingBox"/>
                <w:text/>
              </w:sdtPr>
              <w:sdtContent>
                <w:r>
                  <w:rPr>
                    <w:color w:val="6D7D87"/>
                    <w:i/>
                    <w:sz w:val="18"/>
                  </w:rPr>
                  <w:t>Yanıtınızı yazmak için buraya tıklayın veya dokunun.</w:t>
                </w:r>
              </w:sdtContent>
            </w:sdt>
          </w:p>
        </w:tc>
      </w:tr>
    </w:tbl>
    <w:p>
      <w:r>
        <w:br w:type="page"/>
      </w:r>
    </w:p>
    <w:p>
      <w:pPr>
        <w:pStyle w:val="Heading1"/>
      </w:pPr>
      <w:r>
        <w:t>Hedef pazarlar ve zamanlama</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Hedef pazar / bölge</w:t>
            </w:r>
          </w:p>
        </w:tc>
        <w:tc>
          <w:tcPr>
            <w:tcW w:type="dxa" w:w="6552"/>
            <w:vAlign w:val="center"/>
            <w:tcMar>
              <w:top w:w="190" w:type="dxa"/>
              <w:start w:w="150" w:type="dxa"/>
              <w:bottom w:w="190" w:type="dxa"/>
              <w:end w:w="150" w:type="dxa"/>
            </w:tcMar>
          </w:tcPr>
          <w:p>
            <w:pPr>
              <w:spacing w:after="0"/>
            </w:pPr>
            <w:sdt>
              <w:sdtPr>
                <w:alias w:val="Hedef pazar / bölge"/>
                <w:tag w:val="olyvenra-document-checklist-tr_7_1_1_11"/>
                <w:id w:val="148361784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Mevcut pazar konumu / mevcut satış kanalları</w:t>
            </w:r>
          </w:p>
        </w:tc>
        <w:tc>
          <w:tcPr>
            <w:tcW w:type="dxa" w:w="6552"/>
            <w:vAlign w:val="center"/>
            <w:tcMar>
              <w:top w:w="190" w:type="dxa"/>
              <w:start w:w="150" w:type="dxa"/>
              <w:bottom w:w="190" w:type="dxa"/>
              <w:end w:w="150" w:type="dxa"/>
            </w:tcMar>
          </w:tcPr>
          <w:p>
            <w:pPr>
              <w:spacing w:after="0"/>
            </w:pPr>
            <w:sdt>
              <w:sdtPr>
                <w:alias w:val="Mevcut pazar konumu / mevcut satış kanalları"/>
                <w:tag w:val="olyvenra-document-checklist-tr_7_2_1_12"/>
                <w:id w:val="297797044"/>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Tercih edilen kanal modeli</w:t>
            </w:r>
          </w:p>
        </w:tc>
        <w:tc>
          <w:tcPr>
            <w:tcW w:type="dxa" w:w="6552"/>
            <w:vAlign w:val="center"/>
            <w:tcMar>
              <w:top w:w="190" w:type="dxa"/>
              <w:start w:w="150" w:type="dxa"/>
              <w:bottom w:w="190" w:type="dxa"/>
              <w:end w:w="150" w:type="dxa"/>
            </w:tcMar>
          </w:tcPr>
          <w:p>
            <w:pPr>
              <w:spacing w:after="0"/>
            </w:pPr>
            <w:sdt>
              <w:sdtPr>
                <w:alias w:val="Tercih edilen kanal modeli"/>
                <w:tag w:val="olyvenra-document-checklist-tr_7_3_1_13"/>
                <w:id w:val="131153904"/>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Hedef distribütör / yeniden satış ortağı / iş ortağı profili</w:t>
            </w:r>
          </w:p>
        </w:tc>
        <w:tc>
          <w:tcPr>
            <w:tcW w:type="dxa" w:w="6552"/>
            <w:vAlign w:val="center"/>
            <w:tcMar>
              <w:top w:w="190" w:type="dxa"/>
              <w:start w:w="150" w:type="dxa"/>
              <w:bottom w:w="190" w:type="dxa"/>
              <w:end w:w="150" w:type="dxa"/>
            </w:tcMar>
          </w:tcPr>
          <w:p>
            <w:pPr>
              <w:spacing w:after="0"/>
            </w:pPr>
            <w:sdt>
              <w:sdtPr>
                <w:alias w:val="Hedef distribütör / yeniden satış ortağı / iş ortağı profili"/>
                <w:tag w:val="olyvenra-document-checklist-tr_7_4_1_14"/>
                <w:id w:val="179133296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İş planı veya lansman desteği ihtiyacı</w:t>
            </w:r>
          </w:p>
        </w:tc>
        <w:tc>
          <w:tcPr>
            <w:tcW w:type="dxa" w:w="6552"/>
            <w:vAlign w:val="center"/>
            <w:tcMar>
              <w:top w:w="190" w:type="dxa"/>
              <w:start w:w="150" w:type="dxa"/>
              <w:bottom w:w="190" w:type="dxa"/>
              <w:end w:w="150" w:type="dxa"/>
            </w:tcMar>
          </w:tcPr>
          <w:p>
            <w:pPr>
              <w:spacing w:after="0"/>
            </w:pPr>
            <w:sdt>
              <w:sdtPr>
                <w:alias w:val="İş planı veya lansman desteği ihtiyacı"/>
                <w:tag w:val="olyvenra-document-checklist-tr_7_5_1_15"/>
                <w:id w:val="1222580144"/>
                <w:color w:val="B08A28"/>
                <w:appearance w:val="boundingBox"/>
                <w:text/>
              </w:sdtPr>
              <w:sdtContent>
                <w:r>
                  <w:rPr>
                    <w:color w:val="6D7D87"/>
                    <w:i/>
                    <w:sz w:val="18"/>
                  </w:rPr>
                  <w:t>Yanıtınızı yazmak için buraya tıklayın veya dokunun.</w:t>
                </w:r>
              </w:sdtContent>
            </w:sdt>
          </w:p>
        </w:tc>
      </w:tr>
    </w:tbl>
    <w:p>
      <w:pPr>
        <w:pStyle w:val="Heading1"/>
      </w:pPr>
      <w:r>
        <w:t>Uyum ve risk</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İlgili politikalar, lisanslar ve sertifikalar</w:t>
            </w:r>
          </w:p>
        </w:tc>
        <w:tc>
          <w:tcPr>
            <w:tcW w:type="dxa" w:w="6552"/>
            <w:vAlign w:val="center"/>
            <w:tcMar>
              <w:top w:w="190" w:type="dxa"/>
              <w:start w:w="150" w:type="dxa"/>
              <w:bottom w:w="190" w:type="dxa"/>
              <w:end w:w="150" w:type="dxa"/>
            </w:tcMar>
          </w:tcPr>
          <w:p>
            <w:pPr>
              <w:spacing w:after="0"/>
            </w:pPr>
            <w:sdt>
              <w:sdtPr>
                <w:alias w:val="İlgili politikalar, lisanslar ve sertifikalar"/>
                <w:tag w:val="olyvenra-document-checklist-tr_8_1_1_16"/>
                <w:id w:val="122024265"/>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Yaptırım, kısıtlı taraf veya yüksek risk maruziyeti</w:t>
            </w:r>
          </w:p>
        </w:tc>
        <w:tc>
          <w:tcPr>
            <w:tcW w:type="dxa" w:w="6552"/>
            <w:vAlign w:val="center"/>
            <w:tcMar>
              <w:top w:w="190" w:type="dxa"/>
              <w:start w:w="150" w:type="dxa"/>
              <w:bottom w:w="190" w:type="dxa"/>
              <w:end w:w="150" w:type="dxa"/>
            </w:tcMar>
          </w:tcPr>
          <w:p>
            <w:pPr>
              <w:spacing w:after="0"/>
            </w:pPr>
            <w:sdt>
              <w:sdtPr>
                <w:alias w:val="Yaptırım, kısıtlı taraf veya yüksek risk maruziyeti"/>
                <w:tag w:val="olyvenra-document-checklist-tr_8_2_1_17"/>
                <w:id w:val="844561809"/>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Düzenlemeye tabi, çift kullanımlı veya hassas ürün / hizmet</w:t>
            </w:r>
          </w:p>
        </w:tc>
        <w:tc>
          <w:tcPr>
            <w:tcW w:type="dxa" w:w="6552"/>
            <w:vAlign w:val="center"/>
            <w:tcMar>
              <w:top w:w="190" w:type="dxa"/>
              <w:start w:w="150" w:type="dxa"/>
              <w:bottom w:w="190" w:type="dxa"/>
              <w:end w:w="150" w:type="dxa"/>
            </w:tcMar>
          </w:tcPr>
          <w:p>
            <w:pPr>
              <w:spacing w:after="0"/>
            </w:pPr>
            <w:sdt>
              <w:sdtPr>
                <w:alias w:val="Düzenlemeye tabi, çift kullanımlı veya hassas ürün / hizmet"/>
                <w:tag w:val="olyvenra-document-checklist-tr_8_3_1_18"/>
                <w:id w:val="198271967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Kişisel veri veya gizli bilgi içeriyor mu</w:t>
            </w:r>
          </w:p>
        </w:tc>
        <w:tc>
          <w:tcPr>
            <w:tcW w:type="dxa" w:w="6552"/>
            <w:vAlign w:val="center"/>
            <w:tcMar>
              <w:top w:w="190" w:type="dxa"/>
              <w:start w:w="150" w:type="dxa"/>
              <w:bottom w:w="190" w:type="dxa"/>
              <w:end w:w="150" w:type="dxa"/>
            </w:tcMar>
          </w:tcPr>
          <w:p>
            <w:pPr>
              <w:spacing w:after="0"/>
            </w:pPr>
            <w:sdt>
              <w:sdtPr>
                <w:alias w:val="Kişisel veri veya gizli bilgi içeriyor mu"/>
                <w:tag w:val="olyvenra-document-checklist-tr_8_4_1_19"/>
                <w:id w:val="801374479"/>
                <w:color w:val="B08A28"/>
                <w:appearance w:val="boundingBox"/>
                <w:text/>
              </w:sdtPr>
              <w:sdtContent>
                <w:r>
                  <w:rPr>
                    <w:color w:val="6D7D87"/>
                    <w:i/>
                    <w:sz w:val="18"/>
                  </w:rPr>
                  <w:t>Yanıtınızı yazmak için buraya tıklayın veya dokunun.</w:t>
                </w:r>
              </w:sdtContent>
            </w:sdt>
          </w:p>
        </w:tc>
      </w:tr>
    </w:tbl>
    <w:p>
      <w:r>
        <w:br w:type="page"/>
      </w:r>
    </w:p>
    <w:p>
      <w:pPr>
        <w:pStyle w:val="Heading1"/>
      </w:pPr>
      <w:r>
        <w:t>Destekleyici dokümanlar</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İnceleme için mevcut dokümanlar</w:t>
            </w:r>
          </w:p>
        </w:tc>
        <w:tc>
          <w:tcPr>
            <w:tcW w:type="dxa" w:w="6552"/>
            <w:vAlign w:val="center"/>
            <w:tcMar>
              <w:top w:w="190" w:type="dxa"/>
              <w:start w:w="150" w:type="dxa"/>
              <w:bottom w:w="190" w:type="dxa"/>
              <w:end w:w="150" w:type="dxa"/>
            </w:tcMar>
          </w:tcPr>
          <w:p>
            <w:pPr>
              <w:spacing w:after="0"/>
            </w:pPr>
            <w:sdt>
              <w:sdtPr>
                <w:alias w:val="İnceleme için mevcut dokümanlar"/>
                <w:tag w:val="olyvenra-document-checklist-tr_9_1_1_20"/>
                <w:id w:val="1156429150"/>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Eksik dokümanlar veya açık sorular</w:t>
            </w:r>
          </w:p>
        </w:tc>
        <w:tc>
          <w:tcPr>
            <w:tcW w:type="dxa" w:w="6552"/>
            <w:vAlign w:val="center"/>
            <w:tcMar>
              <w:top w:w="190" w:type="dxa"/>
              <w:start w:w="150" w:type="dxa"/>
              <w:bottom w:w="190" w:type="dxa"/>
              <w:end w:w="150" w:type="dxa"/>
            </w:tcMar>
          </w:tcPr>
          <w:p>
            <w:pPr>
              <w:spacing w:after="0"/>
            </w:pPr>
            <w:sdt>
              <w:sdtPr>
                <w:alias w:val="Eksik dokümanlar veya açık sorular"/>
                <w:tag w:val="olyvenra-document-checklist-tr_9_2_1_21"/>
                <w:id w:val="1301720960"/>
                <w:color w:val="B08A28"/>
                <w:appearance w:val="boundingBox"/>
                <w:text/>
              </w:sdtPr>
              <w:sdtContent>
                <w:r>
                  <w:rPr>
                    <w:color w:val="6D7D87"/>
                    <w:i/>
                    <w:sz w:val="18"/>
                  </w:rPr>
                  <w:t>Yanıtınızı yazmak için buraya tıklayın veya dokunun.</w:t>
                </w:r>
              </w:sdtContent>
            </w:sdt>
          </w:p>
        </w:tc>
      </w:tr>
    </w:tbl>
    <w:p>
      <w:pPr>
        <w:pStyle w:val="Heading1"/>
      </w:pPr>
      <w:r>
        <w:t>İnceleme notları</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Birincil yetkili kişi</w:t>
            </w:r>
          </w:p>
        </w:tc>
        <w:tc>
          <w:tcPr>
            <w:tcW w:type="dxa" w:w="6552"/>
            <w:vAlign w:val="center"/>
            <w:tcMar>
              <w:top w:w="190" w:type="dxa"/>
              <w:start w:w="150" w:type="dxa"/>
              <w:bottom w:w="190" w:type="dxa"/>
              <w:end w:w="150" w:type="dxa"/>
            </w:tcMar>
          </w:tcPr>
          <w:p>
            <w:pPr>
              <w:spacing w:after="0"/>
            </w:pPr>
            <w:sdt>
              <w:sdtPr>
                <w:alias w:val="Birincil yetkili kişi"/>
                <w:tag w:val="olyvenra-document-checklist-tr_10_1_1_22"/>
                <w:id w:val="67513801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E-posta ve telefon</w:t>
            </w:r>
          </w:p>
        </w:tc>
        <w:tc>
          <w:tcPr>
            <w:tcW w:type="dxa" w:w="6552"/>
            <w:vAlign w:val="center"/>
            <w:tcMar>
              <w:top w:w="190" w:type="dxa"/>
              <w:start w:w="150" w:type="dxa"/>
              <w:bottom w:w="190" w:type="dxa"/>
              <w:end w:w="150" w:type="dxa"/>
            </w:tcMar>
          </w:tcPr>
          <w:p>
            <w:pPr>
              <w:spacing w:after="0"/>
            </w:pPr>
            <w:sdt>
              <w:sdtPr>
                <w:alias w:val="E-posta ve telefon"/>
                <w:tag w:val="olyvenra-document-checklist-tr_10_2_1_23"/>
                <w:id w:val="109119459"/>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Sunma / temsil yetkisi</w:t>
            </w:r>
          </w:p>
        </w:tc>
        <w:tc>
          <w:tcPr>
            <w:tcW w:type="dxa" w:w="6552"/>
            <w:vAlign w:val="center"/>
            <w:tcMar>
              <w:top w:w="190" w:type="dxa"/>
              <w:start w:w="150" w:type="dxa"/>
              <w:bottom w:w="190" w:type="dxa"/>
              <w:end w:w="150" w:type="dxa"/>
            </w:tcMar>
          </w:tcPr>
          <w:p>
            <w:pPr>
              <w:spacing w:after="0"/>
            </w:pPr>
            <w:sdt>
              <w:sdtPr>
                <w:alias w:val="Sunma / temsil yetkisi"/>
                <w:tag w:val="olyvenra-document-checklist-tr_10_3_1_24"/>
                <w:id w:val="115513184"/>
                <w:color w:val="B08A28"/>
                <w:appearance w:val="boundingBox"/>
                <w:text/>
              </w:sdtPr>
              <w:sdtContent>
                <w:r>
                  <w:rPr>
                    <w:color w:val="6D7D87"/>
                    <w:i/>
                    <w:sz w:val="18"/>
                  </w:rPr>
                  <w:t>Yanıtınızı yazmak için buraya tıklayın veya dokunun.</w:t>
                </w:r>
              </w:sdtContent>
            </w:sdt>
          </w:p>
        </w:tc>
      </w:tr>
    </w:tbl>
    <w:p>
      <w:pPr>
        <w:pStyle w:val="Heading1"/>
      </w:pPr>
      <w:r>
        <w:t>Gönderim hazırlık kontrolü</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Kuruluş adı, kayıt bilgileri ve iletişim yetkisi eksiksizdir.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Ticari ihtiyaç veya iş birliği talebi açık ve uygulanabilirdir.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Regüle, çift kullanımlı, yaptırım, ürün güvenliği veya gizlilik hassasiyeti açıklanmıştır.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Destekleyici dokümanlar hazırdır veya bekleyen belgeler açıkça belirtilmiştir.</w:t>
            </w:r>
          </w:p>
        </w:tc>
      </w:tr>
    </w:tbl>
    <w:p>
      <w:pPr>
        <w:pStyle w:val="Heading1"/>
      </w:pPr>
      <w:r>
        <w:t>OLYVENRA inceleme kriterleri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Hukuka uygun amaç ve güvenilir ticari zemin.</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OLYVENRA'dan beklenen rolün açık olması.</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Karşı taraf kimliği, sahiplik yapısı ve iletişim güvenilirliği.</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Talep aşamasına uygun doküman erişim seviyesi.</w:t>
            </w:r>
          </w:p>
        </w:tc>
      </w:tr>
    </w:tbl>
    <w:p>
      <w:pPr>
        <w:pStyle w:val="Heading1"/>
      </w:pPr>
      <w:r>
        <w:t>Beyan ve yetki</w:t>
      </w:r>
    </w:p>
    <w:p>
      <w:r>
        <w:rPr>
          <w:rFonts w:ascii="Arial" w:hAnsi="Arial" w:eastAsia="Arial" w:cs="Arial"/>
          <w:color w:val="102334"/>
          <w:sz w:val="19"/>
        </w:rPr>
        <w:t>Formu gönderen taraf, verilen bilgilerin bilgisi dahilinde doğru olduğunu, bu formu sunmaya yetkili olduğunu ve önemli değişiklikleri OLYVENRA'ya gecikmeden bildireceğini beyan eder.</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Ad soyad</w:t>
            </w:r>
          </w:p>
        </w:tc>
        <w:tc>
          <w:tcPr>
            <w:tcW w:type="dxa" w:w="2952"/>
            <w:vAlign w:val="center"/>
            <w:tcMar>
              <w:top w:w="110" w:type="dxa"/>
              <w:start w:w="140" w:type="dxa"/>
              <w:bottom w:w="110" w:type="dxa"/>
              <w:end w:w="140" w:type="dxa"/>
            </w:tcMar>
          </w:tcPr>
          <w:p>
            <w:pPr>
              <w:spacing w:after="0"/>
            </w:pPr>
            <w:sdt>
              <w:sdtPr>
                <w:alias w:val="Ad soyad"/>
                <w:tag w:val="olyvenra-document-checklist-tr_sign_13_0_1_25"/>
                <w:id w:val="1316936979"/>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Unvan / yetki</w:t>
            </w:r>
          </w:p>
        </w:tc>
        <w:tc>
          <w:tcPr>
            <w:tcW w:type="dxa" w:w="2952"/>
            <w:vAlign w:val="center"/>
            <w:tcMar>
              <w:top w:w="110" w:type="dxa"/>
              <w:start w:w="140" w:type="dxa"/>
              <w:bottom w:w="110" w:type="dxa"/>
              <w:end w:w="140" w:type="dxa"/>
            </w:tcMar>
          </w:tcPr>
          <w:p>
            <w:pPr>
              <w:spacing w:after="0"/>
            </w:pPr>
            <w:sdt>
              <w:sdtPr>
                <w:alias w:val="Unvan / yetki"/>
                <w:tag w:val="olyvenra-document-checklist-tr_sign_13_0_3_26"/>
                <w:id w:val="1681973010"/>
                <w:color w:val="B08A28"/>
                <w:appearance w:val="boundingBox"/>
                <w:text/>
              </w:sdtPr>
              <w:sdtContent>
                <w:r>
                  <w:rPr>
                    <w:color w:val="6D7D87"/>
                    <w:i/>
                    <w:sz w:val="18"/>
                  </w:rPr>
                  <w:t>Gerektiği şekilde ad yazın / imzalayın.</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İmza</w:t>
            </w:r>
          </w:p>
        </w:tc>
        <w:tc>
          <w:tcPr>
            <w:tcW w:type="dxa" w:w="2952"/>
            <w:vAlign w:val="center"/>
            <w:tcMar>
              <w:top w:w="110" w:type="dxa"/>
              <w:start w:w="140" w:type="dxa"/>
              <w:bottom w:w="110" w:type="dxa"/>
              <w:end w:w="140" w:type="dxa"/>
            </w:tcMar>
          </w:tcPr>
          <w:p>
            <w:pPr>
              <w:spacing w:after="0"/>
            </w:pPr>
            <w:sdt>
              <w:sdtPr>
                <w:alias w:val="İmza"/>
                <w:tag w:val="olyvenra-document-checklist-tr_sign_13_1_1_27"/>
                <w:id w:val="806170289"/>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Tarih</w:t>
            </w:r>
          </w:p>
        </w:tc>
        <w:tc>
          <w:tcPr>
            <w:tcW w:type="dxa" w:w="2952"/>
            <w:vAlign w:val="center"/>
            <w:tcMar>
              <w:top w:w="110" w:type="dxa"/>
              <w:start w:w="140" w:type="dxa"/>
              <w:bottom w:w="110" w:type="dxa"/>
              <w:end w:w="140" w:type="dxa"/>
            </w:tcMar>
          </w:tcPr>
          <w:p>
            <w:pPr>
              <w:spacing w:after="0"/>
            </w:pPr>
            <w:sdt>
              <w:sdtPr>
                <w:alias w:val="Tarih"/>
                <w:tag w:val="olyvenra-document-checklist-tr_sign_13_1_3_28"/>
                <w:id w:val="1691437484"/>
                <w:color w:val="B08A28"/>
                <w:appearance w:val="boundingBox"/>
                <w:text/>
              </w:sdtPr>
              <w:sdtContent>
                <w:r>
                  <w:rPr>
                    <w:color w:val="6D7D87"/>
                    <w:i/>
                    <w:sz w:val="18"/>
                  </w:rPr>
                  <w:t>Gerektiği şekilde ad yazın / imzalayın.</w:t>
                </w:r>
              </w:sdtContent>
            </w:sdt>
          </w:p>
        </w:tc>
      </w:tr>
    </w:tbl>
    <w:p>
      <w:pPr>
        <w:pStyle w:val="Heading2"/>
      </w:pPr>
      <w:r>
        <w:t>OLYVENRA inceleme notları</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OLYVENRA inceleme kullanımı içindir."/>
                <w:tag w:val="olyvenra-document-checklist-tr_review_notes_29"/>
                <w:id w:val="478955528"/>
                <w:color w:val="B08A28"/>
                <w:appearance w:val="boundingBox"/>
                <w:text/>
              </w:sdtPr>
              <w:sdtContent>
                <w:r>
                  <w:rPr>
                    <w:color w:val="6D7D87"/>
                    <w:i/>
                    <w:sz w:val="18"/>
                  </w:rPr>
                  <w:t>OLYVENRA inceleme kullanımı içindir.</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Doküman kontrolü: güncel sürüm olyvenra.com üzerindedir. Yetkisiz değişiklik veya yanıltıcı dağıtım yasaktır.</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Şirket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Doküman Kontrol Listesi</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Doküman Kontrol Listesi</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tr-TR</dc:language>
</cp:coreProperties>
</file>