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pPr>
              <w:spacing w:after="0" w:before="0" w:line="240" w:lineRule="auto"/>
            </w:pPr>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before="0" w:line="240" w:lineRule="auto"/>
            </w:pPr>
            <w:r>
              <w:rPr>
                <w:rFonts w:ascii="Arial" w:hAnsi="Arial" w:eastAsia="Arial" w:cs="Arial"/>
                <w:color w:val="D4E0E7"/>
                <w:sz w:val="17"/>
              </w:rPr>
              <w:t>طلب أولي للتعاون أو دخول السوق أو موزع أو بائع أو تعارف تجاري أو شراكة استراتيجية.</w:t>
            </w:r>
          </w:p>
        </w:tc>
        <w:tc>
          <w:tcPr>
            <w:tcW w:type="dxa" w:w="3240"/>
            <w:shd w:fill="061B2A"/>
            <w:tcMar>
              <w:top w:w="180" w:type="dxa"/>
              <w:start w:w="180" w:type="dxa"/>
              <w:bottom w:w="180" w:type="dxa"/>
              <w:end w:w="180" w:type="dxa"/>
            </w:tcMar>
          </w:tcPr>
          <w:p>
            <w:pPr>
              <w:spacing w:after="0" w:before="0" w:line="240" w:lineRule="auto"/>
              <w:jc w:val="right"/>
            </w:pPr>
            <w:r>
              <w:rPr>
                <w:rFonts w:ascii="Arial" w:hAnsi="Arial" w:eastAsia="Arial" w:cs="Arial"/>
                <w:b/>
                <w:color w:val="D7B243"/>
                <w:sz w:val="17"/>
              </w:rPr>
              <w:t>OLYVENRA LTD</w:t>
            </w:r>
          </w:p>
        </w:tc>
      </w:tr>
    </w:tbl>
    <w:p>
      <w:pPr>
        <w:spacing w:before="0" w:after="40" w:line="240" w:lineRule="auto"/>
        <w:jc w:val="right"/>
      </w:pPr>
      <w:r>
        <w:rPr>
          <w:rFonts w:ascii="Arial" w:hAnsi="Arial" w:eastAsia="Arial" w:cs="Arial"/>
          <w:b/>
          <w:color w:val="061B2A"/>
          <w:sz w:val="36"/>
        </w:rPr>
        <w:t>نموذج التعاون التجاري</w:t>
      </w:r>
    </w:p>
    <w:p>
      <w:pPr>
        <w:spacing w:after="40" w:before="0" w:line="240" w:lineRule="auto"/>
        <w:jc w:val="right"/>
      </w:pPr>
      <w:r>
        <w:rPr>
          <w:rFonts w:ascii="Arial" w:hAnsi="Arial" w:eastAsia="Arial" w:cs="Arial"/>
          <w:color w:val="526577"/>
          <w:sz w:val="20"/>
        </w:rPr>
        <w:t>طلب أولي للتعاون أو دخول السوق أو موزع أو بائع أو تعارف تجاري أو شراكة استراتيجية.</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التصنيف</w:t>
            </w:r>
          </w:p>
        </w:tc>
        <w:tc>
          <w:tcPr>
            <w:tcW w:type="dxa" w:w="2880"/>
            <w:shd w:fill="F3F6F8"/>
            <w:vAlign w:val="center"/>
            <w:tcMar>
              <w:top w:w="110" w:type="dxa"/>
              <w:start w:w="140" w:type="dxa"/>
              <w:bottom w:w="110" w:type="dxa"/>
              <w:end w:w="140" w:type="dxa"/>
            </w:tcMar>
          </w:tcPr>
          <w:p>
            <w:pPr>
              <w:spacing w:after="0" w:before="0" w:line="240" w:lineRule="auto"/>
            </w:pPr>
            <w:r>
              <w:t>نموذج أعمال - V2.0</w:t>
            </w:r>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تاريخ السريان</w:t>
            </w:r>
          </w:p>
        </w:tc>
        <w:tc>
          <w:tcPr>
            <w:tcW w:type="dxa" w:w="2880"/>
            <w:shd w:fill="F3F6F8"/>
            <w:vAlign w:val="center"/>
            <w:tcMar>
              <w:top w:w="110" w:type="dxa"/>
              <w:start w:w="140" w:type="dxa"/>
              <w:bottom w:w="110" w:type="dxa"/>
              <w:end w:w="140" w:type="dxa"/>
            </w:tcMar>
          </w:tcPr>
          <w:p>
            <w:pPr>
              <w:spacing w:after="0" w:before="0" w:line="240" w:lineRule="auto"/>
            </w:pPr>
            <w:r>
              <w:t>١ أغسطس ٢٠٢٦</w:t>
            </w:r>
          </w:p>
        </w:tc>
      </w:tr>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المالك</w:t>
            </w:r>
          </w:p>
        </w:tc>
        <w:tc>
          <w:tcPr>
            <w:tcW w:type="dxa" w:w="2880"/>
            <w:shd w:fill="F3F6F8"/>
            <w:vAlign w:val="center"/>
            <w:tcMar>
              <w:top w:w="110" w:type="dxa"/>
              <w:start w:w="140" w:type="dxa"/>
              <w:bottom w:w="110" w:type="dxa"/>
              <w:end w:w="140" w:type="dxa"/>
            </w:tcMar>
          </w:tcPr>
          <w:p>
            <w:pPr>
              <w:spacing w:after="0" w:before="0" w:line="240" w:lineRule="auto"/>
            </w:pPr>
            <w:r/>
            <w:r>
              <w:rPr>
                <w:rFonts w:ascii="Arial" w:hAnsi="Arial" w:eastAsia="Arial" w:cs="Arial"/>
                <w:b w:val="0"/>
                <w:color w:val="102334"/>
                <w:sz w:val="17"/>
              </w:rPr>
              <w:t>إدارة الشركة</w:t>
            </w:r>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6"/>
              </w:rPr>
              <w:t>دورة المراجعة</w:t>
            </w:r>
          </w:p>
        </w:tc>
        <w:tc>
          <w:tcPr>
            <w:tcW w:type="dxa" w:w="2880"/>
            <w:shd w:fill="F3F6F8"/>
            <w:vAlign w:val="center"/>
            <w:tcMar>
              <w:top w:w="110" w:type="dxa"/>
              <w:start w:w="140" w:type="dxa"/>
              <w:bottom w:w="110" w:type="dxa"/>
              <w:end w:w="140" w:type="dxa"/>
            </w:tcMar>
          </w:tcPr>
          <w:p>
            <w:pPr>
              <w:spacing w:after="0" w:before="0" w:line="240" w:lineRule="auto"/>
            </w:pPr>
            <w:r/>
            <w:r>
              <w:rPr>
                <w:rFonts w:ascii="Arial" w:hAnsi="Arial" w:eastAsia="Arial" w:cs="Arial"/>
                <w:b w:val="0"/>
                <w:color w:val="102334"/>
                <w:sz w:val="17"/>
              </w:rPr>
              <w:t>سنوية أو قبل ذلك عند الحاجة</w:t>
            </w:r>
          </w:p>
        </w:tc>
      </w:tr>
    </w:tbl>
    <w:p>
      <w:pPr>
        <w:spacing w:after="40" w:before="0" w:line="240" w:lineRule="auto"/>
      </w:pPr>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0" w:before="0" w:line="240" w:lineRule="auto"/>
            </w:pPr>
            <w:r>
              <w:rPr>
                <w:b/>
              </w:rPr>
              <w:t>تعليمات الإكمال</w:t>
              <w:br/>
            </w:r>
            <w:r>
              <w:t>أكمل جميع الحقول المنطبقة إلكترونيا أو بخط واضح، واكتب «لا ينطبق» عندما لا ينطبق السؤال. أرفق أدلة داعمة حديثة وأرسل النموذج المكتمل إلى info@olyvenra.com. يجوز لـ OLYVENRA طلب توضيحات أو مواد عناية واجبة إضافية. ولا ينشئ استلام النموذج التزاما بمتابعة الطلب.</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0" w:before="0" w:line="240" w:lineRule="auto"/>
              <w:jc w:val="right"/>
            </w:pPr>
            <w:r>
              <w:rPr>
                <w:b/>
              </w:rPr>
              <w:t>غرض النموذج واستخدامه</w:t>
              <w:br/>
            </w:r>
            <w:r>
              <w:t>يدعم هذا النموذج التأهيل الأولي المتناسب لعلاقة أعمال محتملة أو متطلب أو طلب وثائق. ويسجل المؤسسة وصلاحية الطرف المرسل والهدف التجاري واعتبارات الامتثال ذات الصلة قبل أي تواصل إضافي.</w:t>
            </w:r>
          </w:p>
        </w:tc>
      </w:tr>
    </w:tbl>
    <w:p>
      <w:pPr>
        <w:spacing w:after="40" w:before="0" w:line="240" w:lineRule="auto"/>
      </w:pPr>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0" w:before="0" w:line="240" w:lineRule="auto"/>
              <w:jc w:val="right"/>
            </w:pPr>
            <w:r>
              <w:rPr>
                <w:b/>
              </w:rPr>
              <w:t>البيانات والإرسال الآمن للوثائق</w:t>
              <w:br/>
            </w:r>
            <w:r>
              <w:t>تستخدم المعلومات للتقييم التجاري المشروع وفحص الطرف المقابل والتواصل وحفظ السجلات. لا ترسل عبر البريد الإلكتروني كلمات مرور أو بيانات بطاقات دفع أو سجلات مرضى أو معلومات مصنفة أو بيانات دخول مصرفية أو بيانات تقنية خاضعة لضوابط التصدير. اطلب من OLYVENRA قناة آمنة معتمدة قبل إرسال مواد حساسة.</w:t>
            </w:r>
            <w:r>
              <w:br/>
            </w:r>
            <w:hyperlink r:id="rId12">
              <w:r>
                <w:rPr>
                  <w:color w:val="8A6A10"/>
                  <w:u w:val="single"/>
                </w:rPr>
                <w:t>اقرأ إشعار الخصوصية لدى OLYVENRA</w:t>
              </w:r>
            </w:hyperlink>
          </w:p>
        </w:tc>
      </w:tr>
    </w:tbl>
    <w:p>
      <w:pPr>
        <w:spacing w:after="40" w:before="0" w:line="240" w:lineRule="auto"/>
      </w:pPr>
    </w:p>
    <w:p>
      <w:pPr>
        <w:spacing w:after="40" w:before="0" w:line="240" w:lineRule="auto"/>
      </w:pPr>
      <w:r>
        <w:br w:type="page"/>
      </w:r>
    </w:p>
    <w:p>
      <w:pPr>
        <w:pStyle w:val="Heading1"/>
        <w:spacing w:after="40" w:before="0" w:line="240" w:lineRule="auto"/>
        <w:jc w:val="right"/>
      </w:pPr>
      <w:r>
        <w:t>بيانات المؤسسة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الاسم القانوني</w:t>
            </w:r>
          </w:p>
        </w:tc>
        <w:tc>
          <w:tcPr>
            <w:tcW w:type="dxa" w:w="6552"/>
            <w:vAlign w:val="center"/>
            <w:tcMar>
              <w:top w:w="190" w:type="dxa"/>
              <w:start w:w="150" w:type="dxa"/>
              <w:bottom w:w="190" w:type="dxa"/>
              <w:end w:w="150" w:type="dxa"/>
            </w:tcMar>
          </w:tcPr>
          <w:p>
            <w:pPr>
              <w:spacing w:after="0" w:before="0" w:line="240" w:lineRule="auto"/>
              <w:jc w:val="right"/>
              <w:bidi/>
            </w:pPr>
            <w:sdt>
              <w:sdtPr>
                <w:alias w:val="الاسم القانوني"/>
                <w:tag w:val="olyvenra-business-cooperation-form-ar_5_1_1_1"/>
                <w:id w:val="147348366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الاسم التجاري / العلامة</w:t>
            </w:r>
          </w:p>
        </w:tc>
        <w:tc>
          <w:tcPr>
            <w:tcW w:type="dxa" w:w="6552"/>
            <w:vAlign w:val="center"/>
            <w:tcMar>
              <w:top w:w="190" w:type="dxa"/>
              <w:start w:w="150" w:type="dxa"/>
              <w:bottom w:w="190" w:type="dxa"/>
              <w:end w:w="150" w:type="dxa"/>
            </w:tcMar>
          </w:tcPr>
          <w:p>
            <w:pPr>
              <w:spacing w:after="0" w:before="0" w:line="240" w:lineRule="auto"/>
              <w:jc w:val="right"/>
              <w:bidi/>
            </w:pPr>
            <w:sdt>
              <w:sdtPr>
                <w:alias w:val="الاسم التجاري / العلامة"/>
                <w:tag w:val="olyvenra-business-cooperation-form-ar_5_2_1_2"/>
                <w:id w:val="23530205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رقم تسجيل الشركة</w:t>
            </w:r>
          </w:p>
        </w:tc>
        <w:tc>
          <w:tcPr>
            <w:tcW w:type="dxa" w:w="6552"/>
            <w:vAlign w:val="center"/>
            <w:tcMar>
              <w:top w:w="190" w:type="dxa"/>
              <w:start w:w="150" w:type="dxa"/>
              <w:bottom w:w="190" w:type="dxa"/>
              <w:end w:w="150" w:type="dxa"/>
            </w:tcMar>
          </w:tcPr>
          <w:p>
            <w:pPr>
              <w:spacing w:after="0" w:before="0" w:line="240" w:lineRule="auto"/>
              <w:jc w:val="right"/>
              <w:bidi/>
            </w:pPr>
            <w:sdt>
              <w:sdtPr>
                <w:alias w:val="رقم تسجيل الشركة"/>
                <w:tag w:val="olyvenra-business-cooperation-form-ar_5_3_1_3"/>
                <w:id w:val="417767024"/>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اختصاص التسجيل</w:t>
            </w:r>
          </w:p>
        </w:tc>
        <w:tc>
          <w:tcPr>
            <w:tcW w:type="dxa" w:w="6552"/>
            <w:vAlign w:val="center"/>
            <w:tcMar>
              <w:top w:w="190" w:type="dxa"/>
              <w:start w:w="150" w:type="dxa"/>
              <w:bottom w:w="190" w:type="dxa"/>
              <w:end w:w="150" w:type="dxa"/>
            </w:tcMar>
          </w:tcPr>
          <w:p>
            <w:pPr>
              <w:spacing w:after="0" w:before="0" w:line="240" w:lineRule="auto"/>
              <w:jc w:val="right"/>
              <w:bidi/>
            </w:pPr>
            <w:sdt>
              <w:sdtPr>
                <w:alias w:val="اختصاص التسجيل"/>
                <w:tag w:val="olyvenra-business-cooperation-form-ar_5_4_1_4"/>
                <w:id w:val="196405850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العنوان المسجل</w:t>
            </w:r>
          </w:p>
        </w:tc>
        <w:tc>
          <w:tcPr>
            <w:tcW w:type="dxa" w:w="6552"/>
            <w:vAlign w:val="center"/>
            <w:tcMar>
              <w:top w:w="190" w:type="dxa"/>
              <w:start w:w="150" w:type="dxa"/>
              <w:bottom w:w="190" w:type="dxa"/>
              <w:end w:w="150" w:type="dxa"/>
            </w:tcMar>
          </w:tcPr>
          <w:p>
            <w:pPr>
              <w:spacing w:after="0" w:before="0" w:line="240" w:lineRule="auto"/>
              <w:jc w:val="right"/>
              <w:bidi/>
            </w:pPr>
            <w:sdt>
              <w:sdtPr>
                <w:alias w:val="العنوان المسجل"/>
                <w:tag w:val="olyvenra-business-cooperation-form-ar_5_5_1_5"/>
                <w:id w:val="183908106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الموقع الإلكتروني</w:t>
            </w:r>
          </w:p>
        </w:tc>
        <w:tc>
          <w:tcPr>
            <w:tcW w:type="dxa" w:w="6552"/>
            <w:vAlign w:val="center"/>
            <w:tcMar>
              <w:top w:w="190" w:type="dxa"/>
              <w:start w:w="150" w:type="dxa"/>
              <w:bottom w:w="190" w:type="dxa"/>
              <w:end w:w="150" w:type="dxa"/>
            </w:tcMar>
          </w:tcPr>
          <w:p>
            <w:pPr>
              <w:spacing w:after="0" w:before="0" w:line="240" w:lineRule="auto"/>
              <w:jc w:val="right"/>
              <w:bidi/>
            </w:pPr>
            <w:sdt>
              <w:sdtPr>
                <w:alias w:val="الموقع الإلكتروني"/>
                <w:tag w:val="olyvenra-business-cooperation-form-ar_5_6_1_6"/>
                <w:id w:val="218737304"/>
                <w:color w:val="B08A28"/>
                <w:appearance w:val="boundingBox"/>
                <w:text/>
              </w:sdtPr>
              <w:sdtContent>
                <w:r>
                  <w:rPr>
                    <w:color w:val="6D7D87"/>
                    <w:i/>
                    <w:sz w:val="18"/>
                  </w:rPr>
                  <w:t>انقر أو اضغط هنا لإدخال الإجابة.</w:t>
                </w:r>
              </w:sdtContent>
            </w:sdt>
          </w:p>
        </w:tc>
      </w:tr>
    </w:tbl>
    <w:p>
      <w:pPr>
        <w:pStyle w:val="Heading1"/>
        <w:spacing w:after="40" w:before="0" w:line="240" w:lineRule="auto"/>
        <w:jc w:val="right"/>
      </w:pPr>
      <w:r>
        <w:t>جهة الاتصال والصلاحية</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جهة الاتصال الرئيسية</w:t>
            </w:r>
          </w:p>
        </w:tc>
        <w:tc>
          <w:tcPr>
            <w:tcW w:type="dxa" w:w="6552"/>
            <w:vAlign w:val="center"/>
            <w:tcMar>
              <w:top w:w="190" w:type="dxa"/>
              <w:start w:w="150" w:type="dxa"/>
              <w:bottom w:w="190" w:type="dxa"/>
              <w:end w:w="150" w:type="dxa"/>
            </w:tcMar>
          </w:tcPr>
          <w:p>
            <w:pPr>
              <w:spacing w:after="0" w:before="0" w:line="240" w:lineRule="auto"/>
              <w:jc w:val="right"/>
              <w:bidi/>
            </w:pPr>
            <w:sdt>
              <w:sdtPr>
                <w:alias w:val="جهة الاتصال الرئيسية"/>
                <w:tag w:val="olyvenra-business-cooperation-form-ar_6_1_1_7"/>
                <w:id w:val="105316768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البريد والهاتف</w:t>
            </w:r>
          </w:p>
        </w:tc>
        <w:tc>
          <w:tcPr>
            <w:tcW w:type="dxa" w:w="6552"/>
            <w:vAlign w:val="center"/>
            <w:tcMar>
              <w:top w:w="190" w:type="dxa"/>
              <w:start w:w="150" w:type="dxa"/>
              <w:bottom w:w="190" w:type="dxa"/>
              <w:end w:w="150" w:type="dxa"/>
            </w:tcMar>
          </w:tcPr>
          <w:p>
            <w:pPr>
              <w:spacing w:after="0" w:before="0" w:line="240" w:lineRule="auto"/>
              <w:jc w:val="right"/>
              <w:bidi/>
            </w:pPr>
            <w:sdt>
              <w:sdtPr>
                <w:alias w:val="البريد والهاتف"/>
                <w:tag w:val="olyvenra-business-cooperation-form-ar_6_2_1_8"/>
                <w:id w:val="182201202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صلاحية التقديم / التمثيل</w:t>
            </w:r>
          </w:p>
        </w:tc>
        <w:tc>
          <w:tcPr>
            <w:tcW w:type="dxa" w:w="6552"/>
            <w:vAlign w:val="center"/>
            <w:tcMar>
              <w:top w:w="190" w:type="dxa"/>
              <w:start w:w="150" w:type="dxa"/>
              <w:bottom w:w="190" w:type="dxa"/>
              <w:end w:w="150" w:type="dxa"/>
            </w:tcMar>
          </w:tcPr>
          <w:p>
            <w:pPr>
              <w:spacing w:after="0" w:before="0" w:line="240" w:lineRule="auto"/>
              <w:jc w:val="right"/>
              <w:bidi/>
            </w:pPr>
            <w:sdt>
              <w:sdtPr>
                <w:alias w:val="صلاحية التقديم / التمثيل"/>
                <w:tag w:val="olyvenra-business-cooperation-form-ar_6_3_1_9"/>
                <w:id w:val="1852514221"/>
                <w:color w:val="B08A28"/>
                <w:appearance w:val="boundingBox"/>
                <w:text/>
              </w:sdtPr>
              <w:sdtContent>
                <w:r>
                  <w:rPr>
                    <w:color w:val="6D7D87"/>
                    <w:i/>
                    <w:sz w:val="18"/>
                  </w:rPr>
                  <w:t>انقر أو اضغط هنا لإدخال الإجابة.</w:t>
                </w:r>
              </w:sdtContent>
            </w:sdt>
          </w:p>
        </w:tc>
      </w:tr>
    </w:tbl>
    <w:p>
      <w:pPr>
        <w:spacing w:after="40" w:before="0" w:line="240" w:lineRule="auto"/>
      </w:pPr>
      <w:r>
        <w:br w:type="page"/>
      </w:r>
    </w:p>
    <w:p>
      <w:pPr>
        <w:pStyle w:val="Heading1"/>
        <w:spacing w:after="40" w:before="0" w:line="240" w:lineRule="auto"/>
        <w:jc w:val="right"/>
      </w:pPr>
      <w:r>
        <w:t>الفرصة / المتطلب</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نوع التعاون المطلوب</w:t>
            </w:r>
          </w:p>
        </w:tc>
        <w:tc>
          <w:tcPr>
            <w:tcW w:type="dxa" w:w="6552"/>
            <w:vAlign w:val="center"/>
            <w:tcMar>
              <w:top w:w="190" w:type="dxa"/>
              <w:start w:w="150" w:type="dxa"/>
              <w:bottom w:w="190" w:type="dxa"/>
              <w:end w:w="150" w:type="dxa"/>
            </w:tcMar>
          </w:tcPr>
          <w:p>
            <w:pPr>
              <w:spacing w:after="0" w:before="0" w:line="240" w:lineRule="auto"/>
              <w:jc w:val="right"/>
              <w:bidi/>
            </w:pPr>
            <w:sdt>
              <w:sdtPr>
                <w:alias w:val="نوع التعاون المطلوب"/>
                <w:tag w:val="olyvenra-business-cooperation-form-ar_7_1_1_10"/>
                <w:id w:val="922520328"/>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المنتجات أو الخدمات المعنية</w:t>
            </w:r>
          </w:p>
        </w:tc>
        <w:tc>
          <w:tcPr>
            <w:tcW w:type="dxa" w:w="6552"/>
            <w:vAlign w:val="center"/>
            <w:tcMar>
              <w:top w:w="190" w:type="dxa"/>
              <w:start w:w="150" w:type="dxa"/>
              <w:bottom w:w="190" w:type="dxa"/>
              <w:end w:w="150" w:type="dxa"/>
            </w:tcMar>
          </w:tcPr>
          <w:p>
            <w:pPr>
              <w:spacing w:after="0" w:before="0" w:line="240" w:lineRule="auto"/>
              <w:jc w:val="right"/>
              <w:bidi/>
            </w:pPr>
            <w:sdt>
              <w:sdtPr>
                <w:alias w:val="المنتجات أو الخدمات المعنية"/>
                <w:tag w:val="olyvenra-business-cooperation-form-ar_7_2_1_11"/>
                <w:id w:val="138798399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نطاق التقنية أو البرمجيات أو الرقمي أو الاستشارات إن وجد</w:t>
            </w:r>
          </w:p>
        </w:tc>
        <w:tc>
          <w:tcPr>
            <w:tcW w:type="dxa" w:w="6552"/>
            <w:vAlign w:val="center"/>
            <w:tcMar>
              <w:top w:w="190" w:type="dxa"/>
              <w:start w:w="150" w:type="dxa"/>
              <w:bottom w:w="190" w:type="dxa"/>
              <w:end w:w="150" w:type="dxa"/>
            </w:tcMar>
          </w:tcPr>
          <w:p>
            <w:pPr>
              <w:spacing w:after="0" w:before="0" w:line="240" w:lineRule="auto"/>
              <w:jc w:val="right"/>
              <w:bidi/>
            </w:pPr>
            <w:sdt>
              <w:sdtPr>
                <w:alias w:val="نطاق التقنية أو البرمجيات أو الرقمي أو الاستشارات إن وجد"/>
                <w:tag w:val="olyvenra-business-cooperation-form-ar_7_3_1_12"/>
                <w:id w:val="167175800"/>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الهدف التجاري</w:t>
            </w:r>
          </w:p>
        </w:tc>
        <w:tc>
          <w:tcPr>
            <w:tcW w:type="dxa" w:w="6552"/>
            <w:vAlign w:val="center"/>
            <w:tcMar>
              <w:top w:w="190" w:type="dxa"/>
              <w:start w:w="150" w:type="dxa"/>
              <w:bottom w:w="190" w:type="dxa"/>
              <w:end w:w="150" w:type="dxa"/>
            </w:tcMar>
          </w:tcPr>
          <w:p>
            <w:pPr>
              <w:spacing w:after="0" w:before="0" w:line="240" w:lineRule="auto"/>
              <w:jc w:val="right"/>
              <w:bidi/>
            </w:pPr>
            <w:sdt>
              <w:sdtPr>
                <w:alias w:val="الهدف التجاري"/>
                <w:tag w:val="olyvenra-business-cooperation-form-ar_7_4_1_13"/>
                <w:id w:val="1308239779"/>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الدعم التجاري المطلوب من OLYVENRA</w:t>
            </w:r>
          </w:p>
        </w:tc>
        <w:tc>
          <w:tcPr>
            <w:tcW w:type="dxa" w:w="6552"/>
            <w:vAlign w:val="center"/>
            <w:tcMar>
              <w:top w:w="190" w:type="dxa"/>
              <w:start w:w="150" w:type="dxa"/>
              <w:bottom w:w="190" w:type="dxa"/>
              <w:end w:w="150" w:type="dxa"/>
            </w:tcMar>
          </w:tcPr>
          <w:p>
            <w:pPr>
              <w:spacing w:after="0" w:before="0" w:line="240" w:lineRule="auto"/>
              <w:jc w:val="right"/>
              <w:bidi/>
            </w:pPr>
            <w:sdt>
              <w:sdtPr>
                <w:alias w:val="الدعم التجاري المطلوب من OLYVENRA"/>
                <w:tag w:val="olyvenra-business-cooperation-form-ar_7_5_1_14"/>
                <w:id w:val="125817370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الدور المطلوب من OLYVENRA</w:t>
            </w:r>
          </w:p>
        </w:tc>
        <w:tc>
          <w:tcPr>
            <w:tcW w:type="dxa" w:w="6552"/>
            <w:vAlign w:val="center"/>
            <w:tcMar>
              <w:top w:w="190" w:type="dxa"/>
              <w:start w:w="150" w:type="dxa"/>
              <w:bottom w:w="190" w:type="dxa"/>
              <w:end w:w="150" w:type="dxa"/>
            </w:tcMar>
          </w:tcPr>
          <w:p>
            <w:pPr>
              <w:spacing w:after="0" w:before="0" w:line="240" w:lineRule="auto"/>
              <w:jc w:val="right"/>
              <w:bidi/>
            </w:pPr>
            <w:sdt>
              <w:sdtPr>
                <w:alias w:val="الدور المطلوب من OLYVENRA"/>
                <w:tag w:val="olyvenra-business-cooperation-form-ar_7_6_1_15"/>
                <w:id w:val="528491714"/>
                <w:color w:val="B08A28"/>
                <w:appearance w:val="boundingBox"/>
                <w:text/>
              </w:sdtPr>
              <w:sdtContent>
                <w:r>
                  <w:rPr>
                    <w:color w:val="6D7D87"/>
                    <w:i/>
                    <w:sz w:val="18"/>
                  </w:rPr>
                  <w:t>انقر أو اضغط هنا لإدخال الإجابة.</w:t>
                </w:r>
              </w:sdtContent>
            </w:sdt>
          </w:p>
        </w:tc>
      </w:tr>
    </w:tbl>
    <w:p>
      <w:pPr>
        <w:pStyle w:val="Heading1"/>
        <w:spacing w:after="40" w:before="0" w:line="240" w:lineRule="auto"/>
        <w:jc w:val="right"/>
      </w:pPr>
      <w:r>
        <w:t>الأسواق المستهدفة والتوقيت</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السوق / النطاق المستهدف</w:t>
            </w:r>
          </w:p>
        </w:tc>
        <w:tc>
          <w:tcPr>
            <w:tcW w:type="dxa" w:w="6552"/>
            <w:vAlign w:val="center"/>
            <w:tcMar>
              <w:top w:w="190" w:type="dxa"/>
              <w:start w:w="150" w:type="dxa"/>
              <w:bottom w:w="190" w:type="dxa"/>
              <w:end w:w="150" w:type="dxa"/>
            </w:tcMar>
          </w:tcPr>
          <w:p>
            <w:pPr>
              <w:spacing w:after="0" w:before="0" w:line="240" w:lineRule="auto"/>
              <w:jc w:val="right"/>
              <w:bidi/>
            </w:pPr>
            <w:sdt>
              <w:sdtPr>
                <w:alias w:val="السوق / النطاق المستهدف"/>
                <w:tag w:val="olyvenra-business-cooperation-form-ar_8_1_1_16"/>
                <w:id w:val="1956463110"/>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الوضع الحالي في السوق / قنوات البيع الحالية</w:t>
            </w:r>
          </w:p>
        </w:tc>
        <w:tc>
          <w:tcPr>
            <w:tcW w:type="dxa" w:w="6552"/>
            <w:vAlign w:val="center"/>
            <w:tcMar>
              <w:top w:w="190" w:type="dxa"/>
              <w:start w:w="150" w:type="dxa"/>
              <w:bottom w:w="190" w:type="dxa"/>
              <w:end w:w="150" w:type="dxa"/>
            </w:tcMar>
          </w:tcPr>
          <w:p>
            <w:pPr>
              <w:spacing w:after="0" w:before="0" w:line="240" w:lineRule="auto"/>
              <w:jc w:val="right"/>
              <w:bidi/>
            </w:pPr>
            <w:sdt>
              <w:sdtPr>
                <w:alias w:val="الوضع الحالي في السوق / قنوات البيع الحالية"/>
                <w:tag w:val="olyvenra-business-cooperation-form-ar_8_2_1_17"/>
                <w:id w:val="218658648"/>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نموذج القناة المفضل</w:t>
            </w:r>
          </w:p>
        </w:tc>
        <w:tc>
          <w:tcPr>
            <w:tcW w:type="dxa" w:w="6552"/>
            <w:vAlign w:val="center"/>
            <w:tcMar>
              <w:top w:w="190" w:type="dxa"/>
              <w:start w:w="150" w:type="dxa"/>
              <w:bottom w:w="190" w:type="dxa"/>
              <w:end w:w="150" w:type="dxa"/>
            </w:tcMar>
          </w:tcPr>
          <w:p>
            <w:pPr>
              <w:spacing w:after="0" w:before="0" w:line="240" w:lineRule="auto"/>
              <w:jc w:val="right"/>
              <w:bidi/>
            </w:pPr>
            <w:sdt>
              <w:sdtPr>
                <w:alias w:val="نموذج القناة المفضل"/>
                <w:tag w:val="olyvenra-business-cooperation-form-ar_8_3_1_18"/>
                <w:id w:val="15480872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ملف الموزع / البائع / الشريك المستهدف</w:t>
            </w:r>
          </w:p>
        </w:tc>
        <w:tc>
          <w:tcPr>
            <w:tcW w:type="dxa" w:w="6552"/>
            <w:vAlign w:val="center"/>
            <w:tcMar>
              <w:top w:w="190" w:type="dxa"/>
              <w:start w:w="150" w:type="dxa"/>
              <w:bottom w:w="190" w:type="dxa"/>
              <w:end w:w="150" w:type="dxa"/>
            </w:tcMar>
          </w:tcPr>
          <w:p>
            <w:pPr>
              <w:spacing w:after="0" w:before="0" w:line="240" w:lineRule="auto"/>
              <w:jc w:val="right"/>
              <w:bidi/>
            </w:pPr>
            <w:sdt>
              <w:sdtPr>
                <w:alias w:val="ملف الموزع / البائع / الشريك المستهدف"/>
                <w:tag w:val="olyvenra-business-cooperation-form-ar_8_4_1_19"/>
                <w:id w:val="1364454577"/>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الجدول المتوقع</w:t>
            </w:r>
          </w:p>
        </w:tc>
        <w:tc>
          <w:tcPr>
            <w:tcW w:type="dxa" w:w="6552"/>
            <w:vAlign w:val="center"/>
            <w:tcMar>
              <w:top w:w="190" w:type="dxa"/>
              <w:start w:w="150" w:type="dxa"/>
              <w:bottom w:w="190" w:type="dxa"/>
              <w:end w:w="150" w:type="dxa"/>
            </w:tcMar>
          </w:tcPr>
          <w:p>
            <w:pPr>
              <w:spacing w:after="0" w:before="0" w:line="240" w:lineRule="auto"/>
              <w:jc w:val="right"/>
              <w:bidi/>
            </w:pPr>
            <w:sdt>
              <w:sdtPr>
                <w:alias w:val="الجدول المتوقع"/>
                <w:tag w:val="olyvenra-business-cooperation-form-ar_8_5_1_20"/>
                <w:id w:val="1320910882"/>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نطاق الميزانية / قيمة الطلب إن وجدت</w:t>
            </w:r>
          </w:p>
        </w:tc>
        <w:tc>
          <w:tcPr>
            <w:tcW w:type="dxa" w:w="6552"/>
            <w:vAlign w:val="center"/>
            <w:tcMar>
              <w:top w:w="190" w:type="dxa"/>
              <w:start w:w="150" w:type="dxa"/>
              <w:bottom w:w="190" w:type="dxa"/>
              <w:end w:w="150" w:type="dxa"/>
            </w:tcMar>
          </w:tcPr>
          <w:p>
            <w:pPr>
              <w:spacing w:after="0" w:before="0" w:line="240" w:lineRule="auto"/>
              <w:jc w:val="right"/>
              <w:bidi/>
            </w:pPr>
            <w:sdt>
              <w:sdtPr>
                <w:alias w:val="نطاق الميزانية / قيمة الطلب إن وجدت"/>
                <w:tag w:val="olyvenra-business-cooperation-form-ar_8_6_1_21"/>
                <w:id w:val="525915428"/>
                <w:color w:val="B08A28"/>
                <w:appearance w:val="boundingBox"/>
                <w:text/>
              </w:sdtPr>
              <w:sdtContent>
                <w:r>
                  <w:rPr>
                    <w:color w:val="6D7D87"/>
                    <w:i/>
                    <w:sz w:val="18"/>
                  </w:rPr>
                  <w:t>انقر أو اضغط هنا لإدخال الإجابة.</w:t>
                </w:r>
              </w:sdtContent>
            </w:sdt>
          </w:p>
        </w:tc>
      </w:tr>
    </w:tbl>
    <w:p>
      <w:pPr>
        <w:spacing w:after="40" w:before="0" w:line="240" w:lineRule="auto"/>
      </w:pPr>
      <w:r>
        <w:br w:type="page"/>
      </w:r>
    </w:p>
    <w:p>
      <w:pPr>
        <w:pStyle w:val="Heading1"/>
        <w:spacing w:after="40" w:before="0" w:line="240" w:lineRule="auto"/>
        <w:jc w:val="right"/>
      </w:pPr>
      <w:r>
        <w:t>الامتثال والمخاطر</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المعلومة المطلوبة</w:t>
            </w:r>
          </w:p>
        </w:tc>
        <w:tc>
          <w:tcPr>
            <w:tcW w:type="dxa" w:w="65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الإجابة / الملاحظات</w:t>
            </w:r>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التعرض للعقوبات أو الأطراف المقيدة أو المخاطر العالية</w:t>
            </w:r>
          </w:p>
        </w:tc>
        <w:tc>
          <w:tcPr>
            <w:tcW w:type="dxa" w:w="6552"/>
            <w:vAlign w:val="center"/>
            <w:tcMar>
              <w:top w:w="190" w:type="dxa"/>
              <w:start w:w="150" w:type="dxa"/>
              <w:bottom w:w="190" w:type="dxa"/>
              <w:end w:w="150" w:type="dxa"/>
            </w:tcMar>
          </w:tcPr>
          <w:p>
            <w:pPr>
              <w:spacing w:after="0" w:before="0" w:line="240" w:lineRule="auto"/>
              <w:jc w:val="right"/>
              <w:bidi/>
            </w:pPr>
            <w:sdt>
              <w:sdtPr>
                <w:alias w:val="التعرض للعقوبات أو الأطراف المقيدة أو المخاطر العالية"/>
                <w:tag w:val="olyvenra-business-cooperation-form-ar_9_1_1_22"/>
                <w:id w:val="154683653"/>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سلع / خدمات منظمة أو مزدوجة الاستخدام أو حساسة</w:t>
            </w:r>
          </w:p>
        </w:tc>
        <w:tc>
          <w:tcPr>
            <w:tcW w:type="dxa" w:w="6552"/>
            <w:vAlign w:val="center"/>
            <w:tcMar>
              <w:top w:w="190" w:type="dxa"/>
              <w:start w:w="150" w:type="dxa"/>
              <w:bottom w:w="190" w:type="dxa"/>
              <w:end w:w="150" w:type="dxa"/>
            </w:tcMar>
          </w:tcPr>
          <w:p>
            <w:pPr>
              <w:spacing w:after="0" w:before="0" w:line="240" w:lineRule="auto"/>
              <w:jc w:val="right"/>
              <w:bidi/>
            </w:pPr>
            <w:sdt>
              <w:sdtPr>
                <w:alias w:val="سلع / خدمات منظمة أو مزدوجة الاستخدام أو حساسة"/>
                <w:tag w:val="olyvenra-business-cooperation-form-ar_9_2_1_23"/>
                <w:id w:val="1109795096"/>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بيانات شخصية أو معلومات سرية متضمنة</w:t>
            </w:r>
          </w:p>
        </w:tc>
        <w:tc>
          <w:tcPr>
            <w:tcW w:type="dxa" w:w="6552"/>
            <w:vAlign w:val="center"/>
            <w:tcMar>
              <w:top w:w="190" w:type="dxa"/>
              <w:start w:w="150" w:type="dxa"/>
              <w:bottom w:w="190" w:type="dxa"/>
              <w:end w:w="150" w:type="dxa"/>
            </w:tcMar>
          </w:tcPr>
          <w:p>
            <w:pPr>
              <w:spacing w:after="0" w:before="0" w:line="240" w:lineRule="auto"/>
              <w:jc w:val="right"/>
              <w:bidi/>
            </w:pPr>
            <w:sdt>
              <w:sdtPr>
                <w:alias w:val="بيانات شخصية أو معلومات سرية متضمنة"/>
                <w:tag w:val="olyvenra-business-cooperation-form-ar_9_3_1_24"/>
                <w:id w:val="1830563629"/>
                <w:color w:val="B08A28"/>
                <w:appearance w:val="boundingBox"/>
                <w:text/>
              </w:sdtPr>
              <w:sdtContent>
                <w:r>
                  <w:rPr>
                    <w:color w:val="6D7D87"/>
                    <w:i/>
                    <w:sz w:val="18"/>
                  </w:rPr>
                  <w:t>انقر أو اضغط هنا لإدخال الإجابة.</w:t>
                </w:r>
              </w:sdtContent>
            </w:sdt>
          </w:p>
        </w:tc>
      </w:tr>
      <w:tr>
        <w:tc>
          <w:tcPr>
            <w:tcW w:type="dxa" w:w="3384"/>
            <w:shd w:fill="FBFCFD"/>
            <w:vAlign w:val="center"/>
            <w:tcMar>
              <w:top w:w="190" w:type="dxa"/>
              <w:start w:w="150" w:type="dxa"/>
              <w:bottom w:w="190" w:type="dxa"/>
              <w:end w:w="150" w:type="dxa"/>
            </w:tcMar>
          </w:tcPr>
          <w:p>
            <w:pPr>
              <w:spacing w:after="0" w:before="0" w:line="240" w:lineRule="auto"/>
            </w:pPr>
            <w:r/>
            <w:r>
              <w:rPr>
                <w:rFonts w:ascii="Arial" w:hAnsi="Arial" w:eastAsia="Arial" w:cs="Arial"/>
                <w:b/>
                <w:color w:val="102334"/>
                <w:sz w:val="18"/>
              </w:rPr>
              <w:t>الوثائق المتاحة للمراجعة</w:t>
            </w:r>
          </w:p>
        </w:tc>
        <w:tc>
          <w:tcPr>
            <w:tcW w:type="dxa" w:w="6552"/>
            <w:vAlign w:val="center"/>
            <w:tcMar>
              <w:top w:w="190" w:type="dxa"/>
              <w:start w:w="150" w:type="dxa"/>
              <w:bottom w:w="190" w:type="dxa"/>
              <w:end w:w="150" w:type="dxa"/>
            </w:tcMar>
          </w:tcPr>
          <w:p>
            <w:pPr>
              <w:spacing w:after="0" w:before="0" w:line="240" w:lineRule="auto"/>
              <w:jc w:val="right"/>
              <w:bidi/>
            </w:pPr>
            <w:sdt>
              <w:sdtPr>
                <w:alias w:val="الوثائق المتاحة للمراجعة"/>
                <w:tag w:val="olyvenra-business-cooperation-form-ar_9_4_1_25"/>
                <w:id w:val="597529481"/>
                <w:color w:val="B08A28"/>
                <w:appearance w:val="boundingBox"/>
                <w:text/>
              </w:sdtPr>
              <w:sdtContent>
                <w:r>
                  <w:rPr>
                    <w:color w:val="6D7D87"/>
                    <w:i/>
                    <w:sz w:val="18"/>
                  </w:rPr>
                  <w:t>انقر أو اضغط هنا لإدخال الإجابة.</w:t>
                </w:r>
              </w:sdtContent>
            </w:sdt>
          </w:p>
        </w:tc>
      </w:tr>
    </w:tbl>
    <w:p>
      <w:pPr>
        <w:pStyle w:val="Heading1"/>
        <w:spacing w:after="40" w:before="0" w:line="240" w:lineRule="auto"/>
        <w:jc w:val="right"/>
      </w:pPr>
      <w:r>
        <w:t>قائمة جاهزية الإرسال</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before="0" w:line="240" w:lineRule="auto"/>
              <w:jc w:val="center"/>
              <w:bidi/>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اسم المؤسسة وبيانات التسجيل وصلاحية جهة الاتصال مكتملة.</w:t>
            </w:r>
          </w:p>
        </w:tc>
      </w:tr>
      <w:tr>
        <w:tc>
          <w:tcPr>
            <w:tcW w:type="dxa" w:w="1584"/>
            <w:vAlign w:val="center"/>
            <w:tcMar>
              <w:top w:w="150" w:type="dxa"/>
              <w:start w:w="150" w:type="dxa"/>
              <w:bottom w:w="150" w:type="dxa"/>
              <w:end w:w="150" w:type="dxa"/>
            </w:tcMar>
          </w:tcPr>
          <w:p>
            <w:pPr>
              <w:spacing w:after="0" w:before="0" w:line="240" w:lineRule="auto"/>
              <w:jc w:val="center"/>
              <w:bidi/>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المتطلب التجاري أو طلب التعاون محدد وقابل للتنفيذ.</w:t>
            </w:r>
          </w:p>
        </w:tc>
      </w:tr>
      <w:tr>
        <w:tc>
          <w:tcPr>
            <w:tcW w:type="dxa" w:w="1584"/>
            <w:vAlign w:val="center"/>
            <w:tcMar>
              <w:top w:w="150" w:type="dxa"/>
              <w:start w:w="150" w:type="dxa"/>
              <w:bottom w:w="150" w:type="dxa"/>
              <w:end w:w="150" w:type="dxa"/>
            </w:tcMar>
          </w:tcPr>
          <w:p>
            <w:pPr>
              <w:spacing w:after="0" w:before="0" w:line="240" w:lineRule="auto"/>
              <w:jc w:val="center"/>
              <w:bidi/>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تم الإفصاح عن أي حساسية تنظيمية أو استخدام مزدوج أو عقوبات أو سلامة منتج أو سرية.</w:t>
            </w:r>
          </w:p>
        </w:tc>
      </w:tr>
      <w:tr>
        <w:tc>
          <w:tcPr>
            <w:tcW w:type="dxa" w:w="1584"/>
            <w:vAlign w:val="center"/>
            <w:tcMar>
              <w:top w:w="150" w:type="dxa"/>
              <w:start w:w="150" w:type="dxa"/>
              <w:bottom w:w="150" w:type="dxa"/>
              <w:end w:w="150" w:type="dxa"/>
            </w:tcMar>
          </w:tcPr>
          <w:p>
            <w:pPr>
              <w:spacing w:after="0" w:before="0" w:line="240" w:lineRule="auto"/>
              <w:jc w:val="center"/>
              <w:bidi/>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الوثائق الداعمة متاحة أو محددة بوضوح كوثائق معلقة.</w:t>
            </w:r>
          </w:p>
        </w:tc>
      </w:tr>
    </w:tbl>
    <w:p>
      <w:pPr>
        <w:pStyle w:val="Heading1"/>
        <w:spacing w:after="40" w:before="0" w:line="240" w:lineRule="auto"/>
        <w:jc w:val="right"/>
      </w:pPr>
      <w:r>
        <w:t>معايير مراجعة OLYVENRA</w:t>
      </w:r>
    </w:p>
    <w:tbl>
      <w:tblPr>
        <w:tblStyle w:val="TableGrid"/>
        <w:tblW w:type="auto" w:w="0"/>
        <w:jc w:val="center"/>
        <w:tblLook w:firstColumn="1" w:firstRow="1" w:lastColumn="0" w:lastRow="0" w:noHBand="0" w:noVBand="1" w:val="04A0"/>
        <w:tblCaption w:val="أسئلة النموذج وحقول الإجابة"/>
        <w:tblDescription w:val="أسئلة النموذج وحقول الإجابة"/>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تحقق</w:t>
            </w:r>
          </w:p>
        </w:tc>
        <w:tc>
          <w:tcPr>
            <w:tcW w:type="dxa" w:w="8352"/>
            <w:shd w:fill="061B2A"/>
            <w:vAlign w:val="center"/>
            <w:tcMar>
              <w:top w:w="110" w:type="dxa"/>
              <w:start w:w="140" w:type="dxa"/>
              <w:bottom w:w="110" w:type="dxa"/>
              <w:end w:w="140" w:type="dxa"/>
            </w:tcMar>
          </w:tcPr>
          <w:p>
            <w:pPr>
              <w:spacing w:after="0" w:before="0" w:line="240" w:lineRule="auto"/>
            </w:pPr>
            <w:r/>
            <w:r>
              <w:rPr>
                <w:rFonts w:ascii="Arial" w:hAnsi="Arial" w:eastAsia="Arial" w:cs="Arial"/>
                <w:b/>
                <w:color w:val="FFFFFF"/>
                <w:sz w:val="17"/>
              </w:rPr>
              <w:t>بند المراجعة</w:t>
            </w:r>
          </w:p>
        </w:tc>
      </w:tr>
      <w:tr>
        <w:tc>
          <w:tcPr>
            <w:tcW w:type="dxa" w:w="1584"/>
            <w:vAlign w:val="center"/>
            <w:tcMar>
              <w:top w:w="150" w:type="dxa"/>
              <w:start w:w="150" w:type="dxa"/>
              <w:bottom w:w="150" w:type="dxa"/>
              <w:end w:w="150" w:type="dxa"/>
            </w:tcMar>
          </w:tcPr>
          <w:p>
            <w:pPr>
              <w:spacing w:after="0" w:before="0" w:line="240" w:lineRule="auto"/>
              <w:jc w:val="center"/>
              <w:bidi/>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غرض قانوني وأساس تجاري موثوق.</w:t>
            </w:r>
          </w:p>
        </w:tc>
      </w:tr>
      <w:tr>
        <w:tc>
          <w:tcPr>
            <w:tcW w:type="dxa" w:w="1584"/>
            <w:vAlign w:val="center"/>
            <w:tcMar>
              <w:top w:w="150" w:type="dxa"/>
              <w:start w:w="150" w:type="dxa"/>
              <w:bottom w:w="150" w:type="dxa"/>
              <w:end w:w="150" w:type="dxa"/>
            </w:tcMar>
          </w:tcPr>
          <w:p>
            <w:pPr>
              <w:spacing w:after="0" w:before="0" w:line="240" w:lineRule="auto"/>
              <w:jc w:val="center"/>
              <w:bidi/>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الدور المطلوب من OLYVENRA واضح.</w:t>
            </w:r>
          </w:p>
        </w:tc>
      </w:tr>
      <w:tr>
        <w:tc>
          <w:tcPr>
            <w:tcW w:type="dxa" w:w="1584"/>
            <w:vAlign w:val="center"/>
            <w:tcMar>
              <w:top w:w="150" w:type="dxa"/>
              <w:start w:w="150" w:type="dxa"/>
              <w:bottom w:w="150" w:type="dxa"/>
              <w:end w:w="150" w:type="dxa"/>
            </w:tcMar>
          </w:tcPr>
          <w:p>
            <w:pPr>
              <w:spacing w:after="0" w:before="0" w:line="240" w:lineRule="auto"/>
              <w:jc w:val="center"/>
              <w:bidi/>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هوية الطرف المقابل والملكية وموثوقية التواصل.</w:t>
            </w:r>
          </w:p>
        </w:tc>
      </w:tr>
      <w:tr>
        <w:tc>
          <w:tcPr>
            <w:tcW w:type="dxa" w:w="1584"/>
            <w:vAlign w:val="center"/>
            <w:tcMar>
              <w:top w:w="150" w:type="dxa"/>
              <w:start w:w="150" w:type="dxa"/>
              <w:bottom w:w="150" w:type="dxa"/>
              <w:end w:w="150" w:type="dxa"/>
            </w:tcMar>
          </w:tcPr>
          <w:p>
            <w:pPr>
              <w:spacing w:after="0" w:before="0" w:line="240" w:lineRule="auto"/>
              <w:jc w:val="center"/>
              <w:bidi/>
            </w:pPr>
            <w:r>
              <w:rPr>
                <w:b/>
              </w:rPr>
              <w:t>[ ]</w:t>
            </w:r>
          </w:p>
        </w:tc>
        <w:tc>
          <w:tcPr>
            <w:tcW w:type="dxa" w:w="8352"/>
            <w:shd w:fill="FBFCFD"/>
            <w:vAlign w:val="center"/>
            <w:tcMar>
              <w:top w:w="150" w:type="dxa"/>
              <w:start w:w="150" w:type="dxa"/>
              <w:bottom w:w="150" w:type="dxa"/>
              <w:end w:w="150" w:type="dxa"/>
            </w:tcMar>
          </w:tcPr>
          <w:p>
            <w:pPr>
              <w:spacing w:after="0" w:before="0" w:line="240" w:lineRule="auto"/>
            </w:pPr>
            <w:r/>
            <w:r>
              <w:rPr>
                <w:rFonts w:ascii="Arial" w:hAnsi="Arial" w:eastAsia="Arial" w:cs="Arial"/>
                <w:b w:val="0"/>
                <w:color w:val="102334"/>
                <w:sz w:val="17"/>
              </w:rPr>
              <w:t>مستوى الوصول إلى الوثائق مناسب لمرحلة الطلب.</w:t>
            </w:r>
          </w:p>
        </w:tc>
      </w:tr>
    </w:tbl>
    <w:p>
      <w:pPr>
        <w:pStyle w:val="Heading1"/>
        <w:spacing w:after="40" w:before="0" w:line="240" w:lineRule="auto"/>
        <w:jc w:val="right"/>
      </w:pPr>
      <w:r>
        <w:t>الإقرار والصلاحية</w:t>
      </w:r>
    </w:p>
    <w:p>
      <w:pPr>
        <w:spacing w:after="40" w:before="0" w:line="240" w:lineRule="auto"/>
        <w:jc w:val="right"/>
      </w:pPr>
      <w:r>
        <w:rPr>
          <w:rFonts w:ascii="Arial" w:hAnsi="Arial" w:eastAsia="Arial" w:cs="Arial"/>
          <w:color w:val="102334"/>
          <w:sz w:val="19"/>
        </w:rPr>
        <w:t>يؤكد الطرف المرسل أن المعلومات المقدمة صحيحة حسب علمه، وأنه مخول بتقديم هذا النموذج، وأنه سيبلغ OLYVENRA فورا بأي تغييرات جوهرية.</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الاسم</w:t>
            </w:r>
          </w:p>
        </w:tc>
        <w:tc>
          <w:tcPr>
            <w:tcW w:type="dxa" w:w="2952"/>
            <w:vAlign w:val="center"/>
            <w:tcMar>
              <w:top w:w="110" w:type="dxa"/>
              <w:start w:w="140" w:type="dxa"/>
              <w:bottom w:w="110" w:type="dxa"/>
              <w:end w:w="140" w:type="dxa"/>
            </w:tcMar>
          </w:tcPr>
          <w:p>
            <w:pPr>
              <w:spacing w:after="0" w:before="0" w:line="240" w:lineRule="auto"/>
              <w:jc w:val="right"/>
              <w:bidi/>
            </w:pPr>
            <w:sdt>
              <w:sdtPr>
                <w:alias w:val="الاسم"/>
                <w:tag w:val="olyvenra-business-cooperation-form-ar_sign_12_0_1_26"/>
                <w:id w:val="1414438676"/>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الصفة / الصلاحية</w:t>
            </w:r>
          </w:p>
        </w:tc>
        <w:tc>
          <w:tcPr>
            <w:tcW w:type="dxa" w:w="2952"/>
            <w:vAlign w:val="center"/>
            <w:tcMar>
              <w:top w:w="110" w:type="dxa"/>
              <w:start w:w="140" w:type="dxa"/>
              <w:bottom w:w="110" w:type="dxa"/>
              <w:end w:w="140" w:type="dxa"/>
            </w:tcMar>
          </w:tcPr>
          <w:p>
            <w:pPr>
              <w:spacing w:after="0" w:before="0" w:line="240" w:lineRule="auto"/>
              <w:jc w:val="right"/>
              <w:bidi/>
            </w:pPr>
            <w:sdt>
              <w:sdtPr>
                <w:alias w:val="الصفة / الصلاحية"/>
                <w:tag w:val="olyvenra-business-cooperation-form-ar_sign_12_0_3_27"/>
                <w:id w:val="1910905657"/>
                <w:color w:val="B08A28"/>
                <w:appearance w:val="boundingBox"/>
                <w:text/>
              </w:sdtPr>
              <w:sdtContent>
                <w:r>
                  <w:rPr>
                    <w:color w:val="6D7D87"/>
                    <w:i/>
                    <w:sz w:val="18"/>
                  </w:rPr>
                  <w:t>أدخل الاسم / وقّع حسب الاقتضاء.</w:t>
                </w:r>
              </w:sdtContent>
            </w:sdt>
          </w:p>
        </w:tc>
      </w:tr>
      <w:tr>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التوقيع</w:t>
            </w:r>
          </w:p>
        </w:tc>
        <w:tc>
          <w:tcPr>
            <w:tcW w:type="dxa" w:w="2952"/>
            <w:vAlign w:val="center"/>
            <w:tcMar>
              <w:top w:w="110" w:type="dxa"/>
              <w:start w:w="140" w:type="dxa"/>
              <w:bottom w:w="110" w:type="dxa"/>
              <w:end w:w="140" w:type="dxa"/>
            </w:tcMar>
          </w:tcPr>
          <w:p>
            <w:pPr>
              <w:spacing w:after="0" w:before="0" w:line="240" w:lineRule="auto"/>
              <w:jc w:val="right"/>
              <w:bidi/>
            </w:pPr>
            <w:sdt>
              <w:sdtPr>
                <w:alias w:val="التوقيع"/>
                <w:tag w:val="olyvenra-business-cooperation-form-ar_sign_12_1_1_28"/>
                <w:id w:val="278101393"/>
                <w:color w:val="B08A28"/>
                <w:appearance w:val="boundingBox"/>
                <w:text/>
              </w:sdtPr>
              <w:sdtContent>
                <w:r>
                  <w:rPr>
                    <w:color w:val="6D7D87"/>
                    <w:i/>
                    <w:sz w:val="18"/>
                  </w:rPr>
                  <w:t>أدخل الاسم / وقّع حسب الاقتضاء.</w:t>
                </w:r>
              </w:sdtContent>
            </w:sdt>
          </w:p>
        </w:tc>
        <w:tc>
          <w:tcPr>
            <w:tcW w:type="dxa" w:w="1800"/>
            <w:shd w:fill="F3F6F8"/>
            <w:vAlign w:val="center"/>
            <w:tcMar>
              <w:top w:w="110" w:type="dxa"/>
              <w:start w:w="140" w:type="dxa"/>
              <w:bottom w:w="110" w:type="dxa"/>
              <w:end w:w="140" w:type="dxa"/>
            </w:tcMar>
          </w:tcPr>
          <w:p>
            <w:pPr>
              <w:spacing w:after="0" w:before="0" w:line="240" w:lineRule="auto"/>
            </w:pPr>
            <w:r/>
            <w:r>
              <w:rPr>
                <w:rFonts w:ascii="Arial" w:hAnsi="Arial" w:eastAsia="Arial" w:cs="Arial"/>
                <w:b/>
                <w:color w:val="D7B243"/>
                <w:sz w:val="17"/>
              </w:rPr>
              <w:t>التاريخ</w:t>
            </w:r>
          </w:p>
        </w:tc>
        <w:tc>
          <w:tcPr>
            <w:tcW w:type="dxa" w:w="2952"/>
            <w:vAlign w:val="center"/>
            <w:tcMar>
              <w:top w:w="110" w:type="dxa"/>
              <w:start w:w="140" w:type="dxa"/>
              <w:bottom w:w="110" w:type="dxa"/>
              <w:end w:w="140" w:type="dxa"/>
            </w:tcMar>
          </w:tcPr>
          <w:p>
            <w:pPr>
              <w:spacing w:after="0" w:before="0" w:line="240" w:lineRule="auto"/>
              <w:jc w:val="right"/>
              <w:bidi/>
            </w:pPr>
            <w:sdt>
              <w:sdtPr>
                <w:alias w:val="التاريخ"/>
                <w:tag w:val="olyvenra-business-cooperation-form-ar_sign_12_1_3_29"/>
                <w:id w:val="1653993788"/>
                <w:color w:val="B08A28"/>
                <w:appearance w:val="boundingBox"/>
                <w:text/>
              </w:sdtPr>
              <w:sdtContent>
                <w:r>
                  <w:rPr>
                    <w:color w:val="6D7D87"/>
                    <w:i/>
                    <w:sz w:val="18"/>
                  </w:rPr>
                  <w:t>أدخل الاسم / وقّع حسب الاقتضاء.</w:t>
                </w:r>
              </w:sdtContent>
            </w:sdt>
          </w:p>
        </w:tc>
      </w:tr>
    </w:tbl>
    <w:p>
      <w:pPr>
        <w:pStyle w:val="Heading2"/>
        <w:spacing w:after="40" w:before="0" w:line="240" w:lineRule="auto"/>
        <w:jc w:val="right"/>
      </w:pPr>
      <w:r>
        <w:t>ملاحظات مراجعة OLYVENRA</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before="0" w:line="240" w:lineRule="auto"/>
              <w:jc w:val="right"/>
              <w:bidi/>
            </w:pPr>
            <w:sdt>
              <w:sdtPr>
                <w:alias w:val="مخصص لمراجعة OLYVENRA."/>
                <w:tag w:val="olyvenra-business-cooperation-form-ar_review_notes_30"/>
                <w:id w:val="1681320608"/>
                <w:color w:val="B08A28"/>
                <w:appearance w:val="boundingBox"/>
                <w:text/>
              </w:sdtPr>
              <w:sdtContent>
                <w:r>
                  <w:rPr>
                    <w:color w:val="6D7D87"/>
                    <w:i/>
                    <w:sz w:val="18"/>
                  </w:rPr>
                  <w:t>مخصص لمراجعة OLYVENRA.</w:t>
                </w:r>
              </w:sdtContent>
            </w:sdt>
          </w:p>
        </w:tc>
      </w:tr>
    </w:tbl>
    <w:sectPr w:rsidR="00FC693F" w:rsidRPr="0006063C" w:rsidSect="00034616">
      <w:headerReference w:type="default" r:id="rId9"/>
      <w:footerReference w:type="default" r:id="rId10"/>
      <w:pgSz w:w="11909" w:h="16834"/>
      <w:pgMar w:top="709" w:right="822" w:bottom="709" w:left="822" w:header="403" w:footer="403"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التحكم في الوثيقة: النسخة الحالية على olyvenra.com. يحظر التعديل غير المصرح به أو إعادة التوزيع المضللة.</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رقم الشركة 17227691 | معرّف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rial" w:hAnsi="Arial" w:eastAsia="Arial" w:cs="Arial"/>
        <w:color w:val="526577"/>
        <w:sz w:val="16"/>
      </w:rPr>
      <w:t>OLYVENRA LTD | نموذج التعاون التجاري</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التعاون التجاري</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ar</dc:language>
</cp:coreProperties>
</file>