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Pr>
      <w:tblGrid>
        <w:gridCol w:w="5061"/>
        <w:gridCol w:w="5061"/>
      </w:tblGrid>
      <w:tr>
        <w:tc>
          <w:tcPr>
            <w:tcW w:type="dxa" w:w="6696"/>
            <w:shd w:fill="061B2A"/>
            <w:tcMar>
              <w:top w:w="180" w:type="dxa"/>
              <w:start w:w="180" w:type="dxa"/>
              <w:bottom w:w="180" w:type="dxa"/>
              <w:end w:w="180" w:type="dxa"/>
            </w:tcMar>
          </w:tcPr>
          <w:p>
            <w:pPr>
              <w:spacing w:after="0" w:before="0" w:line="240" w:lineRule="auto"/>
            </w:pPr>
            <w:r>
              <w:drawing>
                <wp:inline xmlns:a="http://schemas.openxmlformats.org/drawingml/2006/main" xmlns:pic="http://schemas.openxmlformats.org/drawingml/2006/picture">
                  <wp:extent cx="1828800" cy="201168"/>
                  <wp:docPr id="1" name="Picture 1" descr="OLYVENRA logo" title="OLYVENRA logo"/>
                  <wp:cNvGraphicFramePr>
                    <a:graphicFrameLocks noChangeAspect="1"/>
                  </wp:cNvGraphicFramePr>
                  <a:graphic>
                    <a:graphicData uri="http://schemas.openxmlformats.org/drawingml/2006/picture">
                      <pic:pic>
                        <pic:nvPicPr>
                          <pic:cNvPr id="0" name="logo-white.png"/>
                          <pic:cNvPicPr/>
                        </pic:nvPicPr>
                        <pic:blipFill>
                          <a:blip r:embed="rId11"/>
                          <a:stretch>
                            <a:fillRect/>
                          </a:stretch>
                        </pic:blipFill>
                        <pic:spPr>
                          <a:xfrm>
                            <a:off x="0" y="0"/>
                            <a:ext cx="1828800" cy="201168"/>
                          </a:xfrm>
                          <a:prstGeom prst="rect"/>
                        </pic:spPr>
                      </pic:pic>
                    </a:graphicData>
                  </a:graphic>
                </wp:inline>
              </w:drawing>
            </w:r>
          </w:p>
          <w:p>
            <w:pPr>
              <w:spacing w:after="0" w:before="0" w:line="240" w:lineRule="auto"/>
            </w:pPr>
            <w:r>
              <w:rPr>
                <w:rFonts w:ascii="Arial" w:hAnsi="Arial" w:eastAsia="Arial" w:cs="Arial"/>
                <w:color w:val="D4E0E7"/>
                <w:sz w:val="17"/>
              </w:rPr>
              <w:t>Initial cooperation, market access, distributor, reseller, introduction or strategic partnership enquiry.</w:t>
            </w:r>
          </w:p>
        </w:tc>
        <w:tc>
          <w:tcPr>
            <w:tcW w:type="dxa" w:w="3240"/>
            <w:shd w:fill="061B2A"/>
            <w:tcMar>
              <w:top w:w="180" w:type="dxa"/>
              <w:start w:w="180" w:type="dxa"/>
              <w:bottom w:w="180" w:type="dxa"/>
              <w:end w:w="180" w:type="dxa"/>
            </w:tcMar>
          </w:tcPr>
          <w:p>
            <w:pPr>
              <w:spacing w:after="0" w:before="0" w:line="240" w:lineRule="auto"/>
              <w:jc w:val="right"/>
            </w:pPr>
            <w:r>
              <w:rPr>
                <w:rFonts w:ascii="Arial" w:hAnsi="Arial" w:eastAsia="Arial" w:cs="Arial"/>
                <w:b/>
                <w:color w:val="D7B243"/>
                <w:sz w:val="17"/>
              </w:rPr>
              <w:t>OLYVENRA LTD</w:t>
            </w:r>
          </w:p>
        </w:tc>
      </w:tr>
    </w:tbl>
    <w:p>
      <w:pPr>
        <w:spacing w:before="0" w:after="40" w:line="240" w:lineRule="auto"/>
      </w:pPr>
      <w:r>
        <w:rPr>
          <w:rFonts w:ascii="Arial" w:hAnsi="Arial" w:eastAsia="Arial" w:cs="Arial"/>
          <w:b/>
          <w:color w:val="061B2A"/>
          <w:sz w:val="36"/>
        </w:rPr>
        <w:t>Business Cooperation Form</w:t>
      </w:r>
    </w:p>
    <w:p>
      <w:pPr>
        <w:spacing w:after="40" w:before="0" w:line="240" w:lineRule="auto"/>
      </w:pPr>
      <w:r>
        <w:rPr>
          <w:rFonts w:ascii="Arial" w:hAnsi="Arial" w:eastAsia="Arial" w:cs="Arial"/>
          <w:color w:val="526577"/>
          <w:sz w:val="20"/>
        </w:rPr>
        <w:t>Initial cooperation, market access, distributor, reseller, introduction or strategic partnership enquiry.</w:t>
      </w:r>
    </w:p>
    <w:tbl>
      <w:tblPr>
        <w:tblStyle w:val="TableGrid"/>
        <w:tblW w:type="auto" w:w="0"/>
        <w:jc w:val="center"/>
        <w:tblLook w:firstColumn="1" w:firstRow="1" w:lastColumn="0" w:lastRow="0" w:noHBand="0" w:noVBand="1" w:val="04A0"/>
      </w:tblPr>
      <w:tblGrid>
        <w:gridCol w:w="2531"/>
        <w:gridCol w:w="2531"/>
        <w:gridCol w:w="2531"/>
        <w:gridCol w:w="2531"/>
      </w:tblGrid>
      <w:tr>
        <w:tc>
          <w:tcPr>
            <w:tcW w:type="dxa" w:w="1800"/>
            <w:shd w:fill="F3F6F8"/>
            <w:vAlign w:val="center"/>
            <w:tcMar>
              <w:top w:w="110" w:type="dxa"/>
              <w:start w:w="140" w:type="dxa"/>
              <w:bottom w:w="110" w:type="dxa"/>
              <w:end w:w="140" w:type="dxa"/>
            </w:tcMar>
          </w:tcPr>
          <w:p>
            <w:pPr>
              <w:spacing w:after="0" w:before="0" w:line="240" w:lineRule="auto"/>
            </w:pPr>
            <w:r/>
            <w:r>
              <w:rPr>
                <w:rFonts w:ascii="Arial" w:hAnsi="Arial" w:eastAsia="Arial" w:cs="Arial"/>
                <w:b/>
                <w:color w:val="D7B243"/>
                <w:sz w:val="16"/>
              </w:rPr>
              <w:t>Classification</w:t>
            </w:r>
          </w:p>
        </w:tc>
        <w:tc>
          <w:tcPr>
            <w:tcW w:type="dxa" w:w="2880"/>
            <w:shd w:fill="F3F6F8"/>
            <w:vAlign w:val="center"/>
            <w:tcMar>
              <w:top w:w="110" w:type="dxa"/>
              <w:start w:w="140" w:type="dxa"/>
              <w:bottom w:w="110" w:type="dxa"/>
              <w:end w:w="140" w:type="dxa"/>
            </w:tcMar>
          </w:tcPr>
          <w:p>
            <w:pPr>
              <w:spacing w:after="0" w:before="0" w:line="240" w:lineRule="auto"/>
            </w:pPr>
            <w:r>
              <w:t>Business form - V2.0</w:t>
            </w:r>
          </w:p>
        </w:tc>
        <w:tc>
          <w:tcPr>
            <w:tcW w:type="dxa" w:w="1800"/>
            <w:shd w:fill="F3F6F8"/>
            <w:vAlign w:val="center"/>
            <w:tcMar>
              <w:top w:w="110" w:type="dxa"/>
              <w:start w:w="140" w:type="dxa"/>
              <w:bottom w:w="110" w:type="dxa"/>
              <w:end w:w="140" w:type="dxa"/>
            </w:tcMar>
          </w:tcPr>
          <w:p>
            <w:pPr>
              <w:spacing w:after="0" w:before="0" w:line="240" w:lineRule="auto"/>
            </w:pPr>
            <w:r/>
            <w:r>
              <w:rPr>
                <w:rFonts w:ascii="Arial" w:hAnsi="Arial" w:eastAsia="Arial" w:cs="Arial"/>
                <w:b/>
                <w:color w:val="D7B243"/>
                <w:sz w:val="16"/>
              </w:rPr>
              <w:t>Effective date</w:t>
            </w:r>
          </w:p>
        </w:tc>
        <w:tc>
          <w:tcPr>
            <w:tcW w:type="dxa" w:w="2880"/>
            <w:shd w:fill="F3F6F8"/>
            <w:vAlign w:val="center"/>
            <w:tcMar>
              <w:top w:w="110" w:type="dxa"/>
              <w:start w:w="140" w:type="dxa"/>
              <w:bottom w:w="110" w:type="dxa"/>
              <w:end w:w="140" w:type="dxa"/>
            </w:tcMar>
          </w:tcPr>
          <w:p>
            <w:pPr>
              <w:spacing w:after="0" w:before="0" w:line="240" w:lineRule="auto"/>
            </w:pPr>
            <w:r>
              <w:t>1 August 2026</w:t>
            </w:r>
          </w:p>
        </w:tc>
      </w:tr>
      <w:tr>
        <w:tc>
          <w:tcPr>
            <w:tcW w:type="dxa" w:w="1800"/>
            <w:shd w:fill="F3F6F8"/>
            <w:vAlign w:val="center"/>
            <w:tcMar>
              <w:top w:w="110" w:type="dxa"/>
              <w:start w:w="140" w:type="dxa"/>
              <w:bottom w:w="110" w:type="dxa"/>
              <w:end w:w="140" w:type="dxa"/>
            </w:tcMar>
          </w:tcPr>
          <w:p>
            <w:pPr>
              <w:spacing w:after="0" w:before="0" w:line="240" w:lineRule="auto"/>
            </w:pPr>
            <w:r/>
            <w:r>
              <w:rPr>
                <w:rFonts w:ascii="Arial" w:hAnsi="Arial" w:eastAsia="Arial" w:cs="Arial"/>
                <w:b/>
                <w:color w:val="D7B243"/>
                <w:sz w:val="16"/>
              </w:rPr>
              <w:t>Owner</w:t>
            </w:r>
          </w:p>
        </w:tc>
        <w:tc>
          <w:tcPr>
            <w:tcW w:type="dxa" w:w="2880"/>
            <w:shd w:fill="F3F6F8"/>
            <w:vAlign w:val="center"/>
            <w:tcMar>
              <w:top w:w="110" w:type="dxa"/>
              <w:start w:w="140" w:type="dxa"/>
              <w:bottom w:w="110" w:type="dxa"/>
              <w:end w:w="140" w:type="dxa"/>
            </w:tcMar>
          </w:tcPr>
          <w:p>
            <w:pPr>
              <w:spacing w:after="0" w:before="0" w:line="240" w:lineRule="auto"/>
            </w:pPr>
            <w:r/>
            <w:r>
              <w:rPr>
                <w:rFonts w:ascii="Arial" w:hAnsi="Arial" w:eastAsia="Arial" w:cs="Arial"/>
                <w:b w:val="0"/>
                <w:color w:val="102334"/>
                <w:sz w:val="17"/>
              </w:rPr>
              <w:t>OLYVENRA LTD Management</w:t>
            </w:r>
          </w:p>
        </w:tc>
        <w:tc>
          <w:tcPr>
            <w:tcW w:type="dxa" w:w="1800"/>
            <w:shd w:fill="F3F6F8"/>
            <w:vAlign w:val="center"/>
            <w:tcMar>
              <w:top w:w="110" w:type="dxa"/>
              <w:start w:w="140" w:type="dxa"/>
              <w:bottom w:w="110" w:type="dxa"/>
              <w:end w:w="140" w:type="dxa"/>
            </w:tcMar>
          </w:tcPr>
          <w:p>
            <w:pPr>
              <w:spacing w:after="0" w:before="0" w:line="240" w:lineRule="auto"/>
            </w:pPr>
            <w:r/>
            <w:r>
              <w:rPr>
                <w:rFonts w:ascii="Arial" w:hAnsi="Arial" w:eastAsia="Arial" w:cs="Arial"/>
                <w:b/>
                <w:color w:val="D7B243"/>
                <w:sz w:val="16"/>
              </w:rPr>
              <w:t>Review cycle</w:t>
            </w:r>
          </w:p>
        </w:tc>
        <w:tc>
          <w:tcPr>
            <w:tcW w:type="dxa" w:w="2880"/>
            <w:shd w:fill="F3F6F8"/>
            <w:vAlign w:val="center"/>
            <w:tcMar>
              <w:top w:w="110" w:type="dxa"/>
              <w:start w:w="140" w:type="dxa"/>
              <w:bottom w:w="110" w:type="dxa"/>
              <w:end w:w="140" w:type="dxa"/>
            </w:tcMar>
          </w:tcPr>
          <w:p>
            <w:pPr>
              <w:spacing w:after="0" w:before="0" w:line="240" w:lineRule="auto"/>
            </w:pPr>
            <w:r/>
            <w:r>
              <w:rPr>
                <w:rFonts w:ascii="Arial" w:hAnsi="Arial" w:eastAsia="Arial" w:cs="Arial"/>
                <w:b w:val="0"/>
                <w:color w:val="102334"/>
                <w:sz w:val="17"/>
              </w:rPr>
              <w:t>Annual or earlier if required</w:t>
            </w:r>
          </w:p>
        </w:tc>
      </w:tr>
    </w:tbl>
    <w:p>
      <w:pPr>
        <w:spacing w:after="40" w:before="0" w:line="240" w:lineRule="auto"/>
      </w:pPr>
    </w:p>
    <w:tbl>
      <w:tblPr>
        <w:tblStyle w:val="TableGrid"/>
        <w:tblW w:type="auto" w:w="0"/>
        <w:jc w:val="center"/>
        <w:tblLook w:firstColumn="1" w:firstRow="1" w:lastColumn="0" w:lastRow="0" w:noHBand="0" w:noVBand="1" w:val="04A0"/>
      </w:tblPr>
      <w:tblGrid>
        <w:gridCol w:w="10123"/>
      </w:tblGrid>
      <w:tr>
        <w:tc>
          <w:tcPr>
            <w:tcW w:type="dxa" w:w="9936"/>
            <w:shd w:fill="F7F4EA"/>
            <w:tcMar>
              <w:top w:w="150" w:type="dxa"/>
              <w:start w:w="170" w:type="dxa"/>
              <w:bottom w:w="150" w:type="dxa"/>
              <w:end w:w="170" w:type="dxa"/>
            </w:tcMar>
          </w:tcPr>
          <w:p>
            <w:pPr>
              <w:spacing w:after="0" w:before="0" w:line="240" w:lineRule="auto"/>
            </w:pPr>
            <w:r>
              <w:rPr>
                <w:b/>
              </w:rPr>
              <w:t>Completion guidance</w:t>
              <w:br/>
            </w:r>
            <w:r>
              <w:t>Complete every applicable field electronically or in clear type; enter "Not applicable" where a question does not apply. Attach current supporting evidence and send the completed form to info@olyvenra.com. OLYVENRA may request clarification or further due-diligence material. Receipt does not create an obligation to proceed.</w:t>
            </w:r>
          </w:p>
        </w:tc>
      </w:tr>
    </w:tbl>
    <w:tbl>
      <w:tblPr>
        <w:tblStyle w:val="TableGrid"/>
        <w:tblW w:type="auto" w:w="0"/>
        <w:jc w:val="center"/>
        <w:tblLook w:firstColumn="1" w:firstRow="1" w:lastColumn="0" w:lastRow="0" w:noHBand="0" w:noVBand="1" w:val="04A0"/>
      </w:tblPr>
      <w:tblGrid>
        <w:gridCol w:w="10123"/>
      </w:tblGrid>
      <w:tr>
        <w:tc>
          <w:tcPr>
            <w:tcW w:type="dxa" w:w="9936"/>
            <w:shd w:fill="FBFCFD"/>
            <w:tcMar>
              <w:top w:w="135" w:type="dxa"/>
              <w:start w:w="170" w:type="dxa"/>
              <w:bottom w:w="135" w:type="dxa"/>
              <w:end w:w="170" w:type="dxa"/>
            </w:tcMar>
          </w:tcPr>
          <w:p>
            <w:pPr>
              <w:spacing w:after="0" w:before="0" w:line="240" w:lineRule="auto"/>
            </w:pPr>
            <w:r>
              <w:rPr>
                <w:b/>
              </w:rPr>
              <w:t>Purpose and use of this form</w:t>
              <w:br/>
            </w:r>
            <w:r>
              <w:t>This form supports proportionate first-stage qualification of a potential business relationship, requirement or document request. It records the organisation, submitting authority, commercial objective and relevant compliance considerations before further engagement.</w:t>
            </w:r>
          </w:p>
        </w:tc>
      </w:tr>
    </w:tbl>
    <w:p>
      <w:pPr>
        <w:spacing w:after="40" w:before="0" w:line="240" w:lineRule="auto"/>
      </w:pPr>
    </w:p>
    <w:tbl>
      <w:tblPr>
        <w:tblStyle w:val="TableGrid"/>
        <w:tblW w:type="auto" w:w="0"/>
        <w:jc w:val="center"/>
        <w:tblLook w:firstColumn="1" w:firstRow="1" w:lastColumn="0" w:lastRow="0" w:noHBand="0" w:noVBand="1" w:val="04A0"/>
      </w:tblPr>
      <w:tblGrid>
        <w:gridCol w:w="10123"/>
      </w:tblGrid>
      <w:tr>
        <w:tc>
          <w:tcPr>
            <w:tcW w:type="dxa" w:w="9936"/>
            <w:shd w:fill="FBFCFD"/>
            <w:tcMar>
              <w:top w:w="135" w:type="dxa"/>
              <w:start w:w="170" w:type="dxa"/>
              <w:bottom w:w="135" w:type="dxa"/>
              <w:end w:w="170" w:type="dxa"/>
            </w:tcMar>
          </w:tcPr>
          <w:p>
            <w:pPr>
              <w:spacing w:after="0" w:before="0" w:line="240" w:lineRule="auto"/>
            </w:pPr>
            <w:r>
              <w:rPr>
                <w:b/>
              </w:rPr>
              <w:t>Data and secure document handling</w:t>
              <w:br/>
            </w:r>
            <w:r>
              <w:t>Information is used for legitimate business assessment, counterparty screening, communication and record keeping. Do not email passwords, payment-card data, patient records, classified information, bank-login credentials or export-controlled technical data. Ask OLYVENRA for an approved secure channel before sending sensitive material.</w:t>
            </w:r>
            <w:r>
              <w:br/>
            </w:r>
            <w:hyperlink r:id="rId12">
              <w:r>
                <w:rPr>
                  <w:color w:val="8A6A10"/>
                  <w:u w:val="single"/>
                </w:rPr>
                <w:t>Read the OLYVENRA Privacy Notice</w:t>
              </w:r>
            </w:hyperlink>
          </w:p>
        </w:tc>
      </w:tr>
    </w:tbl>
    <w:p>
      <w:pPr>
        <w:spacing w:after="40" w:before="0" w:line="240" w:lineRule="auto"/>
      </w:pPr>
    </w:p>
    <w:p>
      <w:pPr>
        <w:spacing w:after="40" w:before="0" w:line="240" w:lineRule="auto"/>
      </w:pPr>
      <w:r>
        <w:br w:type="page"/>
      </w:r>
    </w:p>
    <w:p>
      <w:pPr>
        <w:pStyle w:val="Heading1"/>
        <w:spacing w:after="40" w:before="0" w:line="240" w:lineRule="auto"/>
      </w:pPr>
      <w:r>
        <w:t>Organisation details</w:t>
      </w:r>
    </w:p>
    <w:tbl>
      <w:tblPr>
        <w:tblStyle w:val="TableGrid"/>
        <w:tblW w:type="auto" w:w="0"/>
        <w:jc w:val="center"/>
        <w:tblLook w:firstColumn="1" w:firstRow="1" w:lastColumn="0" w:lastRow="0" w:noHBand="0" w:noVBand="1" w:val="04A0"/>
        <w:tblCaption w:val="Form questions and response fields"/>
        <w:tblDescription w:val="Form questions and response fields"/>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before="0" w:line="240" w:lineRule="auto"/>
            </w:pPr>
            <w:r/>
            <w:r>
              <w:rPr>
                <w:rFonts w:ascii="Arial" w:hAnsi="Arial" w:eastAsia="Arial" w:cs="Arial"/>
                <w:b/>
                <w:color w:val="FFFFFF"/>
                <w:sz w:val="17"/>
              </w:rPr>
              <w:t>Information requested</w:t>
            </w:r>
          </w:p>
        </w:tc>
        <w:tc>
          <w:tcPr>
            <w:tcW w:type="dxa" w:w="6552"/>
            <w:shd w:fill="061B2A"/>
            <w:vAlign w:val="center"/>
            <w:tcMar>
              <w:top w:w="110" w:type="dxa"/>
              <w:start w:w="140" w:type="dxa"/>
              <w:bottom w:w="110" w:type="dxa"/>
              <w:end w:w="140" w:type="dxa"/>
            </w:tcMar>
          </w:tcPr>
          <w:p>
            <w:pPr>
              <w:spacing w:after="0" w:before="0" w:line="240" w:lineRule="auto"/>
            </w:pPr>
            <w:r/>
            <w:r>
              <w:rPr>
                <w:rFonts w:ascii="Arial" w:hAnsi="Arial" w:eastAsia="Arial" w:cs="Arial"/>
                <w:b/>
                <w:color w:val="FFFFFF"/>
                <w:sz w:val="17"/>
              </w:rPr>
              <w:t>Response / notes</w:t>
            </w:r>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Legal name</w:t>
            </w:r>
          </w:p>
        </w:tc>
        <w:tc>
          <w:tcPr>
            <w:tcW w:type="dxa" w:w="6552"/>
            <w:vAlign w:val="center"/>
            <w:tcMar>
              <w:top w:w="190" w:type="dxa"/>
              <w:start w:w="150" w:type="dxa"/>
              <w:bottom w:w="190" w:type="dxa"/>
              <w:end w:w="150" w:type="dxa"/>
            </w:tcMar>
          </w:tcPr>
          <w:p>
            <w:pPr>
              <w:spacing w:after="0" w:before="0" w:line="240" w:lineRule="auto"/>
            </w:pPr>
            <w:sdt>
              <w:sdtPr>
                <w:alias w:val="Legal name"/>
                <w:tag w:val="olyvenra-business-cooperation-form-en_5_1_1_1"/>
                <w:id w:val="578109913"/>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Trading name / brand</w:t>
            </w:r>
          </w:p>
        </w:tc>
        <w:tc>
          <w:tcPr>
            <w:tcW w:type="dxa" w:w="6552"/>
            <w:vAlign w:val="center"/>
            <w:tcMar>
              <w:top w:w="190" w:type="dxa"/>
              <w:start w:w="150" w:type="dxa"/>
              <w:bottom w:w="190" w:type="dxa"/>
              <w:end w:w="150" w:type="dxa"/>
            </w:tcMar>
          </w:tcPr>
          <w:p>
            <w:pPr>
              <w:spacing w:after="0" w:before="0" w:line="240" w:lineRule="auto"/>
            </w:pPr>
            <w:sdt>
              <w:sdtPr>
                <w:alias w:val="Trading name / brand"/>
                <w:tag w:val="olyvenra-business-cooperation-form-en_5_2_1_2"/>
                <w:id w:val="1479338548"/>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Company registration number</w:t>
            </w:r>
          </w:p>
        </w:tc>
        <w:tc>
          <w:tcPr>
            <w:tcW w:type="dxa" w:w="6552"/>
            <w:vAlign w:val="center"/>
            <w:tcMar>
              <w:top w:w="190" w:type="dxa"/>
              <w:start w:w="150" w:type="dxa"/>
              <w:bottom w:w="190" w:type="dxa"/>
              <w:end w:w="150" w:type="dxa"/>
            </w:tcMar>
          </w:tcPr>
          <w:p>
            <w:pPr>
              <w:spacing w:after="0" w:before="0" w:line="240" w:lineRule="auto"/>
            </w:pPr>
            <w:sdt>
              <w:sdtPr>
                <w:alias w:val="Company registration number"/>
                <w:tag w:val="olyvenra-business-cooperation-form-en_5_3_1_3"/>
                <w:id w:val="567523485"/>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Registered jurisdiction</w:t>
            </w:r>
          </w:p>
        </w:tc>
        <w:tc>
          <w:tcPr>
            <w:tcW w:type="dxa" w:w="6552"/>
            <w:vAlign w:val="center"/>
            <w:tcMar>
              <w:top w:w="190" w:type="dxa"/>
              <w:start w:w="150" w:type="dxa"/>
              <w:bottom w:w="190" w:type="dxa"/>
              <w:end w:w="150" w:type="dxa"/>
            </w:tcMar>
          </w:tcPr>
          <w:p>
            <w:pPr>
              <w:spacing w:after="0" w:before="0" w:line="240" w:lineRule="auto"/>
            </w:pPr>
            <w:sdt>
              <w:sdtPr>
                <w:alias w:val="Registered jurisdiction"/>
                <w:tag w:val="olyvenra-business-cooperation-form-en_5_4_1_4"/>
                <w:id w:val="1870774804"/>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Registered address</w:t>
            </w:r>
          </w:p>
        </w:tc>
        <w:tc>
          <w:tcPr>
            <w:tcW w:type="dxa" w:w="6552"/>
            <w:vAlign w:val="center"/>
            <w:tcMar>
              <w:top w:w="190" w:type="dxa"/>
              <w:start w:w="150" w:type="dxa"/>
              <w:bottom w:w="190" w:type="dxa"/>
              <w:end w:w="150" w:type="dxa"/>
            </w:tcMar>
          </w:tcPr>
          <w:p>
            <w:pPr>
              <w:spacing w:after="0" w:before="0" w:line="240" w:lineRule="auto"/>
            </w:pPr>
            <w:sdt>
              <w:sdtPr>
                <w:alias w:val="Registered address"/>
                <w:tag w:val="olyvenra-business-cooperation-form-en_5_5_1_5"/>
                <w:id w:val="684692977"/>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Website</w:t>
            </w:r>
          </w:p>
        </w:tc>
        <w:tc>
          <w:tcPr>
            <w:tcW w:type="dxa" w:w="6552"/>
            <w:vAlign w:val="center"/>
            <w:tcMar>
              <w:top w:w="190" w:type="dxa"/>
              <w:start w:w="150" w:type="dxa"/>
              <w:bottom w:w="190" w:type="dxa"/>
              <w:end w:w="150" w:type="dxa"/>
            </w:tcMar>
          </w:tcPr>
          <w:p>
            <w:pPr>
              <w:spacing w:after="0" w:before="0" w:line="240" w:lineRule="auto"/>
            </w:pPr>
            <w:sdt>
              <w:sdtPr>
                <w:alias w:val="Website"/>
                <w:tag w:val="olyvenra-business-cooperation-form-en_5_6_1_6"/>
                <w:id w:val="1321228950"/>
                <w:color w:val="B08A28"/>
                <w:appearance w:val="boundingBox"/>
                <w:text/>
              </w:sdtPr>
              <w:sdtContent>
                <w:r>
                  <w:rPr>
                    <w:color w:val="6D7D87"/>
                    <w:i/>
                    <w:sz w:val="18"/>
                  </w:rPr>
                  <w:t>Click or tap here to enter a response.</w:t>
                </w:r>
              </w:sdtContent>
            </w:sdt>
          </w:p>
        </w:tc>
      </w:tr>
    </w:tbl>
    <w:p>
      <w:pPr>
        <w:pStyle w:val="Heading1"/>
        <w:spacing w:after="40" w:before="0" w:line="240" w:lineRule="auto"/>
      </w:pPr>
      <w:r>
        <w:t>Primary contact and authority</w:t>
      </w:r>
    </w:p>
    <w:tbl>
      <w:tblPr>
        <w:tblStyle w:val="TableGrid"/>
        <w:tblW w:type="auto" w:w="0"/>
        <w:jc w:val="center"/>
        <w:tblLook w:firstColumn="1" w:firstRow="1" w:lastColumn="0" w:lastRow="0" w:noHBand="0" w:noVBand="1" w:val="04A0"/>
        <w:tblCaption w:val="Form questions and response fields"/>
        <w:tblDescription w:val="Form questions and response fields"/>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before="0" w:line="240" w:lineRule="auto"/>
            </w:pPr>
            <w:r/>
            <w:r>
              <w:rPr>
                <w:rFonts w:ascii="Arial" w:hAnsi="Arial" w:eastAsia="Arial" w:cs="Arial"/>
                <w:b/>
                <w:color w:val="FFFFFF"/>
                <w:sz w:val="17"/>
              </w:rPr>
              <w:t>Information requested</w:t>
            </w:r>
          </w:p>
        </w:tc>
        <w:tc>
          <w:tcPr>
            <w:tcW w:type="dxa" w:w="6552"/>
            <w:shd w:fill="061B2A"/>
            <w:vAlign w:val="center"/>
            <w:tcMar>
              <w:top w:w="110" w:type="dxa"/>
              <w:start w:w="140" w:type="dxa"/>
              <w:bottom w:w="110" w:type="dxa"/>
              <w:end w:w="140" w:type="dxa"/>
            </w:tcMar>
          </w:tcPr>
          <w:p>
            <w:pPr>
              <w:spacing w:after="0" w:before="0" w:line="240" w:lineRule="auto"/>
            </w:pPr>
            <w:r/>
            <w:r>
              <w:rPr>
                <w:rFonts w:ascii="Arial" w:hAnsi="Arial" w:eastAsia="Arial" w:cs="Arial"/>
                <w:b/>
                <w:color w:val="FFFFFF"/>
                <w:sz w:val="17"/>
              </w:rPr>
              <w:t>Response / notes</w:t>
            </w:r>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Primary contact person</w:t>
            </w:r>
          </w:p>
        </w:tc>
        <w:tc>
          <w:tcPr>
            <w:tcW w:type="dxa" w:w="6552"/>
            <w:vAlign w:val="center"/>
            <w:tcMar>
              <w:top w:w="190" w:type="dxa"/>
              <w:start w:w="150" w:type="dxa"/>
              <w:bottom w:w="190" w:type="dxa"/>
              <w:end w:w="150" w:type="dxa"/>
            </w:tcMar>
          </w:tcPr>
          <w:p>
            <w:pPr>
              <w:spacing w:after="0" w:before="0" w:line="240" w:lineRule="auto"/>
            </w:pPr>
            <w:sdt>
              <w:sdtPr>
                <w:alias w:val="Primary contact person"/>
                <w:tag w:val="olyvenra-business-cooperation-form-en_6_1_1_7"/>
                <w:id w:val="538398192"/>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Email and telephone</w:t>
            </w:r>
          </w:p>
        </w:tc>
        <w:tc>
          <w:tcPr>
            <w:tcW w:type="dxa" w:w="6552"/>
            <w:vAlign w:val="center"/>
            <w:tcMar>
              <w:top w:w="190" w:type="dxa"/>
              <w:start w:w="150" w:type="dxa"/>
              <w:bottom w:w="190" w:type="dxa"/>
              <w:end w:w="150" w:type="dxa"/>
            </w:tcMar>
          </w:tcPr>
          <w:p>
            <w:pPr>
              <w:spacing w:after="0" w:before="0" w:line="240" w:lineRule="auto"/>
            </w:pPr>
            <w:sdt>
              <w:sdtPr>
                <w:alias w:val="Email and telephone"/>
                <w:tag w:val="olyvenra-business-cooperation-form-en_6_2_1_8"/>
                <w:id w:val="747744141"/>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Authority to submit / represent</w:t>
            </w:r>
          </w:p>
        </w:tc>
        <w:tc>
          <w:tcPr>
            <w:tcW w:type="dxa" w:w="6552"/>
            <w:vAlign w:val="center"/>
            <w:tcMar>
              <w:top w:w="190" w:type="dxa"/>
              <w:start w:w="150" w:type="dxa"/>
              <w:bottom w:w="190" w:type="dxa"/>
              <w:end w:w="150" w:type="dxa"/>
            </w:tcMar>
          </w:tcPr>
          <w:p>
            <w:pPr>
              <w:spacing w:after="0" w:before="0" w:line="240" w:lineRule="auto"/>
            </w:pPr>
            <w:sdt>
              <w:sdtPr>
                <w:alias w:val="Authority to submit / represent"/>
                <w:tag w:val="olyvenra-business-cooperation-form-en_6_3_1_9"/>
                <w:id w:val="158716483"/>
                <w:color w:val="B08A28"/>
                <w:appearance w:val="boundingBox"/>
                <w:text/>
              </w:sdtPr>
              <w:sdtContent>
                <w:r>
                  <w:rPr>
                    <w:color w:val="6D7D87"/>
                    <w:i/>
                    <w:sz w:val="18"/>
                  </w:rPr>
                  <w:t>Click or tap here to enter a response.</w:t>
                </w:r>
              </w:sdtContent>
            </w:sdt>
          </w:p>
        </w:tc>
      </w:tr>
    </w:tbl>
    <w:p>
      <w:pPr>
        <w:spacing w:after="40" w:before="0" w:line="240" w:lineRule="auto"/>
      </w:pPr>
      <w:r>
        <w:br w:type="page"/>
      </w:r>
    </w:p>
    <w:p>
      <w:pPr>
        <w:pStyle w:val="Heading1"/>
        <w:spacing w:after="40" w:before="0" w:line="240" w:lineRule="auto"/>
      </w:pPr>
      <w:r>
        <w:t>Opportunity / requirement</w:t>
      </w:r>
    </w:p>
    <w:tbl>
      <w:tblPr>
        <w:tblStyle w:val="TableGrid"/>
        <w:tblW w:type="auto" w:w="0"/>
        <w:jc w:val="center"/>
        <w:tblLook w:firstColumn="1" w:firstRow="1" w:lastColumn="0" w:lastRow="0" w:noHBand="0" w:noVBand="1" w:val="04A0"/>
        <w:tblCaption w:val="Form questions and response fields"/>
        <w:tblDescription w:val="Form questions and response fields"/>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before="0" w:line="240" w:lineRule="auto"/>
            </w:pPr>
            <w:r/>
            <w:r>
              <w:rPr>
                <w:rFonts w:ascii="Arial" w:hAnsi="Arial" w:eastAsia="Arial" w:cs="Arial"/>
                <w:b/>
                <w:color w:val="FFFFFF"/>
                <w:sz w:val="17"/>
              </w:rPr>
              <w:t>Information requested</w:t>
            </w:r>
          </w:p>
        </w:tc>
        <w:tc>
          <w:tcPr>
            <w:tcW w:type="dxa" w:w="6552"/>
            <w:shd w:fill="061B2A"/>
            <w:vAlign w:val="center"/>
            <w:tcMar>
              <w:top w:w="110" w:type="dxa"/>
              <w:start w:w="140" w:type="dxa"/>
              <w:bottom w:w="110" w:type="dxa"/>
              <w:end w:w="140" w:type="dxa"/>
            </w:tcMar>
          </w:tcPr>
          <w:p>
            <w:pPr>
              <w:spacing w:after="0" w:before="0" w:line="240" w:lineRule="auto"/>
            </w:pPr>
            <w:r/>
            <w:r>
              <w:rPr>
                <w:rFonts w:ascii="Arial" w:hAnsi="Arial" w:eastAsia="Arial" w:cs="Arial"/>
                <w:b/>
                <w:color w:val="FFFFFF"/>
                <w:sz w:val="17"/>
              </w:rPr>
              <w:t>Response / notes</w:t>
            </w:r>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Type of cooperation requested</w:t>
            </w:r>
          </w:p>
        </w:tc>
        <w:tc>
          <w:tcPr>
            <w:tcW w:type="dxa" w:w="6552"/>
            <w:vAlign w:val="center"/>
            <w:tcMar>
              <w:top w:w="190" w:type="dxa"/>
              <w:start w:w="150" w:type="dxa"/>
              <w:bottom w:w="190" w:type="dxa"/>
              <w:end w:w="150" w:type="dxa"/>
            </w:tcMar>
          </w:tcPr>
          <w:p>
            <w:pPr>
              <w:spacing w:after="0" w:before="0" w:line="240" w:lineRule="auto"/>
            </w:pPr>
            <w:sdt>
              <w:sdtPr>
                <w:alias w:val="Type of cooperation requested"/>
                <w:tag w:val="olyvenra-business-cooperation-form-en_7_1_1_10"/>
                <w:id w:val="1369500850"/>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Products or services involved</w:t>
            </w:r>
          </w:p>
        </w:tc>
        <w:tc>
          <w:tcPr>
            <w:tcW w:type="dxa" w:w="6552"/>
            <w:vAlign w:val="center"/>
            <w:tcMar>
              <w:top w:w="190" w:type="dxa"/>
              <w:start w:w="150" w:type="dxa"/>
              <w:bottom w:w="190" w:type="dxa"/>
              <w:end w:w="150" w:type="dxa"/>
            </w:tcMar>
          </w:tcPr>
          <w:p>
            <w:pPr>
              <w:spacing w:after="0" w:before="0" w:line="240" w:lineRule="auto"/>
            </w:pPr>
            <w:sdt>
              <w:sdtPr>
                <w:alias w:val="Products or services involved"/>
                <w:tag w:val="olyvenra-business-cooperation-form-en_7_2_1_11"/>
                <w:id w:val="659780908"/>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IT, software, digital or advisory scope if applicable</w:t>
            </w:r>
          </w:p>
        </w:tc>
        <w:tc>
          <w:tcPr>
            <w:tcW w:type="dxa" w:w="6552"/>
            <w:vAlign w:val="center"/>
            <w:tcMar>
              <w:top w:w="190" w:type="dxa"/>
              <w:start w:w="150" w:type="dxa"/>
              <w:bottom w:w="190" w:type="dxa"/>
              <w:end w:w="150" w:type="dxa"/>
            </w:tcMar>
          </w:tcPr>
          <w:p>
            <w:pPr>
              <w:spacing w:after="0" w:before="0" w:line="240" w:lineRule="auto"/>
            </w:pPr>
            <w:sdt>
              <w:sdtPr>
                <w:alias w:val="IT, software, digital or advisory scope if applicable"/>
                <w:tag w:val="olyvenra-business-cooperation-form-en_7_3_1_12"/>
                <w:id w:val="1422606419"/>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Commercial objective</w:t>
            </w:r>
          </w:p>
        </w:tc>
        <w:tc>
          <w:tcPr>
            <w:tcW w:type="dxa" w:w="6552"/>
            <w:vAlign w:val="center"/>
            <w:tcMar>
              <w:top w:w="190" w:type="dxa"/>
              <w:start w:w="150" w:type="dxa"/>
              <w:bottom w:w="190" w:type="dxa"/>
              <w:end w:w="150" w:type="dxa"/>
            </w:tcMar>
          </w:tcPr>
          <w:p>
            <w:pPr>
              <w:spacing w:after="0" w:before="0" w:line="240" w:lineRule="auto"/>
            </w:pPr>
            <w:sdt>
              <w:sdtPr>
                <w:alias w:val="Commercial objective"/>
                <w:tag w:val="olyvenra-business-cooperation-form-en_7_4_1_13"/>
                <w:id w:val="1508924490"/>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Commercial support requested from OLYVENRA</w:t>
            </w:r>
          </w:p>
        </w:tc>
        <w:tc>
          <w:tcPr>
            <w:tcW w:type="dxa" w:w="6552"/>
            <w:vAlign w:val="center"/>
            <w:tcMar>
              <w:top w:w="190" w:type="dxa"/>
              <w:start w:w="150" w:type="dxa"/>
              <w:bottom w:w="190" w:type="dxa"/>
              <w:end w:w="150" w:type="dxa"/>
            </w:tcMar>
          </w:tcPr>
          <w:p>
            <w:pPr>
              <w:spacing w:after="0" w:before="0" w:line="240" w:lineRule="auto"/>
            </w:pPr>
            <w:sdt>
              <w:sdtPr>
                <w:alias w:val="Commercial support requested from OLYVENRA"/>
                <w:tag w:val="olyvenra-business-cooperation-form-en_7_5_1_14"/>
                <w:id w:val="1789850193"/>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Role requested from OLYVENRA</w:t>
            </w:r>
          </w:p>
        </w:tc>
        <w:tc>
          <w:tcPr>
            <w:tcW w:type="dxa" w:w="6552"/>
            <w:vAlign w:val="center"/>
            <w:tcMar>
              <w:top w:w="190" w:type="dxa"/>
              <w:start w:w="150" w:type="dxa"/>
              <w:bottom w:w="190" w:type="dxa"/>
              <w:end w:w="150" w:type="dxa"/>
            </w:tcMar>
          </w:tcPr>
          <w:p>
            <w:pPr>
              <w:spacing w:after="0" w:before="0" w:line="240" w:lineRule="auto"/>
            </w:pPr>
            <w:sdt>
              <w:sdtPr>
                <w:alias w:val="Role requested from OLYVENRA"/>
                <w:tag w:val="olyvenra-business-cooperation-form-en_7_6_1_15"/>
                <w:id w:val="517931521"/>
                <w:color w:val="B08A28"/>
                <w:appearance w:val="boundingBox"/>
                <w:text/>
              </w:sdtPr>
              <w:sdtContent>
                <w:r>
                  <w:rPr>
                    <w:color w:val="6D7D87"/>
                    <w:i/>
                    <w:sz w:val="18"/>
                  </w:rPr>
                  <w:t>Click or tap here to enter a response.</w:t>
                </w:r>
              </w:sdtContent>
            </w:sdt>
          </w:p>
        </w:tc>
      </w:tr>
    </w:tbl>
    <w:p>
      <w:pPr>
        <w:pStyle w:val="Heading1"/>
        <w:spacing w:after="40" w:before="0" w:line="240" w:lineRule="auto"/>
      </w:pPr>
      <w:r>
        <w:t>Target markets and timing</w:t>
      </w:r>
    </w:p>
    <w:tbl>
      <w:tblPr>
        <w:tblStyle w:val="TableGrid"/>
        <w:tblW w:type="auto" w:w="0"/>
        <w:jc w:val="center"/>
        <w:tblLook w:firstColumn="1" w:firstRow="1" w:lastColumn="0" w:lastRow="0" w:noHBand="0" w:noVBand="1" w:val="04A0"/>
        <w:tblCaption w:val="Form questions and response fields"/>
        <w:tblDescription w:val="Form questions and response fields"/>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before="0" w:line="240" w:lineRule="auto"/>
            </w:pPr>
            <w:r/>
            <w:r>
              <w:rPr>
                <w:rFonts w:ascii="Arial" w:hAnsi="Arial" w:eastAsia="Arial" w:cs="Arial"/>
                <w:b/>
                <w:color w:val="FFFFFF"/>
                <w:sz w:val="17"/>
              </w:rPr>
              <w:t>Information requested</w:t>
            </w:r>
          </w:p>
        </w:tc>
        <w:tc>
          <w:tcPr>
            <w:tcW w:type="dxa" w:w="6552"/>
            <w:shd w:fill="061B2A"/>
            <w:vAlign w:val="center"/>
            <w:tcMar>
              <w:top w:w="110" w:type="dxa"/>
              <w:start w:w="140" w:type="dxa"/>
              <w:bottom w:w="110" w:type="dxa"/>
              <w:end w:w="140" w:type="dxa"/>
            </w:tcMar>
          </w:tcPr>
          <w:p>
            <w:pPr>
              <w:spacing w:after="0" w:before="0" w:line="240" w:lineRule="auto"/>
            </w:pPr>
            <w:r/>
            <w:r>
              <w:rPr>
                <w:rFonts w:ascii="Arial" w:hAnsi="Arial" w:eastAsia="Arial" w:cs="Arial"/>
                <w:b/>
                <w:color w:val="FFFFFF"/>
                <w:sz w:val="17"/>
              </w:rPr>
              <w:t>Response / notes</w:t>
            </w:r>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Target market / territory</w:t>
            </w:r>
          </w:p>
        </w:tc>
        <w:tc>
          <w:tcPr>
            <w:tcW w:type="dxa" w:w="6552"/>
            <w:vAlign w:val="center"/>
            <w:tcMar>
              <w:top w:w="190" w:type="dxa"/>
              <w:start w:w="150" w:type="dxa"/>
              <w:bottom w:w="190" w:type="dxa"/>
              <w:end w:w="150" w:type="dxa"/>
            </w:tcMar>
          </w:tcPr>
          <w:p>
            <w:pPr>
              <w:spacing w:after="0" w:before="0" w:line="240" w:lineRule="auto"/>
            </w:pPr>
            <w:sdt>
              <w:sdtPr>
                <w:alias w:val="Target market / territory"/>
                <w:tag w:val="olyvenra-business-cooperation-form-en_8_1_1_16"/>
                <w:id w:val="1578030793"/>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Current market position / existing sales channels</w:t>
            </w:r>
          </w:p>
        </w:tc>
        <w:tc>
          <w:tcPr>
            <w:tcW w:type="dxa" w:w="6552"/>
            <w:vAlign w:val="center"/>
            <w:tcMar>
              <w:top w:w="190" w:type="dxa"/>
              <w:start w:w="150" w:type="dxa"/>
              <w:bottom w:w="190" w:type="dxa"/>
              <w:end w:w="150" w:type="dxa"/>
            </w:tcMar>
          </w:tcPr>
          <w:p>
            <w:pPr>
              <w:spacing w:after="0" w:before="0" w:line="240" w:lineRule="auto"/>
            </w:pPr>
            <w:sdt>
              <w:sdtPr>
                <w:alias w:val="Current market position / existing sales channels"/>
                <w:tag w:val="olyvenra-business-cooperation-form-en_8_2_1_17"/>
                <w:id w:val="1323075174"/>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Preferred channel model</w:t>
            </w:r>
          </w:p>
        </w:tc>
        <w:tc>
          <w:tcPr>
            <w:tcW w:type="dxa" w:w="6552"/>
            <w:vAlign w:val="center"/>
            <w:tcMar>
              <w:top w:w="190" w:type="dxa"/>
              <w:start w:w="150" w:type="dxa"/>
              <w:bottom w:w="190" w:type="dxa"/>
              <w:end w:w="150" w:type="dxa"/>
            </w:tcMar>
          </w:tcPr>
          <w:p>
            <w:pPr>
              <w:spacing w:after="0" w:before="0" w:line="240" w:lineRule="auto"/>
            </w:pPr>
            <w:sdt>
              <w:sdtPr>
                <w:alias w:val="Preferred channel model"/>
                <w:tag w:val="olyvenra-business-cooperation-form-en_8_3_1_18"/>
                <w:id w:val="1610829352"/>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Target distributor / reseller / partner profile</w:t>
            </w:r>
          </w:p>
        </w:tc>
        <w:tc>
          <w:tcPr>
            <w:tcW w:type="dxa" w:w="6552"/>
            <w:vAlign w:val="center"/>
            <w:tcMar>
              <w:top w:w="190" w:type="dxa"/>
              <w:start w:w="150" w:type="dxa"/>
              <w:bottom w:w="190" w:type="dxa"/>
              <w:end w:w="150" w:type="dxa"/>
            </w:tcMar>
          </w:tcPr>
          <w:p>
            <w:pPr>
              <w:spacing w:after="0" w:before="0" w:line="240" w:lineRule="auto"/>
            </w:pPr>
            <w:sdt>
              <w:sdtPr>
                <w:alias w:val="Target distributor / reseller / partner profile"/>
                <w:tag w:val="olyvenra-business-cooperation-form-en_8_4_1_19"/>
                <w:id w:val="425682694"/>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Expected timeline</w:t>
            </w:r>
          </w:p>
        </w:tc>
        <w:tc>
          <w:tcPr>
            <w:tcW w:type="dxa" w:w="6552"/>
            <w:vAlign w:val="center"/>
            <w:tcMar>
              <w:top w:w="190" w:type="dxa"/>
              <w:start w:w="150" w:type="dxa"/>
              <w:bottom w:w="190" w:type="dxa"/>
              <w:end w:w="150" w:type="dxa"/>
            </w:tcMar>
          </w:tcPr>
          <w:p>
            <w:pPr>
              <w:spacing w:after="0" w:before="0" w:line="240" w:lineRule="auto"/>
            </w:pPr>
            <w:sdt>
              <w:sdtPr>
                <w:alias w:val="Expected timeline"/>
                <w:tag w:val="olyvenra-business-cooperation-form-en_8_5_1_20"/>
                <w:id w:val="1606685230"/>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Budget range / order value if known</w:t>
            </w:r>
          </w:p>
        </w:tc>
        <w:tc>
          <w:tcPr>
            <w:tcW w:type="dxa" w:w="6552"/>
            <w:vAlign w:val="center"/>
            <w:tcMar>
              <w:top w:w="190" w:type="dxa"/>
              <w:start w:w="150" w:type="dxa"/>
              <w:bottom w:w="190" w:type="dxa"/>
              <w:end w:w="150" w:type="dxa"/>
            </w:tcMar>
          </w:tcPr>
          <w:p>
            <w:pPr>
              <w:spacing w:after="0" w:before="0" w:line="240" w:lineRule="auto"/>
            </w:pPr>
            <w:sdt>
              <w:sdtPr>
                <w:alias w:val="Budget range / order value if known"/>
                <w:tag w:val="olyvenra-business-cooperation-form-en_8_6_1_21"/>
                <w:id w:val="1872405552"/>
                <w:color w:val="B08A28"/>
                <w:appearance w:val="boundingBox"/>
                <w:text/>
              </w:sdtPr>
              <w:sdtContent>
                <w:r>
                  <w:rPr>
                    <w:color w:val="6D7D87"/>
                    <w:i/>
                    <w:sz w:val="18"/>
                  </w:rPr>
                  <w:t>Click or tap here to enter a response.</w:t>
                </w:r>
              </w:sdtContent>
            </w:sdt>
          </w:p>
        </w:tc>
      </w:tr>
    </w:tbl>
    <w:p>
      <w:pPr>
        <w:spacing w:after="40" w:before="0" w:line="240" w:lineRule="auto"/>
      </w:pPr>
      <w:r>
        <w:br w:type="page"/>
      </w:r>
    </w:p>
    <w:p>
      <w:pPr>
        <w:pStyle w:val="Heading1"/>
        <w:spacing w:after="40" w:before="0" w:line="240" w:lineRule="auto"/>
      </w:pPr>
      <w:r>
        <w:t>Compliance and risk</w:t>
      </w:r>
    </w:p>
    <w:tbl>
      <w:tblPr>
        <w:tblStyle w:val="TableGrid"/>
        <w:tblW w:type="auto" w:w="0"/>
        <w:jc w:val="center"/>
        <w:tblLook w:firstColumn="1" w:firstRow="1" w:lastColumn="0" w:lastRow="0" w:noHBand="0" w:noVBand="1" w:val="04A0"/>
        <w:tblCaption w:val="Form questions and response fields"/>
        <w:tblDescription w:val="Form questions and response fields"/>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before="0" w:line="240" w:lineRule="auto"/>
            </w:pPr>
            <w:r/>
            <w:r>
              <w:rPr>
                <w:rFonts w:ascii="Arial" w:hAnsi="Arial" w:eastAsia="Arial" w:cs="Arial"/>
                <w:b/>
                <w:color w:val="FFFFFF"/>
                <w:sz w:val="17"/>
              </w:rPr>
              <w:t>Information requested</w:t>
            </w:r>
          </w:p>
        </w:tc>
        <w:tc>
          <w:tcPr>
            <w:tcW w:type="dxa" w:w="6552"/>
            <w:shd w:fill="061B2A"/>
            <w:vAlign w:val="center"/>
            <w:tcMar>
              <w:top w:w="110" w:type="dxa"/>
              <w:start w:w="140" w:type="dxa"/>
              <w:bottom w:w="110" w:type="dxa"/>
              <w:end w:w="140" w:type="dxa"/>
            </w:tcMar>
          </w:tcPr>
          <w:p>
            <w:pPr>
              <w:spacing w:after="0" w:before="0" w:line="240" w:lineRule="auto"/>
            </w:pPr>
            <w:r/>
            <w:r>
              <w:rPr>
                <w:rFonts w:ascii="Arial" w:hAnsi="Arial" w:eastAsia="Arial" w:cs="Arial"/>
                <w:b/>
                <w:color w:val="FFFFFF"/>
                <w:sz w:val="17"/>
              </w:rPr>
              <w:t>Response / notes</w:t>
            </w:r>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Sanctions, restricted-party or high-risk exposure</w:t>
            </w:r>
          </w:p>
        </w:tc>
        <w:tc>
          <w:tcPr>
            <w:tcW w:type="dxa" w:w="6552"/>
            <w:vAlign w:val="center"/>
            <w:tcMar>
              <w:top w:w="190" w:type="dxa"/>
              <w:start w:w="150" w:type="dxa"/>
              <w:bottom w:w="190" w:type="dxa"/>
              <w:end w:w="150" w:type="dxa"/>
            </w:tcMar>
          </w:tcPr>
          <w:p>
            <w:pPr>
              <w:spacing w:after="0" w:before="0" w:line="240" w:lineRule="auto"/>
            </w:pPr>
            <w:sdt>
              <w:sdtPr>
                <w:alias w:val="Sanctions, restricted-party or high-risk exposure"/>
                <w:tag w:val="olyvenra-business-cooperation-form-en_9_1_1_22"/>
                <w:id w:val="215454932"/>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Regulated, dual-use or sensitive goods / services</w:t>
            </w:r>
          </w:p>
        </w:tc>
        <w:tc>
          <w:tcPr>
            <w:tcW w:type="dxa" w:w="6552"/>
            <w:vAlign w:val="center"/>
            <w:tcMar>
              <w:top w:w="190" w:type="dxa"/>
              <w:start w:w="150" w:type="dxa"/>
              <w:bottom w:w="190" w:type="dxa"/>
              <w:end w:w="150" w:type="dxa"/>
            </w:tcMar>
          </w:tcPr>
          <w:p>
            <w:pPr>
              <w:spacing w:after="0" w:before="0" w:line="240" w:lineRule="auto"/>
            </w:pPr>
            <w:sdt>
              <w:sdtPr>
                <w:alias w:val="Regulated, dual-use or sensitive goods / services"/>
                <w:tag w:val="olyvenra-business-cooperation-form-en_9_2_1_23"/>
                <w:id w:val="998800350"/>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Personal data or confidential information involved</w:t>
            </w:r>
          </w:p>
        </w:tc>
        <w:tc>
          <w:tcPr>
            <w:tcW w:type="dxa" w:w="6552"/>
            <w:vAlign w:val="center"/>
            <w:tcMar>
              <w:top w:w="190" w:type="dxa"/>
              <w:start w:w="150" w:type="dxa"/>
              <w:bottom w:w="190" w:type="dxa"/>
              <w:end w:w="150" w:type="dxa"/>
            </w:tcMar>
          </w:tcPr>
          <w:p>
            <w:pPr>
              <w:spacing w:after="0" w:before="0" w:line="240" w:lineRule="auto"/>
            </w:pPr>
            <w:sdt>
              <w:sdtPr>
                <w:alias w:val="Personal data or confidential information involved"/>
                <w:tag w:val="olyvenra-business-cooperation-form-en_9_3_1_24"/>
                <w:id w:val="322597535"/>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Documents available for review</w:t>
            </w:r>
          </w:p>
        </w:tc>
        <w:tc>
          <w:tcPr>
            <w:tcW w:type="dxa" w:w="6552"/>
            <w:vAlign w:val="center"/>
            <w:tcMar>
              <w:top w:w="190" w:type="dxa"/>
              <w:start w:w="150" w:type="dxa"/>
              <w:bottom w:w="190" w:type="dxa"/>
              <w:end w:w="150" w:type="dxa"/>
            </w:tcMar>
          </w:tcPr>
          <w:p>
            <w:pPr>
              <w:spacing w:after="0" w:before="0" w:line="240" w:lineRule="auto"/>
            </w:pPr>
            <w:sdt>
              <w:sdtPr>
                <w:alias w:val="Documents available for review"/>
                <w:tag w:val="olyvenra-business-cooperation-form-en_9_4_1_25"/>
                <w:id w:val="1077748920"/>
                <w:color w:val="B08A28"/>
                <w:appearance w:val="boundingBox"/>
                <w:text/>
              </w:sdtPr>
              <w:sdtContent>
                <w:r>
                  <w:rPr>
                    <w:color w:val="6D7D87"/>
                    <w:i/>
                    <w:sz w:val="18"/>
                  </w:rPr>
                  <w:t>Click or tap here to enter a response.</w:t>
                </w:r>
              </w:sdtContent>
            </w:sdt>
          </w:p>
        </w:tc>
      </w:tr>
    </w:tbl>
    <w:p>
      <w:pPr>
        <w:pStyle w:val="Heading1"/>
        <w:spacing w:after="40" w:before="0" w:line="240" w:lineRule="auto"/>
      </w:pPr>
      <w:r>
        <w:t>Submission readiness checklist</w:t>
      </w:r>
    </w:p>
    <w:tbl>
      <w:tblPr>
        <w:tblStyle w:val="TableGrid"/>
        <w:tblW w:type="auto" w:w="0"/>
        <w:jc w:val="center"/>
        <w:tblLook w:firstColumn="1" w:firstRow="1" w:lastColumn="0" w:lastRow="0" w:noHBand="0" w:noVBand="1" w:val="04A0"/>
        <w:tblCaption w:val="Form questions and response fields"/>
        <w:tblDescription w:val="Form questions and response fields"/>
      </w:tblPr>
      <w:tblGrid>
        <w:gridCol w:w="5061"/>
        <w:gridCol w:w="5061"/>
      </w:tblGrid>
      <w:tr>
        <w:trPr>
          <w:tblHeader/>
        </w:trPr>
        <w:tc>
          <w:tcPr>
            <w:tcW w:type="dxa" w:w="1584"/>
            <w:shd w:fill="061B2A"/>
            <w:vAlign w:val="center"/>
            <w:tcMar>
              <w:top w:w="110" w:type="dxa"/>
              <w:start w:w="140" w:type="dxa"/>
              <w:bottom w:w="110" w:type="dxa"/>
              <w:end w:w="140" w:type="dxa"/>
            </w:tcMar>
          </w:tcPr>
          <w:p>
            <w:pPr>
              <w:spacing w:after="0" w:before="0" w:line="240" w:lineRule="auto"/>
            </w:pPr>
            <w:r/>
            <w:r>
              <w:rPr>
                <w:rFonts w:ascii="Arial" w:hAnsi="Arial" w:eastAsia="Arial" w:cs="Arial"/>
                <w:b/>
                <w:color w:val="FFFFFF"/>
                <w:sz w:val="17"/>
              </w:rPr>
              <w:t>Check</w:t>
            </w:r>
          </w:p>
        </w:tc>
        <w:tc>
          <w:tcPr>
            <w:tcW w:type="dxa" w:w="8352"/>
            <w:shd w:fill="061B2A"/>
            <w:vAlign w:val="center"/>
            <w:tcMar>
              <w:top w:w="110" w:type="dxa"/>
              <w:start w:w="140" w:type="dxa"/>
              <w:bottom w:w="110" w:type="dxa"/>
              <w:end w:w="140" w:type="dxa"/>
            </w:tcMar>
          </w:tcPr>
          <w:p>
            <w:pPr>
              <w:spacing w:after="0" w:before="0" w:line="240" w:lineRule="auto"/>
            </w:pPr>
            <w:r/>
            <w:r>
              <w:rPr>
                <w:rFonts w:ascii="Arial" w:hAnsi="Arial" w:eastAsia="Arial" w:cs="Arial"/>
                <w:b/>
                <w:color w:val="FFFFFF"/>
                <w:sz w:val="17"/>
              </w:rPr>
              <w:t>Review item</w:t>
            </w:r>
          </w:p>
        </w:tc>
      </w:tr>
      <w:tr>
        <w:tc>
          <w:tcPr>
            <w:tcW w:type="dxa" w:w="1584"/>
            <w:vAlign w:val="center"/>
            <w:tcMar>
              <w:top w:w="150" w:type="dxa"/>
              <w:start w:w="150" w:type="dxa"/>
              <w:bottom w:w="150" w:type="dxa"/>
              <w:end w:w="150" w:type="dxa"/>
            </w:tcMar>
          </w:tcPr>
          <w:p>
            <w:pPr>
              <w:spacing w:after="0" w:before="0" w:line="240" w:lineRule="auto"/>
              <w:jc w:val="center"/>
            </w:pPr>
            <w:r>
              <w:rPr>
                <w:b/>
              </w:rPr>
              <w:t>[ ]</w:t>
            </w:r>
          </w:p>
        </w:tc>
        <w:tc>
          <w:tcPr>
            <w:tcW w:type="dxa" w:w="8352"/>
            <w:shd w:fill="FBFCFD"/>
            <w:vAlign w:val="center"/>
            <w:tcMar>
              <w:top w:w="150" w:type="dxa"/>
              <w:start w:w="150" w:type="dxa"/>
              <w:bottom w:w="150" w:type="dxa"/>
              <w:end w:w="150" w:type="dxa"/>
            </w:tcMar>
          </w:tcPr>
          <w:p>
            <w:pPr>
              <w:spacing w:after="0" w:before="0" w:line="240" w:lineRule="auto"/>
            </w:pPr>
            <w:r/>
            <w:r>
              <w:rPr>
                <w:rFonts w:ascii="Arial" w:hAnsi="Arial" w:eastAsia="Arial" w:cs="Arial"/>
                <w:b w:val="0"/>
                <w:color w:val="102334"/>
                <w:sz w:val="17"/>
              </w:rPr>
              <w:t>The organisation name, registration details and contact authority are complete.</w:t>
            </w:r>
          </w:p>
        </w:tc>
      </w:tr>
      <w:tr>
        <w:tc>
          <w:tcPr>
            <w:tcW w:type="dxa" w:w="1584"/>
            <w:vAlign w:val="center"/>
            <w:tcMar>
              <w:top w:w="150" w:type="dxa"/>
              <w:start w:w="150" w:type="dxa"/>
              <w:bottom w:w="150" w:type="dxa"/>
              <w:end w:w="150" w:type="dxa"/>
            </w:tcMar>
          </w:tcPr>
          <w:p>
            <w:pPr>
              <w:spacing w:after="0" w:before="0" w:line="240" w:lineRule="auto"/>
              <w:jc w:val="center"/>
            </w:pPr>
            <w:r>
              <w:rPr>
                <w:b/>
              </w:rPr>
              <w:t>[ ]</w:t>
            </w:r>
          </w:p>
        </w:tc>
        <w:tc>
          <w:tcPr>
            <w:tcW w:type="dxa" w:w="8352"/>
            <w:shd w:fill="FBFCFD"/>
            <w:vAlign w:val="center"/>
            <w:tcMar>
              <w:top w:w="150" w:type="dxa"/>
              <w:start w:w="150" w:type="dxa"/>
              <w:bottom w:w="150" w:type="dxa"/>
              <w:end w:w="150" w:type="dxa"/>
            </w:tcMar>
          </w:tcPr>
          <w:p>
            <w:pPr>
              <w:spacing w:after="0" w:before="0" w:line="240" w:lineRule="auto"/>
            </w:pPr>
            <w:r/>
            <w:r>
              <w:rPr>
                <w:rFonts w:ascii="Arial" w:hAnsi="Arial" w:eastAsia="Arial" w:cs="Arial"/>
                <w:b w:val="0"/>
                <w:color w:val="102334"/>
                <w:sz w:val="17"/>
              </w:rPr>
              <w:t>The commercial requirement or cooperation request is specific and practical.</w:t>
            </w:r>
          </w:p>
        </w:tc>
      </w:tr>
      <w:tr>
        <w:tc>
          <w:tcPr>
            <w:tcW w:type="dxa" w:w="1584"/>
            <w:vAlign w:val="center"/>
            <w:tcMar>
              <w:top w:w="150" w:type="dxa"/>
              <w:start w:w="150" w:type="dxa"/>
              <w:bottom w:w="150" w:type="dxa"/>
              <w:end w:w="150" w:type="dxa"/>
            </w:tcMar>
          </w:tcPr>
          <w:p>
            <w:pPr>
              <w:spacing w:after="0" w:before="0" w:line="240" w:lineRule="auto"/>
              <w:jc w:val="center"/>
            </w:pPr>
            <w:r>
              <w:rPr>
                <w:b/>
              </w:rPr>
              <w:t>[ ]</w:t>
            </w:r>
          </w:p>
        </w:tc>
        <w:tc>
          <w:tcPr>
            <w:tcW w:type="dxa" w:w="8352"/>
            <w:shd w:fill="FBFCFD"/>
            <w:vAlign w:val="center"/>
            <w:tcMar>
              <w:top w:w="150" w:type="dxa"/>
              <w:start w:w="150" w:type="dxa"/>
              <w:bottom w:w="150" w:type="dxa"/>
              <w:end w:w="150" w:type="dxa"/>
            </w:tcMar>
          </w:tcPr>
          <w:p>
            <w:pPr>
              <w:spacing w:after="0" w:before="0" w:line="240" w:lineRule="auto"/>
            </w:pPr>
            <w:r/>
            <w:r>
              <w:rPr>
                <w:rFonts w:ascii="Arial" w:hAnsi="Arial" w:eastAsia="Arial" w:cs="Arial"/>
                <w:b w:val="0"/>
                <w:color w:val="102334"/>
                <w:sz w:val="17"/>
              </w:rPr>
              <w:t>Any regulated, dual-use, sanctions, product-safety or confidentiality sensitivity is disclosed.</w:t>
            </w:r>
          </w:p>
        </w:tc>
      </w:tr>
      <w:tr>
        <w:tc>
          <w:tcPr>
            <w:tcW w:type="dxa" w:w="1584"/>
            <w:vAlign w:val="center"/>
            <w:tcMar>
              <w:top w:w="150" w:type="dxa"/>
              <w:start w:w="150" w:type="dxa"/>
              <w:bottom w:w="150" w:type="dxa"/>
              <w:end w:w="150" w:type="dxa"/>
            </w:tcMar>
          </w:tcPr>
          <w:p>
            <w:pPr>
              <w:spacing w:after="0" w:before="0" w:line="240" w:lineRule="auto"/>
              <w:jc w:val="center"/>
            </w:pPr>
            <w:r>
              <w:rPr>
                <w:b/>
              </w:rPr>
              <w:t>[ ]</w:t>
            </w:r>
          </w:p>
        </w:tc>
        <w:tc>
          <w:tcPr>
            <w:tcW w:type="dxa" w:w="8352"/>
            <w:shd w:fill="FBFCFD"/>
            <w:vAlign w:val="center"/>
            <w:tcMar>
              <w:top w:w="150" w:type="dxa"/>
              <w:start w:w="150" w:type="dxa"/>
              <w:bottom w:w="150" w:type="dxa"/>
              <w:end w:w="150" w:type="dxa"/>
            </w:tcMar>
          </w:tcPr>
          <w:p>
            <w:pPr>
              <w:spacing w:after="0" w:before="0" w:line="240" w:lineRule="auto"/>
            </w:pPr>
            <w:r/>
            <w:r>
              <w:rPr>
                <w:rFonts w:ascii="Arial" w:hAnsi="Arial" w:eastAsia="Arial" w:cs="Arial"/>
                <w:b w:val="0"/>
                <w:color w:val="102334"/>
                <w:sz w:val="17"/>
              </w:rPr>
              <w:t>Supporting documents are available or clearly identified as pending.</w:t>
            </w:r>
          </w:p>
        </w:tc>
      </w:tr>
    </w:tbl>
    <w:p>
      <w:pPr>
        <w:pStyle w:val="Heading1"/>
        <w:spacing w:after="40" w:before="0" w:line="240" w:lineRule="auto"/>
      </w:pPr>
      <w:r>
        <w:t>OLYVENRA review criteria</w:t>
      </w:r>
    </w:p>
    <w:tbl>
      <w:tblPr>
        <w:tblStyle w:val="TableGrid"/>
        <w:tblW w:type="auto" w:w="0"/>
        <w:jc w:val="center"/>
        <w:tblLook w:firstColumn="1" w:firstRow="1" w:lastColumn="0" w:lastRow="0" w:noHBand="0" w:noVBand="1" w:val="04A0"/>
        <w:tblCaption w:val="Form questions and response fields"/>
        <w:tblDescription w:val="Form questions and response fields"/>
      </w:tblPr>
      <w:tblGrid>
        <w:gridCol w:w="5061"/>
        <w:gridCol w:w="5061"/>
      </w:tblGrid>
      <w:tr>
        <w:trPr>
          <w:tblHeader/>
        </w:trPr>
        <w:tc>
          <w:tcPr>
            <w:tcW w:type="dxa" w:w="1584"/>
            <w:shd w:fill="061B2A"/>
            <w:vAlign w:val="center"/>
            <w:tcMar>
              <w:top w:w="110" w:type="dxa"/>
              <w:start w:w="140" w:type="dxa"/>
              <w:bottom w:w="110" w:type="dxa"/>
              <w:end w:w="140" w:type="dxa"/>
            </w:tcMar>
          </w:tcPr>
          <w:p>
            <w:pPr>
              <w:spacing w:after="0" w:before="0" w:line="240" w:lineRule="auto"/>
            </w:pPr>
            <w:r/>
            <w:r>
              <w:rPr>
                <w:rFonts w:ascii="Arial" w:hAnsi="Arial" w:eastAsia="Arial" w:cs="Arial"/>
                <w:b/>
                <w:color w:val="FFFFFF"/>
                <w:sz w:val="17"/>
              </w:rPr>
              <w:t>Check</w:t>
            </w:r>
          </w:p>
        </w:tc>
        <w:tc>
          <w:tcPr>
            <w:tcW w:type="dxa" w:w="8352"/>
            <w:shd w:fill="061B2A"/>
            <w:vAlign w:val="center"/>
            <w:tcMar>
              <w:top w:w="110" w:type="dxa"/>
              <w:start w:w="140" w:type="dxa"/>
              <w:bottom w:w="110" w:type="dxa"/>
              <w:end w:w="140" w:type="dxa"/>
            </w:tcMar>
          </w:tcPr>
          <w:p>
            <w:pPr>
              <w:spacing w:after="0" w:before="0" w:line="240" w:lineRule="auto"/>
            </w:pPr>
            <w:r/>
            <w:r>
              <w:rPr>
                <w:rFonts w:ascii="Arial" w:hAnsi="Arial" w:eastAsia="Arial" w:cs="Arial"/>
                <w:b/>
                <w:color w:val="FFFFFF"/>
                <w:sz w:val="17"/>
              </w:rPr>
              <w:t>Review item</w:t>
            </w:r>
          </w:p>
        </w:tc>
      </w:tr>
      <w:tr>
        <w:tc>
          <w:tcPr>
            <w:tcW w:type="dxa" w:w="1584"/>
            <w:vAlign w:val="center"/>
            <w:tcMar>
              <w:top w:w="150" w:type="dxa"/>
              <w:start w:w="150" w:type="dxa"/>
              <w:bottom w:w="150" w:type="dxa"/>
              <w:end w:w="150" w:type="dxa"/>
            </w:tcMar>
          </w:tcPr>
          <w:p>
            <w:pPr>
              <w:spacing w:after="0" w:before="0" w:line="240" w:lineRule="auto"/>
              <w:jc w:val="center"/>
            </w:pPr>
            <w:r>
              <w:rPr>
                <w:b/>
              </w:rPr>
              <w:t>[ ]</w:t>
            </w:r>
          </w:p>
        </w:tc>
        <w:tc>
          <w:tcPr>
            <w:tcW w:type="dxa" w:w="8352"/>
            <w:shd w:fill="FBFCFD"/>
            <w:vAlign w:val="center"/>
            <w:tcMar>
              <w:top w:w="150" w:type="dxa"/>
              <w:start w:w="150" w:type="dxa"/>
              <w:bottom w:w="150" w:type="dxa"/>
              <w:end w:w="150" w:type="dxa"/>
            </w:tcMar>
          </w:tcPr>
          <w:p>
            <w:pPr>
              <w:spacing w:after="0" w:before="0" w:line="240" w:lineRule="auto"/>
            </w:pPr>
            <w:r/>
            <w:r>
              <w:rPr>
                <w:rFonts w:ascii="Arial" w:hAnsi="Arial" w:eastAsia="Arial" w:cs="Arial"/>
                <w:b w:val="0"/>
                <w:color w:val="102334"/>
                <w:sz w:val="17"/>
              </w:rPr>
              <w:t>Lawful purpose and credible commercial basis.</w:t>
            </w:r>
          </w:p>
        </w:tc>
      </w:tr>
      <w:tr>
        <w:tc>
          <w:tcPr>
            <w:tcW w:type="dxa" w:w="1584"/>
            <w:vAlign w:val="center"/>
            <w:tcMar>
              <w:top w:w="150" w:type="dxa"/>
              <w:start w:w="150" w:type="dxa"/>
              <w:bottom w:w="150" w:type="dxa"/>
              <w:end w:w="150" w:type="dxa"/>
            </w:tcMar>
          </w:tcPr>
          <w:p>
            <w:pPr>
              <w:spacing w:after="0" w:before="0" w:line="240" w:lineRule="auto"/>
              <w:jc w:val="center"/>
            </w:pPr>
            <w:r>
              <w:rPr>
                <w:b/>
              </w:rPr>
              <w:t>[ ]</w:t>
            </w:r>
          </w:p>
        </w:tc>
        <w:tc>
          <w:tcPr>
            <w:tcW w:type="dxa" w:w="8352"/>
            <w:shd w:fill="FBFCFD"/>
            <w:vAlign w:val="center"/>
            <w:tcMar>
              <w:top w:w="150" w:type="dxa"/>
              <w:start w:w="150" w:type="dxa"/>
              <w:bottom w:w="150" w:type="dxa"/>
              <w:end w:w="150" w:type="dxa"/>
            </w:tcMar>
          </w:tcPr>
          <w:p>
            <w:pPr>
              <w:spacing w:after="0" w:before="0" w:line="240" w:lineRule="auto"/>
            </w:pPr>
            <w:r/>
            <w:r>
              <w:rPr>
                <w:rFonts w:ascii="Arial" w:hAnsi="Arial" w:eastAsia="Arial" w:cs="Arial"/>
                <w:b w:val="0"/>
                <w:color w:val="102334"/>
                <w:sz w:val="17"/>
              </w:rPr>
              <w:t>Clear role requested from OLYVENRA.</w:t>
            </w:r>
          </w:p>
        </w:tc>
      </w:tr>
      <w:tr>
        <w:tc>
          <w:tcPr>
            <w:tcW w:type="dxa" w:w="1584"/>
            <w:vAlign w:val="center"/>
            <w:tcMar>
              <w:top w:w="150" w:type="dxa"/>
              <w:start w:w="150" w:type="dxa"/>
              <w:bottom w:w="150" w:type="dxa"/>
              <w:end w:w="150" w:type="dxa"/>
            </w:tcMar>
          </w:tcPr>
          <w:p>
            <w:pPr>
              <w:spacing w:after="0" w:before="0" w:line="240" w:lineRule="auto"/>
              <w:jc w:val="center"/>
            </w:pPr>
            <w:r>
              <w:rPr>
                <w:b/>
              </w:rPr>
              <w:t>[ ]</w:t>
            </w:r>
          </w:p>
        </w:tc>
        <w:tc>
          <w:tcPr>
            <w:tcW w:type="dxa" w:w="8352"/>
            <w:shd w:fill="FBFCFD"/>
            <w:vAlign w:val="center"/>
            <w:tcMar>
              <w:top w:w="150" w:type="dxa"/>
              <w:start w:w="150" w:type="dxa"/>
              <w:bottom w:w="150" w:type="dxa"/>
              <w:end w:w="150" w:type="dxa"/>
            </w:tcMar>
          </w:tcPr>
          <w:p>
            <w:pPr>
              <w:spacing w:after="0" w:before="0" w:line="240" w:lineRule="auto"/>
            </w:pPr>
            <w:r/>
            <w:r>
              <w:rPr>
                <w:rFonts w:ascii="Arial" w:hAnsi="Arial" w:eastAsia="Arial" w:cs="Arial"/>
                <w:b w:val="0"/>
                <w:color w:val="102334"/>
                <w:sz w:val="17"/>
              </w:rPr>
              <w:t>Counterparty identity, ownership and communication reliability.</w:t>
            </w:r>
          </w:p>
        </w:tc>
      </w:tr>
      <w:tr>
        <w:tc>
          <w:tcPr>
            <w:tcW w:type="dxa" w:w="1584"/>
            <w:vAlign w:val="center"/>
            <w:tcMar>
              <w:top w:w="150" w:type="dxa"/>
              <w:start w:w="150" w:type="dxa"/>
              <w:bottom w:w="150" w:type="dxa"/>
              <w:end w:w="150" w:type="dxa"/>
            </w:tcMar>
          </w:tcPr>
          <w:p>
            <w:pPr>
              <w:spacing w:after="0" w:before="0" w:line="240" w:lineRule="auto"/>
              <w:jc w:val="center"/>
            </w:pPr>
            <w:r>
              <w:rPr>
                <w:b/>
              </w:rPr>
              <w:t>[ ]</w:t>
            </w:r>
          </w:p>
        </w:tc>
        <w:tc>
          <w:tcPr>
            <w:tcW w:type="dxa" w:w="8352"/>
            <w:shd w:fill="FBFCFD"/>
            <w:vAlign w:val="center"/>
            <w:tcMar>
              <w:top w:w="150" w:type="dxa"/>
              <w:start w:w="150" w:type="dxa"/>
              <w:bottom w:w="150" w:type="dxa"/>
              <w:end w:w="150" w:type="dxa"/>
            </w:tcMar>
          </w:tcPr>
          <w:p>
            <w:pPr>
              <w:spacing w:after="0" w:before="0" w:line="240" w:lineRule="auto"/>
            </w:pPr>
            <w:r/>
            <w:r>
              <w:rPr>
                <w:rFonts w:ascii="Arial" w:hAnsi="Arial" w:eastAsia="Arial" w:cs="Arial"/>
                <w:b w:val="0"/>
                <w:color w:val="102334"/>
                <w:sz w:val="17"/>
              </w:rPr>
              <w:t>Appropriate document access level for the stage of the enquiry.</w:t>
            </w:r>
          </w:p>
        </w:tc>
      </w:tr>
    </w:tbl>
    <w:p>
      <w:pPr>
        <w:pStyle w:val="Heading1"/>
        <w:spacing w:after="40" w:before="0" w:line="240" w:lineRule="auto"/>
      </w:pPr>
      <w:r>
        <w:t>Declaration and authority</w:t>
      </w:r>
    </w:p>
    <w:p>
      <w:pPr>
        <w:spacing w:after="40" w:before="0" w:line="240" w:lineRule="auto"/>
      </w:pPr>
      <w:r>
        <w:rPr>
          <w:rFonts w:ascii="Arial" w:hAnsi="Arial" w:eastAsia="Arial" w:cs="Arial"/>
          <w:color w:val="102334"/>
          <w:sz w:val="19"/>
        </w:rPr>
        <w:t>The submitting party confirms that the information provided is accurate to the best of its knowledge, that it is authorised to submit this form, and that it will promptly notify OLYVENRA of material changes.</w:t>
      </w:r>
    </w:p>
    <w:tbl>
      <w:tblPr>
        <w:tblStyle w:val="TableGrid"/>
        <w:tblW w:type="auto" w:w="0"/>
        <w:jc w:val="center"/>
        <w:tblLook w:firstColumn="1" w:firstRow="1" w:lastColumn="0" w:lastRow="0" w:noHBand="0" w:noVBand="1" w:val="04A0"/>
      </w:tblPr>
      <w:tblGrid>
        <w:gridCol w:w="2531"/>
        <w:gridCol w:w="2531"/>
        <w:gridCol w:w="2531"/>
        <w:gridCol w:w="2531"/>
      </w:tblGrid>
      <w:tr>
        <w:tc>
          <w:tcPr>
            <w:tcW w:type="dxa" w:w="1800"/>
            <w:shd w:fill="F3F6F8"/>
            <w:vAlign w:val="center"/>
            <w:tcMar>
              <w:top w:w="110" w:type="dxa"/>
              <w:start w:w="140" w:type="dxa"/>
              <w:bottom w:w="110" w:type="dxa"/>
              <w:end w:w="140" w:type="dxa"/>
            </w:tcMar>
          </w:tcPr>
          <w:p>
            <w:pPr>
              <w:spacing w:after="0" w:before="0" w:line="240" w:lineRule="auto"/>
            </w:pPr>
            <w:r/>
            <w:r>
              <w:rPr>
                <w:rFonts w:ascii="Arial" w:hAnsi="Arial" w:eastAsia="Arial" w:cs="Arial"/>
                <w:b/>
                <w:color w:val="D7B243"/>
                <w:sz w:val="17"/>
              </w:rPr>
              <w:t>Name</w:t>
            </w:r>
          </w:p>
        </w:tc>
        <w:tc>
          <w:tcPr>
            <w:tcW w:type="dxa" w:w="2952"/>
            <w:vAlign w:val="center"/>
            <w:tcMar>
              <w:top w:w="110" w:type="dxa"/>
              <w:start w:w="140" w:type="dxa"/>
              <w:bottom w:w="110" w:type="dxa"/>
              <w:end w:w="140" w:type="dxa"/>
            </w:tcMar>
          </w:tcPr>
          <w:p>
            <w:pPr>
              <w:spacing w:after="0" w:before="0" w:line="240" w:lineRule="auto"/>
            </w:pPr>
            <w:sdt>
              <w:sdtPr>
                <w:alias w:val="Name"/>
                <w:tag w:val="olyvenra-business-cooperation-form-en_sign_12_0_1_26"/>
                <w:id w:val="1947618496"/>
                <w:color w:val="B08A28"/>
                <w:appearance w:val="boundingBox"/>
                <w:text/>
              </w:sdtPr>
              <w:sdtContent>
                <w:r>
                  <w:rPr>
                    <w:color w:val="6D7D87"/>
                    <w:i/>
                    <w:sz w:val="18"/>
                  </w:rPr>
                  <w:t>Enter name / sign as applicable.</w:t>
                </w:r>
              </w:sdtContent>
            </w:sdt>
          </w:p>
        </w:tc>
        <w:tc>
          <w:tcPr>
            <w:tcW w:type="dxa" w:w="1800"/>
            <w:shd w:fill="F3F6F8"/>
            <w:vAlign w:val="center"/>
            <w:tcMar>
              <w:top w:w="110" w:type="dxa"/>
              <w:start w:w="140" w:type="dxa"/>
              <w:bottom w:w="110" w:type="dxa"/>
              <w:end w:w="140" w:type="dxa"/>
            </w:tcMar>
          </w:tcPr>
          <w:p>
            <w:pPr>
              <w:spacing w:after="0" w:before="0" w:line="240" w:lineRule="auto"/>
            </w:pPr>
            <w:r/>
            <w:r>
              <w:rPr>
                <w:rFonts w:ascii="Arial" w:hAnsi="Arial" w:eastAsia="Arial" w:cs="Arial"/>
                <w:b/>
                <w:color w:val="D7B243"/>
                <w:sz w:val="17"/>
              </w:rPr>
              <w:t>Title / capacity</w:t>
            </w:r>
          </w:p>
        </w:tc>
        <w:tc>
          <w:tcPr>
            <w:tcW w:type="dxa" w:w="2952"/>
            <w:vAlign w:val="center"/>
            <w:tcMar>
              <w:top w:w="110" w:type="dxa"/>
              <w:start w:w="140" w:type="dxa"/>
              <w:bottom w:w="110" w:type="dxa"/>
              <w:end w:w="140" w:type="dxa"/>
            </w:tcMar>
          </w:tcPr>
          <w:p>
            <w:pPr>
              <w:spacing w:after="0" w:before="0" w:line="240" w:lineRule="auto"/>
            </w:pPr>
            <w:sdt>
              <w:sdtPr>
                <w:alias w:val="Title / capacity"/>
                <w:tag w:val="olyvenra-business-cooperation-form-en_sign_12_0_3_27"/>
                <w:id w:val="872837815"/>
                <w:color w:val="B08A28"/>
                <w:appearance w:val="boundingBox"/>
                <w:text/>
              </w:sdtPr>
              <w:sdtContent>
                <w:r>
                  <w:rPr>
                    <w:color w:val="6D7D87"/>
                    <w:i/>
                    <w:sz w:val="18"/>
                  </w:rPr>
                  <w:t>Enter name / sign as applicable.</w:t>
                </w:r>
              </w:sdtContent>
            </w:sdt>
          </w:p>
        </w:tc>
      </w:tr>
      <w:tr>
        <w:tc>
          <w:tcPr>
            <w:tcW w:type="dxa" w:w="1800"/>
            <w:shd w:fill="F3F6F8"/>
            <w:vAlign w:val="center"/>
            <w:tcMar>
              <w:top w:w="110" w:type="dxa"/>
              <w:start w:w="140" w:type="dxa"/>
              <w:bottom w:w="110" w:type="dxa"/>
              <w:end w:w="140" w:type="dxa"/>
            </w:tcMar>
          </w:tcPr>
          <w:p>
            <w:pPr>
              <w:spacing w:after="0" w:before="0" w:line="240" w:lineRule="auto"/>
            </w:pPr>
            <w:r/>
            <w:r>
              <w:rPr>
                <w:rFonts w:ascii="Arial" w:hAnsi="Arial" w:eastAsia="Arial" w:cs="Arial"/>
                <w:b/>
                <w:color w:val="D7B243"/>
                <w:sz w:val="17"/>
              </w:rPr>
              <w:t>Signature</w:t>
            </w:r>
          </w:p>
        </w:tc>
        <w:tc>
          <w:tcPr>
            <w:tcW w:type="dxa" w:w="2952"/>
            <w:vAlign w:val="center"/>
            <w:tcMar>
              <w:top w:w="110" w:type="dxa"/>
              <w:start w:w="140" w:type="dxa"/>
              <w:bottom w:w="110" w:type="dxa"/>
              <w:end w:w="140" w:type="dxa"/>
            </w:tcMar>
          </w:tcPr>
          <w:p>
            <w:pPr>
              <w:spacing w:after="0" w:before="0" w:line="240" w:lineRule="auto"/>
            </w:pPr>
            <w:sdt>
              <w:sdtPr>
                <w:alias w:val="Signature"/>
                <w:tag w:val="olyvenra-business-cooperation-form-en_sign_12_1_1_28"/>
                <w:id w:val="1008420935"/>
                <w:color w:val="B08A28"/>
                <w:appearance w:val="boundingBox"/>
                <w:text/>
              </w:sdtPr>
              <w:sdtContent>
                <w:r>
                  <w:rPr>
                    <w:color w:val="6D7D87"/>
                    <w:i/>
                    <w:sz w:val="18"/>
                  </w:rPr>
                  <w:t>Enter name / sign as applicable.</w:t>
                </w:r>
              </w:sdtContent>
            </w:sdt>
          </w:p>
        </w:tc>
        <w:tc>
          <w:tcPr>
            <w:tcW w:type="dxa" w:w="1800"/>
            <w:shd w:fill="F3F6F8"/>
            <w:vAlign w:val="center"/>
            <w:tcMar>
              <w:top w:w="110" w:type="dxa"/>
              <w:start w:w="140" w:type="dxa"/>
              <w:bottom w:w="110" w:type="dxa"/>
              <w:end w:w="140" w:type="dxa"/>
            </w:tcMar>
          </w:tcPr>
          <w:p>
            <w:pPr>
              <w:spacing w:after="0" w:before="0" w:line="240" w:lineRule="auto"/>
            </w:pPr>
            <w:r/>
            <w:r>
              <w:rPr>
                <w:rFonts w:ascii="Arial" w:hAnsi="Arial" w:eastAsia="Arial" w:cs="Arial"/>
                <w:b/>
                <w:color w:val="D7B243"/>
                <w:sz w:val="17"/>
              </w:rPr>
              <w:t>Date</w:t>
            </w:r>
          </w:p>
        </w:tc>
        <w:tc>
          <w:tcPr>
            <w:tcW w:type="dxa" w:w="2952"/>
            <w:vAlign w:val="center"/>
            <w:tcMar>
              <w:top w:w="110" w:type="dxa"/>
              <w:start w:w="140" w:type="dxa"/>
              <w:bottom w:w="110" w:type="dxa"/>
              <w:end w:w="140" w:type="dxa"/>
            </w:tcMar>
          </w:tcPr>
          <w:p>
            <w:pPr>
              <w:spacing w:after="0" w:before="0" w:line="240" w:lineRule="auto"/>
            </w:pPr>
            <w:sdt>
              <w:sdtPr>
                <w:alias w:val="Date"/>
                <w:tag w:val="olyvenra-business-cooperation-form-en_sign_12_1_3_29"/>
                <w:id w:val="875266676"/>
                <w:color w:val="B08A28"/>
                <w:appearance w:val="boundingBox"/>
                <w:text/>
              </w:sdtPr>
              <w:sdtContent>
                <w:r>
                  <w:rPr>
                    <w:color w:val="6D7D87"/>
                    <w:i/>
                    <w:sz w:val="18"/>
                  </w:rPr>
                  <w:t>Enter name / sign as applicable.</w:t>
                </w:r>
              </w:sdtContent>
            </w:sdt>
          </w:p>
        </w:tc>
      </w:tr>
    </w:tbl>
    <w:p>
      <w:pPr>
        <w:pStyle w:val="Heading2"/>
        <w:spacing w:after="40" w:before="0" w:line="240" w:lineRule="auto"/>
      </w:pPr>
      <w:r>
        <w:t>OLYVENRA review notes</w:t>
      </w:r>
    </w:p>
    <w:tbl>
      <w:tblPr>
        <w:tblStyle w:val="TableGrid"/>
        <w:tblW w:type="auto" w:w="0"/>
        <w:tblLook w:firstColumn="1" w:firstRow="1" w:lastColumn="0" w:lastRow="0" w:noHBand="0" w:noVBand="1" w:val="04A0"/>
      </w:tblPr>
      <w:tblGrid>
        <w:gridCol w:w="10123"/>
      </w:tblGrid>
      <w:tr>
        <w:tc>
          <w:tcPr>
            <w:tcW w:type="dxa" w:w="9936"/>
            <w:vAlign w:val="center"/>
            <w:tcMar>
              <w:top w:w="420" w:type="dxa"/>
              <w:start w:w="140" w:type="dxa"/>
              <w:bottom w:w="420" w:type="dxa"/>
              <w:end w:w="140" w:type="dxa"/>
            </w:tcMar>
          </w:tcPr>
          <w:p>
            <w:pPr>
              <w:spacing w:after="0" w:before="0" w:line="240" w:lineRule="auto"/>
            </w:pPr>
            <w:sdt>
              <w:sdtPr>
                <w:alias w:val="For OLYVENRA review use."/>
                <w:tag w:val="olyvenra-business-cooperation-form-en_review_notes_30"/>
                <w:id w:val="1163045160"/>
                <w:color w:val="B08A28"/>
                <w:appearance w:val="boundingBox"/>
                <w:text/>
              </w:sdtPr>
              <w:sdtContent>
                <w:r>
                  <w:rPr>
                    <w:color w:val="6D7D87"/>
                    <w:i/>
                    <w:sz w:val="18"/>
                  </w:rPr>
                  <w:t>For OLYVENRA review use.</w:t>
                </w:r>
              </w:sdtContent>
            </w:sdt>
          </w:p>
        </w:tc>
      </w:tr>
    </w:tbl>
    <w:sectPr w:rsidR="00FC693F" w:rsidRPr="0006063C" w:rsidSect="00034616">
      <w:headerReference w:type="default" r:id="rId9"/>
      <w:footerReference w:type="default" r:id="rId10"/>
      <w:pgSz w:w="11909" w:h="16834"/>
      <w:pgMar w:top="709" w:right="822" w:bottom="709" w:left="822"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eastAsia="Arial" w:cs="Arial"/>
        <w:color w:val="526577"/>
        <w:sz w:val="13"/>
      </w:rPr>
      <w:t>Document control: current version at olyvenra.com. Unauthorized alteration or misleading redistribution is prohibited.</w:t>
    </w:r>
  </w:p>
  <w:p>
    <w:pPr>
      <w:jc w:val="center"/>
    </w:pPr>
    <w:r>
      <w:rPr>
        <w:rFonts w:ascii="Arial" w:hAnsi="Arial" w:eastAsia="Arial" w:cs="Arial"/>
        <w:color w:val="526577"/>
        <w:sz w:val="14"/>
      </w:rPr>
      <w:t>OLYVENRA LTD | 71-75 Shelton Street, Covent Garden, London WC2H 9JQ | info@olyvenra.com</w:t>
    </w:r>
  </w:p>
  <w:p>
    <w:pPr>
      <w:jc w:val="center"/>
    </w:pPr>
    <w:r>
      <w:rPr>
        <w:rFonts w:ascii="Arial" w:hAnsi="Arial" w:eastAsia="Arial" w:cs="Arial"/>
        <w:color w:val="526577"/>
        <w:sz w:val="13"/>
      </w:rPr>
      <w:t>Company No. 17227691 | SAM.gov UEI PJL9G1GFZA24 | ICO ZC160833 | NCAGE U2J37 | UNGM 1229457 | D-U-N-S 234844385</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eastAsia="Arial" w:cs="Arial"/>
        <w:color w:val="526577"/>
        <w:sz w:val="16"/>
      </w:rPr>
      <w:t>OLYVENRA LTD | Business Cooperation Form</w:t>
    </w:r>
  </w:p>
  <w:p>
    <w:r>
      <w:pict>
        <v:shape id="OlyvenraLogoWatermark" o:spid="_x0000_s2049" type="#_x0000_t75" style="position:absolute;margin-left:0;margin-top:0;width:360pt;height:40pt;z-index:-251654144;mso-position-horizontal:center;mso-position-horizontal-relative:page;mso-position-vertical:center;mso-position-vertical-relative:page;mso-wrap-edited:f;" stroked="f">
          <v:fill opacity="0.13"/>
          <v:imagedata r:id="rId1" o:title="OLYVENRA"/>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Arial" w:hAnsi="Arial" w:eastAsia="Arial" w:cs="Arial"/>
      <w:color w:val="102334"/>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Arial" w:hAnsi="Arial" w:eastAsia="Arial" w:cs="Arial"/>
      <w:b/>
      <w:bCs/>
      <w:color w:val="061B2A"/>
      <w:sz w:val="31"/>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rial" w:hAnsi="Arial" w:eastAsia="Arial" w:cs="Arial"/>
      <w:b/>
      <w:bCs/>
      <w:color w:val="061B2A"/>
      <w:sz w:val="24"/>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ascii="Arial" w:hAnsi="Arial" w:eastAsia="Arial" w:cs="Arial"/>
      <w:b/>
      <w:bCs/>
      <w:color w:val="061B2A"/>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olyvenra.com/?lang=en&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olyvenra-watermark.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Cooperation Form</dc:title>
  <dc:subject>OLYVENRA fillable business form</dc:subject>
  <dc:creator>OLYVENRA LTD</dc:creator>
  <cp:keywords>OLYVENRA, international business, strategic sourcing, market access</cp:keywords>
  <dc:description>Controlled corporate document prepared for business use.</dc:description>
  <cp:lastModifiedBy>OLYVENRA LTD</cp:lastModifiedBy>
  <cp:revision>1</cp:revision>
  <dcterms:created xsi:type="dcterms:W3CDTF">2013-12-23T23:15:00Z</dcterms:created>
  <dcterms:modified xsi:type="dcterms:W3CDTF">2013-12-23T23:15:00Z</dcterms:modified>
  <cp:category/>
  <dc:language>en-GB</dc:language>
</cp:coreProperties>
</file>