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Request form for confidential discussions and controlled document exchange.</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NDA Request Form</w:t>
      </w:r>
    </w:p>
    <w:p>
      <w:pPr>
        <w:spacing w:after="200"/>
      </w:pPr>
      <w:r>
        <w:rPr>
          <w:rFonts w:ascii="Arial" w:hAnsi="Arial" w:eastAsia="Arial" w:cs="Arial"/>
          <w:color w:val="526577"/>
          <w:sz w:val="20"/>
        </w:rPr>
        <w:t>Request form for confidential discussions and controlled document exchange.</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Business form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t>1 August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Completion guidance</w:t>
              <w:br/>
            </w:r>
            <w:r>
              <w:t>Complete every applicable field electronically or in clear type; enter "Not applicable" where a question does not apply. Attach current supporting evidence and send the completed form to info@olyvenra.com. OLYVENRA may request clarification or further due-diligence material. Receipt does not create an obligation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Purpose and use of this form</w:t>
              <w:br/>
            </w:r>
            <w:r>
              <w:t>This form supports proportionate first-stage qualification of a potential business relationship, requirement or document request. It records the organisation, submitting authority, commercial objective and relevant compliance considerations before further engagement.</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Data and secure document handling</w:t>
              <w:br/>
            </w:r>
            <w:r>
              <w:t>Information is used for legitimate business assessment, counterparty screening, communication and record keeping. Do not email passwords, payment-card data, patient records, classified information, bank-login credentials or export-controlled technical data. Ask OLYVENRA for an approved secure channel before sending sensitive material.</w:t>
            </w:r>
            <w:r>
              <w:br/>
            </w:r>
            <w:hyperlink r:id="rId12">
              <w:r>
                <w:rPr>
                  <w:color w:val="8A6A10"/>
                  <w:u w:val="single"/>
                </w:rPr>
                <w:t>Read the OLYVENRA Privacy Notice</w:t>
              </w:r>
            </w:hyperlink>
          </w:p>
        </w:tc>
      </w:tr>
    </w:tbl>
    <w:p/>
    <w:p>
      <w:r>
        <w:br w:type="page"/>
      </w:r>
    </w:p>
    <w:p>
      <w:pPr>
        <w:pStyle w:val="Heading1"/>
      </w:pPr>
      <w:r>
        <w:t>Organisation details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pPr>
            <w:sdt>
              <w:sdtPr>
                <w:alias w:val="Legal name"/>
                <w:tag w:val="olyvenra-nda-request-form-en_5_1_1_1"/>
                <w:id w:val="118139965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registration number</w:t>
            </w:r>
          </w:p>
        </w:tc>
        <w:tc>
          <w:tcPr>
            <w:tcW w:type="dxa" w:w="6552"/>
            <w:vAlign w:val="center"/>
            <w:tcMar>
              <w:top w:w="190" w:type="dxa"/>
              <w:start w:w="150" w:type="dxa"/>
              <w:bottom w:w="190" w:type="dxa"/>
              <w:end w:w="150" w:type="dxa"/>
            </w:tcMar>
          </w:tcPr>
          <w:p>
            <w:pPr>
              <w:spacing w:after="0"/>
            </w:pPr>
            <w:sdt>
              <w:sdtPr>
                <w:alias w:val="Company registration number"/>
                <w:tag w:val="olyvenra-nda-request-form-en_5_2_1_2"/>
                <w:id w:val="162591593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pPr>
            <w:sdt>
              <w:sdtPr>
                <w:alias w:val="Registered jurisdiction"/>
                <w:tag w:val="olyvenra-nda-request-form-en_5_3_1_3"/>
                <w:id w:val="72890800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pPr>
            <w:sdt>
              <w:sdtPr>
                <w:alias w:val="Registered address"/>
                <w:tag w:val="olyvenra-nda-request-form-en_5_4_1_4"/>
                <w:id w:val="131184179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pPr>
            <w:sdt>
              <w:sdtPr>
                <w:alias w:val="Website"/>
                <w:tag w:val="olyvenra-nda-request-form-en_5_5_1_5"/>
                <w:id w:val="622446041"/>
                <w:color w:val="B08A28"/>
                <w:appearance w:val="boundingBox"/>
                <w:text/>
              </w:sdtPr>
              <w:sdtContent>
                <w:r>
                  <w:rPr>
                    <w:color w:val="6D7D87"/>
                    <w:i/>
                    <w:sz w:val="18"/>
                  </w:rPr>
                  <w:t>Click or tap here to enter a response.</w:t>
                </w:r>
              </w:sdtContent>
            </w:sdt>
          </w:p>
        </w:tc>
      </w:tr>
    </w:tbl>
    <w:p>
      <w:pPr>
        <w:pStyle w:val="Heading1"/>
      </w:pPr>
      <w:r>
        <w:t>Primary contact and authority</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Primary contact person</w:t>
            </w:r>
          </w:p>
        </w:tc>
        <w:tc>
          <w:tcPr>
            <w:tcW w:type="dxa" w:w="6552"/>
            <w:vAlign w:val="center"/>
            <w:tcMar>
              <w:top w:w="190" w:type="dxa"/>
              <w:start w:w="150" w:type="dxa"/>
              <w:bottom w:w="190" w:type="dxa"/>
              <w:end w:w="150" w:type="dxa"/>
            </w:tcMar>
          </w:tcPr>
          <w:p>
            <w:pPr>
              <w:spacing w:after="0"/>
            </w:pPr>
            <w:sdt>
              <w:sdtPr>
                <w:alias w:val="Primary contact person"/>
                <w:tag w:val="olyvenra-nda-request-form-en_6_1_1_6"/>
                <w:id w:val="97023450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and telephone</w:t>
            </w:r>
          </w:p>
        </w:tc>
        <w:tc>
          <w:tcPr>
            <w:tcW w:type="dxa" w:w="6552"/>
            <w:vAlign w:val="center"/>
            <w:tcMar>
              <w:top w:w="190" w:type="dxa"/>
              <w:start w:w="150" w:type="dxa"/>
              <w:bottom w:w="190" w:type="dxa"/>
              <w:end w:w="150" w:type="dxa"/>
            </w:tcMar>
          </w:tcPr>
          <w:p>
            <w:pPr>
              <w:spacing w:after="0"/>
            </w:pPr>
            <w:sdt>
              <w:sdtPr>
                <w:alias w:val="Email and telephone"/>
                <w:tag w:val="olyvenra-nda-request-form-en_6_2_1_7"/>
                <w:id w:val="108782490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Authority to submit / represent</w:t>
            </w:r>
          </w:p>
        </w:tc>
        <w:tc>
          <w:tcPr>
            <w:tcW w:type="dxa" w:w="6552"/>
            <w:vAlign w:val="center"/>
            <w:tcMar>
              <w:top w:w="190" w:type="dxa"/>
              <w:start w:w="150" w:type="dxa"/>
              <w:bottom w:w="190" w:type="dxa"/>
              <w:end w:w="150" w:type="dxa"/>
            </w:tcMar>
          </w:tcPr>
          <w:p>
            <w:pPr>
              <w:spacing w:after="0"/>
            </w:pPr>
            <w:sdt>
              <w:sdtPr>
                <w:alias w:val="Authority to submit / represent"/>
                <w:tag w:val="olyvenra-nda-request-form-en_6_3_1_8"/>
                <w:id w:val="1976390003"/>
                <w:color w:val="B08A28"/>
                <w:appearance w:val="boundingBox"/>
                <w:text/>
              </w:sdtPr>
              <w:sdtContent>
                <w:r>
                  <w:rPr>
                    <w:color w:val="6D7D87"/>
                    <w:i/>
                    <w:sz w:val="18"/>
                  </w:rPr>
                  <w:t>Click or tap here to enter a response.</w:t>
                </w:r>
              </w:sdtContent>
            </w:sdt>
          </w:p>
        </w:tc>
      </w:tr>
    </w:tbl>
    <w:p>
      <w:r>
        <w:br w:type="page"/>
      </w:r>
    </w:p>
    <w:p>
      <w:pPr>
        <w:pStyle w:val="Heading1"/>
      </w:pPr>
      <w:r>
        <w:t>Confidentiality request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Purpose of confidential discussion</w:t>
            </w:r>
          </w:p>
        </w:tc>
        <w:tc>
          <w:tcPr>
            <w:tcW w:type="dxa" w:w="6552"/>
            <w:vAlign w:val="center"/>
            <w:tcMar>
              <w:top w:w="190" w:type="dxa"/>
              <w:start w:w="150" w:type="dxa"/>
              <w:bottom w:w="190" w:type="dxa"/>
              <w:end w:w="150" w:type="dxa"/>
            </w:tcMar>
          </w:tcPr>
          <w:p>
            <w:pPr>
              <w:spacing w:after="0"/>
            </w:pPr>
            <w:sdt>
              <w:sdtPr>
                <w:alias w:val="Purpose of confidential discussion"/>
                <w:tag w:val="olyvenra-nda-request-form-en_7_1_1_9"/>
                <w:id w:val="129854398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Information expected to be exchanged</w:t>
            </w:r>
          </w:p>
        </w:tc>
        <w:tc>
          <w:tcPr>
            <w:tcW w:type="dxa" w:w="6552"/>
            <w:vAlign w:val="center"/>
            <w:tcMar>
              <w:top w:w="190" w:type="dxa"/>
              <w:start w:w="150" w:type="dxa"/>
              <w:bottom w:w="190" w:type="dxa"/>
              <w:end w:w="150" w:type="dxa"/>
            </w:tcMar>
          </w:tcPr>
          <w:p>
            <w:pPr>
              <w:spacing w:after="0"/>
            </w:pPr>
            <w:sdt>
              <w:sdtPr>
                <w:alias w:val="Information expected to be exchanged"/>
                <w:tag w:val="olyvenra-nda-request-form-en_7_2_1_10"/>
                <w:id w:val="19042854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Parties requiring NDA coverage</w:t>
            </w:r>
          </w:p>
        </w:tc>
        <w:tc>
          <w:tcPr>
            <w:tcW w:type="dxa" w:w="6552"/>
            <w:vAlign w:val="center"/>
            <w:tcMar>
              <w:top w:w="190" w:type="dxa"/>
              <w:start w:w="150" w:type="dxa"/>
              <w:bottom w:w="190" w:type="dxa"/>
              <w:end w:w="150" w:type="dxa"/>
            </w:tcMar>
          </w:tcPr>
          <w:p>
            <w:pPr>
              <w:spacing w:after="0"/>
            </w:pPr>
            <w:sdt>
              <w:sdtPr>
                <w:alias w:val="Parties requiring NDA coverage"/>
                <w:tag w:val="olyvenra-nda-request-form-en_7_3_1_11"/>
                <w:id w:val="183098835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Special confidentiality, term or jurisdiction requirements</w:t>
            </w:r>
          </w:p>
        </w:tc>
        <w:tc>
          <w:tcPr>
            <w:tcW w:type="dxa" w:w="6552"/>
            <w:vAlign w:val="center"/>
            <w:tcMar>
              <w:top w:w="190" w:type="dxa"/>
              <w:start w:w="150" w:type="dxa"/>
              <w:bottom w:w="190" w:type="dxa"/>
              <w:end w:w="150" w:type="dxa"/>
            </w:tcMar>
          </w:tcPr>
          <w:p>
            <w:pPr>
              <w:spacing w:after="0"/>
            </w:pPr>
            <w:sdt>
              <w:sdtPr>
                <w:alias w:val="Special confidentiality, term or jurisdiction requirements"/>
                <w:tag w:val="olyvenra-nda-request-form-en_7_4_1_12"/>
                <w:id w:val="1648772550"/>
                <w:color w:val="B08A28"/>
                <w:appearance w:val="boundingBox"/>
                <w:text/>
              </w:sdtPr>
              <w:sdtContent>
                <w:r>
                  <w:rPr>
                    <w:color w:val="6D7D87"/>
                    <w:i/>
                    <w:sz w:val="18"/>
                  </w:rPr>
                  <w:t>Click or tap here to enter a response.</w:t>
                </w:r>
              </w:sdtContent>
            </w:sdt>
          </w:p>
        </w:tc>
      </w:tr>
    </w:tbl>
    <w:p>
      <w:pPr>
        <w:pStyle w:val="Heading1"/>
      </w:pPr>
      <w:r>
        <w:t>Opportunity / requirement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Target market / territory</w:t>
            </w:r>
          </w:p>
        </w:tc>
        <w:tc>
          <w:tcPr>
            <w:tcW w:type="dxa" w:w="6552"/>
            <w:vAlign w:val="center"/>
            <w:tcMar>
              <w:top w:w="190" w:type="dxa"/>
              <w:start w:w="150" w:type="dxa"/>
              <w:bottom w:w="190" w:type="dxa"/>
              <w:end w:w="150" w:type="dxa"/>
            </w:tcMar>
          </w:tcPr>
          <w:p>
            <w:pPr>
              <w:spacing w:after="0"/>
            </w:pPr>
            <w:sdt>
              <w:sdtPr>
                <w:alias w:val="Target market / territory"/>
                <w:tag w:val="olyvenra-nda-request-form-en_8_1_1_13"/>
                <w:id w:val="174158770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pPr>
            <w:sdt>
              <w:sdtPr>
                <w:alias w:val="Products or services involved"/>
                <w:tag w:val="olyvenra-nda-request-form-en_8_2_1_14"/>
                <w:id w:val="178016761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Expected timeline</w:t>
            </w:r>
          </w:p>
        </w:tc>
        <w:tc>
          <w:tcPr>
            <w:tcW w:type="dxa" w:w="6552"/>
            <w:vAlign w:val="center"/>
            <w:tcMar>
              <w:top w:w="190" w:type="dxa"/>
              <w:start w:w="150" w:type="dxa"/>
              <w:bottom w:w="190" w:type="dxa"/>
              <w:end w:w="150" w:type="dxa"/>
            </w:tcMar>
          </w:tcPr>
          <w:p>
            <w:pPr>
              <w:spacing w:after="0"/>
            </w:pPr>
            <w:sdt>
              <w:sdtPr>
                <w:alias w:val="Expected timeline"/>
                <w:tag w:val="olyvenra-nda-request-form-en_8_3_1_15"/>
                <w:id w:val="1599516818"/>
                <w:color w:val="B08A28"/>
                <w:appearance w:val="boundingBox"/>
                <w:text/>
              </w:sdtPr>
              <w:sdtContent>
                <w:r>
                  <w:rPr>
                    <w:color w:val="6D7D87"/>
                    <w:i/>
                    <w:sz w:val="18"/>
                  </w:rPr>
                  <w:t>Click or tap here to enter a response.</w:t>
                </w:r>
              </w:sdtContent>
            </w:sdt>
          </w:p>
        </w:tc>
      </w:tr>
    </w:tbl>
    <w:p>
      <w:r>
        <w:br w:type="page"/>
      </w:r>
    </w:p>
    <w:p>
      <w:pPr>
        <w:pStyle w:val="Heading1"/>
      </w:pPr>
      <w:r>
        <w:t>Compliance and risk</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sdt>
              <w:sdtPr>
                <w:alias w:val="Sanctions, restricted-party or high-risk exposure"/>
                <w:tag w:val="olyvenra-nda-request-form-en_9_1_1_16"/>
                <w:id w:val="113825133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sdt>
              <w:sdtPr>
                <w:alias w:val="Regulated, dual-use or sensitive goods / services"/>
                <w:tag w:val="olyvenra-nda-request-form-en_9_2_1_17"/>
                <w:id w:val="64394243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pPr>
            <w:sdt>
              <w:sdtPr>
                <w:alias w:val="Personal data or confidential information involved"/>
                <w:tag w:val="olyvenra-nda-request-form-en_9_3_1_18"/>
                <w:id w:val="207203338"/>
                <w:color w:val="B08A28"/>
                <w:appearance w:val="boundingBox"/>
                <w:text/>
              </w:sdtPr>
              <w:sdtContent>
                <w:r>
                  <w:rPr>
                    <w:color w:val="6D7D87"/>
                    <w:i/>
                    <w:sz w:val="18"/>
                  </w:rPr>
                  <w:t>Click or tap here to enter a response.</w:t>
                </w:r>
              </w:sdtContent>
            </w:sdt>
          </w:p>
        </w:tc>
      </w:tr>
    </w:tbl>
    <w:p>
      <w:pPr>
        <w:pStyle w:val="Heading1"/>
      </w:pPr>
      <w:r>
        <w:t>Submission readiness checklist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sdt>
              <w:sdtPr>
                <w:alias w:val="Name"/>
                <w:tag w:val="olyvenra-nda-request-form-en_sign_12_0_1_19"/>
                <w:id w:val="1265280159"/>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sdt>
              <w:sdtPr>
                <w:alias w:val="Title / capacity"/>
                <w:tag w:val="olyvenra-nda-request-form-en_sign_12_0_3_20"/>
                <w:id w:val="1409022689"/>
                <w:color w:val="B08A28"/>
                <w:appearance w:val="boundingBox"/>
                <w:text/>
              </w:sdtPr>
              <w:sdtContent>
                <w:r>
                  <w:rPr>
                    <w:color w:val="6D7D87"/>
                    <w:i/>
                    <w:sz w:val="18"/>
                  </w:rPr>
                  <w:t>Enter name / sign as applicable.</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nda-request-form-en_sign_12_1_1_21"/>
                <w:id w:val="579622424"/>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nda-request-form-en_sign_12_1_3_22"/>
                <w:id w:val="998423578"/>
                <w:color w:val="B08A28"/>
                <w:appearance w:val="boundingBox"/>
                <w:text/>
              </w:sdtPr>
              <w:sdtContent>
                <w:r>
                  <w:rPr>
                    <w:color w:val="6D7D87"/>
                    <w:i/>
                    <w:sz w:val="18"/>
                  </w:rPr>
                  <w:t>Enter name / sign as applicable.</w:t>
                </w:r>
              </w:sdtContent>
            </w:sdt>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For OLYVENRA review use."/>
                <w:tag w:val="olyvenra-nda-request-form-en_review_notes_23"/>
                <w:id w:val="637973341"/>
                <w:color w:val="B08A28"/>
                <w:appearance w:val="boundingBox"/>
                <w:text/>
              </w:sdtPr>
              <w:sdtContent>
                <w:r>
                  <w:rPr>
                    <w:color w:val="6D7D87"/>
                    <w:i/>
                    <w:sz w:val="18"/>
                  </w:rPr>
                  <w:t>For OLYVENRA review use.</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NDA Request Form</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 Request Form</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en-GB</dc:language>
</cp:coreProperties>
</file>