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Questionnaire de revue de contrepartie pour clients, fournisseurs, partenaires et apporteurs d'affaires.</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t>Questionnaire de diligence raisonnable</w:t>
      </w:r>
    </w:p>
    <w:p>
      <w:pPr>
        <w:spacing w:after="200"/>
      </w:pPr>
      <w:r>
        <w:rPr>
          <w:rFonts w:ascii="Arial" w:hAnsi="Arial" w:eastAsia="Arial" w:cs="Arial"/>
          <w:color w:val="526577"/>
          <w:sz w:val="20"/>
        </w:rPr>
        <w:t>Questionnaire de revue de contrepartie pour clients, fournisseurs, partenaires et apporteurs d'affaires.</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Classification</w:t>
            </w:r>
          </w:p>
        </w:tc>
        <w:tc>
          <w:tcPr>
            <w:tcW w:type="dxa" w:w="2880"/>
            <w:shd w:fill="F3F6F8"/>
            <w:vAlign w:val="center"/>
            <w:tcMar>
              <w:top w:w="110" w:type="dxa"/>
              <w:start w:w="140" w:type="dxa"/>
              <w:bottom w:w="110" w:type="dxa"/>
              <w:end w:w="140" w:type="dxa"/>
            </w:tcMar>
          </w:tcPr>
          <w:p>
            <w:pPr>
              <w:spacing w:after="0"/>
            </w:pPr>
            <w:r>
              <w:t>Formulaire professionnel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Date d'effet</w:t>
            </w:r>
          </w:p>
        </w:tc>
        <w:tc>
          <w:tcPr>
            <w:tcW w:type="dxa" w:w="2880"/>
            <w:shd w:fill="F3F6F8"/>
            <w:vAlign w:val="center"/>
            <w:tcMar>
              <w:top w:w="110" w:type="dxa"/>
              <w:start w:w="140" w:type="dxa"/>
              <w:bottom w:w="110" w:type="dxa"/>
              <w:end w:w="140" w:type="dxa"/>
            </w:tcMar>
          </w:tcPr>
          <w:p>
            <w:pPr>
              <w:spacing w:after="0"/>
            </w:pPr>
            <w:r>
              <w:t>1 août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Responsable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Direction OLYVENRA LTD</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Cycle de revue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Annuel ou plus tôt si nécessaire</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Instructions de remplissage</w:t>
              <w:br/>
            </w:r>
            <w:r>
              <w:t>Renseignez électroniquement ou lisiblement tous les champs applicables ; indiquez « Sans objet » lorsqu'une question ne s'applique pas. Joignez les justificatifs à jour et envoyez le formulaire à info@olyvenra.com. OLYVENRA peut demander des précisions ou des éléments de diligence supplémentaires. La réception du formulaire ne crée aucune obligation de poursuivre.</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Objet et utilisation du formulaire</w:t>
              <w:br/>
            </w:r>
            <w:r>
              <w:t>Ce formulaire permet une qualification initiale proportionnée d'une relation commerciale, d'un besoin ou d'une demande documentaire. Il consigne l'organisation, l'habilitation du déclarant, l'objectif commercial et les considérations de conformité pertinentes avant tout échange complémentaire.</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Données et transmission sécurisée des documents</w:t>
              <w:br/>
            </w:r>
            <w:r>
              <w:t>Les informations servent à l'évaluation commerciale légitime, à la vérification de la contrepartie, aux communications et à la tenue des dossiers. N'envoyez pas par e-mail de mot de passe, donnée de carte de paiement, dossier patient, information classifiée, identifiant bancaire ou donnée technique soumise au contrôle des exportations. Demandez à OLYVENRA un canal sécurisé approuvé avant tout envoi sensible.</w:t>
            </w:r>
            <w:r>
              <w:br/>
            </w:r>
            <w:hyperlink r:id="rId12">
              <w:r>
                <w:rPr>
                  <w:color w:val="8A6A10"/>
                  <w:u w:val="single"/>
                </w:rPr>
                <w:t>Lire l'Avis de confidentialité OLYVENRA</w:t>
              </w:r>
            </w:hyperlink>
          </w:p>
        </w:tc>
      </w:tr>
    </w:tbl>
    <w:p/>
    <w:p>
      <w:r>
        <w:br w:type="page"/>
      </w:r>
    </w:p>
    <w:p>
      <w:pPr>
        <w:pStyle w:val="Heading1"/>
      </w:pPr>
      <w:r>
        <w:t>Informations sur l'organisation</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Dénomination légale</w:t>
            </w:r>
          </w:p>
        </w:tc>
        <w:tc>
          <w:tcPr>
            <w:tcW w:type="dxa" w:w="6552"/>
            <w:vAlign w:val="center"/>
            <w:tcMar>
              <w:top w:w="190" w:type="dxa"/>
              <w:start w:w="150" w:type="dxa"/>
              <w:bottom w:w="190" w:type="dxa"/>
              <w:end w:w="150" w:type="dxa"/>
            </w:tcMar>
          </w:tcPr>
          <w:p>
            <w:pPr>
              <w:spacing w:after="0"/>
            </w:pPr>
            <w:sdt>
              <w:sdtPr>
                <w:alias w:val="Dénomination légale"/>
                <w:tag w:val="olyvenra-due-diligence-questionnaire-fr_5_1_1_1"/>
                <w:id w:val="1814300280"/>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Numéro d'immatriculation</w:t>
            </w:r>
          </w:p>
        </w:tc>
        <w:tc>
          <w:tcPr>
            <w:tcW w:type="dxa" w:w="6552"/>
            <w:vAlign w:val="center"/>
            <w:tcMar>
              <w:top w:w="190" w:type="dxa"/>
              <w:start w:w="150" w:type="dxa"/>
              <w:bottom w:w="190" w:type="dxa"/>
              <w:end w:w="150" w:type="dxa"/>
            </w:tcMar>
          </w:tcPr>
          <w:p>
            <w:pPr>
              <w:spacing w:after="0"/>
            </w:pPr>
            <w:sdt>
              <w:sdtPr>
                <w:alias w:val="Numéro d'immatriculation"/>
                <w:tag w:val="olyvenra-due-diligence-questionnaire-fr_5_2_1_2"/>
                <w:id w:val="406475537"/>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Juridiction d'enregistrement</w:t>
            </w:r>
          </w:p>
        </w:tc>
        <w:tc>
          <w:tcPr>
            <w:tcW w:type="dxa" w:w="6552"/>
            <w:vAlign w:val="center"/>
            <w:tcMar>
              <w:top w:w="190" w:type="dxa"/>
              <w:start w:w="150" w:type="dxa"/>
              <w:bottom w:w="190" w:type="dxa"/>
              <w:end w:w="150" w:type="dxa"/>
            </w:tcMar>
          </w:tcPr>
          <w:p>
            <w:pPr>
              <w:spacing w:after="0"/>
            </w:pPr>
            <w:sdt>
              <w:sdtPr>
                <w:alias w:val="Juridiction d'enregistrement"/>
                <w:tag w:val="olyvenra-due-diligence-questionnaire-fr_5_3_1_3"/>
                <w:id w:val="617999802"/>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Adresse enregistrée</w:t>
            </w:r>
          </w:p>
        </w:tc>
        <w:tc>
          <w:tcPr>
            <w:tcW w:type="dxa" w:w="6552"/>
            <w:vAlign w:val="center"/>
            <w:tcMar>
              <w:top w:w="190" w:type="dxa"/>
              <w:start w:w="150" w:type="dxa"/>
              <w:bottom w:w="190" w:type="dxa"/>
              <w:end w:w="150" w:type="dxa"/>
            </w:tcMar>
          </w:tcPr>
          <w:p>
            <w:pPr>
              <w:spacing w:after="0"/>
            </w:pPr>
            <w:sdt>
              <w:sdtPr>
                <w:alias w:val="Adresse enregistrée"/>
                <w:tag w:val="olyvenra-due-diligence-questionnaire-fr_5_4_1_4"/>
                <w:id w:val="1850754518"/>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Site web</w:t>
            </w:r>
          </w:p>
        </w:tc>
        <w:tc>
          <w:tcPr>
            <w:tcW w:type="dxa" w:w="6552"/>
            <w:vAlign w:val="center"/>
            <w:tcMar>
              <w:top w:w="190" w:type="dxa"/>
              <w:start w:w="150" w:type="dxa"/>
              <w:bottom w:w="190" w:type="dxa"/>
              <w:end w:w="150" w:type="dxa"/>
            </w:tcMar>
          </w:tcPr>
          <w:p>
            <w:pPr>
              <w:spacing w:after="0"/>
            </w:pPr>
            <w:sdt>
              <w:sdtPr>
                <w:alias w:val="Site web"/>
                <w:tag w:val="olyvenra-due-diligence-questionnaire-fr_5_5_1_5"/>
                <w:id w:val="1436342738"/>
                <w:color w:val="B08A28"/>
                <w:appearance w:val="boundingBox"/>
                <w:text/>
              </w:sdtPr>
              <w:sdtContent>
                <w:r>
                  <w:rPr>
                    <w:color w:val="6D7D87"/>
                    <w:i/>
                    <w:sz w:val="18"/>
                  </w:rPr>
                  <w:t>Cliquez ou appuyez ici pour saisir une réponse.</w:t>
                </w:r>
              </w:sdtContent>
            </w:sdt>
          </w:p>
        </w:tc>
      </w:tr>
    </w:tbl>
    <w:p>
      <w:pPr>
        <w:pStyle w:val="Heading1"/>
      </w:pPr>
      <w:r>
        <w:t>Propriété et direction</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Structure de propriété</w:t>
            </w:r>
          </w:p>
        </w:tc>
        <w:tc>
          <w:tcPr>
            <w:tcW w:type="dxa" w:w="6552"/>
            <w:vAlign w:val="center"/>
            <w:tcMar>
              <w:top w:w="190" w:type="dxa"/>
              <w:start w:w="150" w:type="dxa"/>
              <w:bottom w:w="190" w:type="dxa"/>
              <w:end w:w="150" w:type="dxa"/>
            </w:tcMar>
          </w:tcPr>
          <w:p>
            <w:pPr>
              <w:spacing w:after="0"/>
            </w:pPr>
            <w:sdt>
              <w:sdtPr>
                <w:alias w:val="Structure de propriété"/>
                <w:tag w:val="olyvenra-due-diligence-questionnaire-fr_6_1_1_6"/>
                <w:id w:val="1812476751"/>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Dirigeants / mandataires / responsables autorisés</w:t>
            </w:r>
          </w:p>
        </w:tc>
        <w:tc>
          <w:tcPr>
            <w:tcW w:type="dxa" w:w="6552"/>
            <w:vAlign w:val="center"/>
            <w:tcMar>
              <w:top w:w="190" w:type="dxa"/>
              <w:start w:w="150" w:type="dxa"/>
              <w:bottom w:w="190" w:type="dxa"/>
              <w:end w:w="150" w:type="dxa"/>
            </w:tcMar>
          </w:tcPr>
          <w:p>
            <w:pPr>
              <w:spacing w:after="0"/>
            </w:pPr>
            <w:sdt>
              <w:sdtPr>
                <w:alias w:val="Dirigeants / mandataires / responsables autorisés"/>
                <w:tag w:val="olyvenra-due-diligence-questionnaire-fr_6_2_1_7"/>
                <w:id w:val="330825281"/>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Bénéficiaires effectifs ultimes</w:t>
            </w:r>
          </w:p>
        </w:tc>
        <w:tc>
          <w:tcPr>
            <w:tcW w:type="dxa" w:w="6552"/>
            <w:vAlign w:val="center"/>
            <w:tcMar>
              <w:top w:w="190" w:type="dxa"/>
              <w:start w:w="150" w:type="dxa"/>
              <w:bottom w:w="190" w:type="dxa"/>
              <w:end w:w="150" w:type="dxa"/>
            </w:tcMar>
          </w:tcPr>
          <w:p>
            <w:pPr>
              <w:spacing w:after="0"/>
            </w:pPr>
            <w:sdt>
              <w:sdtPr>
                <w:alias w:val="Bénéficiaires effectifs ultimes"/>
                <w:tag w:val="olyvenra-due-diligence-questionnaire-fr_6_3_1_8"/>
                <w:id w:val="1995470725"/>
                <w:color w:val="B08A28"/>
                <w:appearance w:val="boundingBox"/>
                <w:text/>
              </w:sdtPr>
              <w:sdtContent>
                <w:r>
                  <w:rPr>
                    <w:color w:val="6D7D87"/>
                    <w:i/>
                    <w:sz w:val="18"/>
                  </w:rPr>
                  <w:t>Cliquez ou appuyez ici pour saisir une réponse.</w:t>
                </w:r>
              </w:sdtContent>
            </w:sdt>
          </w:p>
        </w:tc>
      </w:tr>
    </w:tbl>
    <w:p>
      <w:r>
        <w:br w:type="page"/>
      </w:r>
    </w:p>
    <w:p>
      <w:pPr>
        <w:pStyle w:val="Heading1"/>
      </w:pPr>
      <w:r>
        <w:t>Conformité et risque</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Exposition sanctions, parties restreintes ou risque élevé</w:t>
            </w:r>
          </w:p>
        </w:tc>
        <w:tc>
          <w:tcPr>
            <w:tcW w:type="dxa" w:w="6552"/>
            <w:vAlign w:val="center"/>
            <w:tcMar>
              <w:top w:w="190" w:type="dxa"/>
              <w:start w:w="150" w:type="dxa"/>
              <w:bottom w:w="190" w:type="dxa"/>
              <w:end w:w="150" w:type="dxa"/>
            </w:tcMar>
          </w:tcPr>
          <w:p>
            <w:pPr>
              <w:spacing w:after="0"/>
            </w:pPr>
            <w:sdt>
              <w:sdtPr>
                <w:alias w:val="Exposition sanctions, parties restreintes ou risque élevé"/>
                <w:tag w:val="olyvenra-due-diligence-questionnaire-fr_7_1_1_9"/>
                <w:id w:val="1093583128"/>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Exposition PPE, sanctions ou médias défavorables</w:t>
            </w:r>
          </w:p>
        </w:tc>
        <w:tc>
          <w:tcPr>
            <w:tcW w:type="dxa" w:w="6552"/>
            <w:vAlign w:val="center"/>
            <w:tcMar>
              <w:top w:w="190" w:type="dxa"/>
              <w:start w:w="150" w:type="dxa"/>
              <w:bottom w:w="190" w:type="dxa"/>
              <w:end w:w="150" w:type="dxa"/>
            </w:tcMar>
          </w:tcPr>
          <w:p>
            <w:pPr>
              <w:spacing w:after="0"/>
            </w:pPr>
            <w:sdt>
              <w:sdtPr>
                <w:alias w:val="Exposition PPE, sanctions ou médias défavorables"/>
                <w:tag w:val="olyvenra-due-diligence-questionnaire-fr_7_2_1_10"/>
                <w:id w:val="1048158730"/>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Biens / services réglementés, à double usage ou sensibles</w:t>
            </w:r>
          </w:p>
        </w:tc>
        <w:tc>
          <w:tcPr>
            <w:tcW w:type="dxa" w:w="6552"/>
            <w:vAlign w:val="center"/>
            <w:tcMar>
              <w:top w:w="190" w:type="dxa"/>
              <w:start w:w="150" w:type="dxa"/>
              <w:bottom w:w="190" w:type="dxa"/>
              <w:end w:w="150" w:type="dxa"/>
            </w:tcMar>
          </w:tcPr>
          <w:p>
            <w:pPr>
              <w:spacing w:after="0"/>
            </w:pPr>
            <w:sdt>
              <w:sdtPr>
                <w:alias w:val="Biens / services réglementés, à double usage ou sensibles"/>
                <w:tag w:val="olyvenra-due-diligence-questionnaire-fr_7_3_1_11"/>
                <w:id w:val="802995174"/>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Données personnelles ou informations confidentielles impliquées</w:t>
            </w:r>
          </w:p>
        </w:tc>
        <w:tc>
          <w:tcPr>
            <w:tcW w:type="dxa" w:w="6552"/>
            <w:vAlign w:val="center"/>
            <w:tcMar>
              <w:top w:w="190" w:type="dxa"/>
              <w:start w:w="150" w:type="dxa"/>
              <w:bottom w:w="190" w:type="dxa"/>
              <w:end w:w="150" w:type="dxa"/>
            </w:tcMar>
          </w:tcPr>
          <w:p>
            <w:pPr>
              <w:spacing w:after="0"/>
            </w:pPr>
            <w:sdt>
              <w:sdtPr>
                <w:alias w:val="Données personnelles ou informations confidentielles impliquées"/>
                <w:tag w:val="olyvenra-due-diligence-questionnaire-fr_7_4_1_12"/>
                <w:id w:val="1419689863"/>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Pays bancaire et devise de paiement</w:t>
            </w:r>
          </w:p>
        </w:tc>
        <w:tc>
          <w:tcPr>
            <w:tcW w:type="dxa" w:w="6552"/>
            <w:vAlign w:val="center"/>
            <w:tcMar>
              <w:top w:w="190" w:type="dxa"/>
              <w:start w:w="150" w:type="dxa"/>
              <w:bottom w:w="190" w:type="dxa"/>
              <w:end w:w="150" w:type="dxa"/>
            </w:tcMar>
          </w:tcPr>
          <w:p>
            <w:pPr>
              <w:spacing w:after="0"/>
            </w:pPr>
            <w:sdt>
              <w:sdtPr>
                <w:alias w:val="Pays bancaire et devise de paiement"/>
                <w:tag w:val="olyvenra-due-diligence-questionnaire-fr_7_5_1_13"/>
                <w:id w:val="1249514474"/>
                <w:color w:val="B08A28"/>
                <w:appearance w:val="boundingBox"/>
                <w:text/>
              </w:sdtPr>
              <w:sdtContent>
                <w:r>
                  <w:rPr>
                    <w:color w:val="6D7D87"/>
                    <w:i/>
                    <w:sz w:val="18"/>
                  </w:rPr>
                  <w:t>Cliquez ou appuyez ici pour saisir une réponse.</w:t>
                </w:r>
              </w:sdtContent>
            </w:sdt>
          </w:p>
        </w:tc>
      </w:tr>
    </w:tbl>
    <w:p>
      <w:pPr>
        <w:pStyle w:val="Heading1"/>
      </w:pPr>
      <w:r>
        <w:t>Produits, services et capacité</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Secteur / industrie</w:t>
            </w:r>
          </w:p>
        </w:tc>
        <w:tc>
          <w:tcPr>
            <w:tcW w:type="dxa" w:w="6552"/>
            <w:vAlign w:val="center"/>
            <w:tcMar>
              <w:top w:w="190" w:type="dxa"/>
              <w:start w:w="150" w:type="dxa"/>
              <w:bottom w:w="190" w:type="dxa"/>
              <w:end w:w="150" w:type="dxa"/>
            </w:tcMar>
          </w:tcPr>
          <w:p>
            <w:pPr>
              <w:spacing w:after="0"/>
            </w:pPr>
            <w:sdt>
              <w:sdtPr>
                <w:alias w:val="Secteur / industrie"/>
                <w:tag w:val="olyvenra-due-diligence-questionnaire-fr_8_1_1_14"/>
                <w:id w:val="1554696539"/>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Produits ou services concernés</w:t>
            </w:r>
          </w:p>
        </w:tc>
        <w:tc>
          <w:tcPr>
            <w:tcW w:type="dxa" w:w="6552"/>
            <w:vAlign w:val="center"/>
            <w:tcMar>
              <w:top w:w="190" w:type="dxa"/>
              <w:start w:w="150" w:type="dxa"/>
              <w:bottom w:w="190" w:type="dxa"/>
              <w:end w:w="150" w:type="dxa"/>
            </w:tcMar>
          </w:tcPr>
          <w:p>
            <w:pPr>
              <w:spacing w:after="0"/>
            </w:pPr>
            <w:sdt>
              <w:sdtPr>
                <w:alias w:val="Produits ou services concernés"/>
                <w:tag w:val="olyvenra-due-diligence-questionnaire-fr_8_2_1_15"/>
                <w:id w:val="1014051716"/>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Licences, certifications ou standards qualité</w:t>
            </w:r>
          </w:p>
        </w:tc>
        <w:tc>
          <w:tcPr>
            <w:tcW w:type="dxa" w:w="6552"/>
            <w:vAlign w:val="center"/>
            <w:tcMar>
              <w:top w:w="190" w:type="dxa"/>
              <w:start w:w="150" w:type="dxa"/>
              <w:bottom w:w="190" w:type="dxa"/>
              <w:end w:w="150" w:type="dxa"/>
            </w:tcMar>
          </w:tcPr>
          <w:p>
            <w:pPr>
              <w:spacing w:after="0"/>
            </w:pPr>
            <w:sdt>
              <w:sdtPr>
                <w:alias w:val="Licences, certifications ou standards qualité"/>
                <w:tag w:val="olyvenra-due-diligence-questionnaire-fr_8_3_1_16"/>
                <w:id w:val="976008705"/>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Références ou exemples pertinents</w:t>
            </w:r>
          </w:p>
        </w:tc>
        <w:tc>
          <w:tcPr>
            <w:tcW w:type="dxa" w:w="6552"/>
            <w:vAlign w:val="center"/>
            <w:tcMar>
              <w:top w:w="190" w:type="dxa"/>
              <w:start w:w="150" w:type="dxa"/>
              <w:bottom w:w="190" w:type="dxa"/>
              <w:end w:w="150" w:type="dxa"/>
            </w:tcMar>
          </w:tcPr>
          <w:p>
            <w:pPr>
              <w:spacing w:after="0"/>
            </w:pPr>
            <w:sdt>
              <w:sdtPr>
                <w:alias w:val="Références ou exemples pertinents"/>
                <w:tag w:val="olyvenra-due-diligence-questionnaire-fr_8_4_1_17"/>
                <w:id w:val="1022998242"/>
                <w:color w:val="B08A28"/>
                <w:appearance w:val="boundingBox"/>
                <w:text/>
              </w:sdtPr>
              <w:sdtContent>
                <w:r>
                  <w:rPr>
                    <w:color w:val="6D7D87"/>
                    <w:i/>
                    <w:sz w:val="18"/>
                  </w:rPr>
                  <w:t>Cliquez ou appuyez ici pour saisir une réponse.</w:t>
                </w:r>
              </w:sdtContent>
            </w:sdt>
          </w:p>
        </w:tc>
      </w:tr>
    </w:tbl>
    <w:p>
      <w:r>
        <w:br w:type="page"/>
      </w:r>
    </w:p>
    <w:p>
      <w:pPr>
        <w:pStyle w:val="Heading1"/>
      </w:pPr>
      <w:r>
        <w:t>Documents justificatifs</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Documents disponibles pour revue</w:t>
            </w:r>
          </w:p>
        </w:tc>
        <w:tc>
          <w:tcPr>
            <w:tcW w:type="dxa" w:w="6552"/>
            <w:vAlign w:val="center"/>
            <w:tcMar>
              <w:top w:w="190" w:type="dxa"/>
              <w:start w:w="150" w:type="dxa"/>
              <w:bottom w:w="190" w:type="dxa"/>
              <w:end w:w="150" w:type="dxa"/>
            </w:tcMar>
          </w:tcPr>
          <w:p>
            <w:pPr>
              <w:spacing w:after="0"/>
            </w:pPr>
            <w:sdt>
              <w:sdtPr>
                <w:alias w:val="Documents disponibles pour revue"/>
                <w:tag w:val="olyvenra-due-diligence-questionnaire-fr_9_1_1_18"/>
                <w:id w:val="1072381557"/>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Documents manquants ou questions ouvertes</w:t>
            </w:r>
          </w:p>
        </w:tc>
        <w:tc>
          <w:tcPr>
            <w:tcW w:type="dxa" w:w="6552"/>
            <w:vAlign w:val="center"/>
            <w:tcMar>
              <w:top w:w="190" w:type="dxa"/>
              <w:start w:w="150" w:type="dxa"/>
              <w:bottom w:w="190" w:type="dxa"/>
              <w:end w:w="150" w:type="dxa"/>
            </w:tcMar>
          </w:tcPr>
          <w:p>
            <w:pPr>
              <w:spacing w:after="0"/>
            </w:pPr>
            <w:sdt>
              <w:sdtPr>
                <w:alias w:val="Documents manquants ou questions ouvertes"/>
                <w:tag w:val="olyvenra-due-diligence-questionnaire-fr_9_2_1_19"/>
                <w:id w:val="529367313"/>
                <w:color w:val="B08A28"/>
                <w:appearance w:val="boundingBox"/>
                <w:text/>
              </w:sdtPr>
              <w:sdtContent>
                <w:r>
                  <w:rPr>
                    <w:color w:val="6D7D87"/>
                    <w:i/>
                    <w:sz w:val="18"/>
                  </w:rPr>
                  <w:t>Cliquez ou appuyez ici pour saisir une réponse.</w:t>
                </w:r>
              </w:sdtContent>
            </w:sdt>
          </w:p>
        </w:tc>
      </w:tr>
    </w:tbl>
    <w:p>
      <w:pPr>
        <w:pStyle w:val="Heading1"/>
      </w:pPr>
      <w:r>
        <w:t>Liste de contrôle avant envoi</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Contrôle</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Élément de revue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La dénomination, les informations d'immatriculation et l'autorité de contact sont complètes.</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Le besoin commercial ou la demande de coopération est spécifique et praticable.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Toute sensibilité réglementaire, double usage, sanctions, sécurité produit ou confidentialité est déclarée.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Les justificatifs sont disponibles ou clairement identifiés comme en attente.</w:t>
            </w:r>
          </w:p>
        </w:tc>
      </w:tr>
    </w:tbl>
    <w:p>
      <w:pPr>
        <w:pStyle w:val="Heading1"/>
      </w:pPr>
      <w:r>
        <w:t>Critères de revue OLYVENRA</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Contrôle</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Élément de revue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Objet licite et base commerciale crédible.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Rôle attendu d'OLYVENRA clairement défini.</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Identité, propriété et fiabilité de communication de la contrepartie.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Niveau d'accès documentaire adapté au stade de la demande.</w:t>
            </w:r>
          </w:p>
        </w:tc>
      </w:tr>
    </w:tbl>
    <w:p>
      <w:pPr>
        <w:pStyle w:val="Heading1"/>
      </w:pPr>
      <w:r>
        <w:t>Déclaration et autorité</w:t>
      </w:r>
    </w:p>
    <w:p>
      <w:r>
        <w:rPr>
          <w:rFonts w:ascii="Arial" w:hAnsi="Arial" w:eastAsia="Arial" w:cs="Arial"/>
          <w:color w:val="102334"/>
          <w:sz w:val="19"/>
        </w:rPr>
        <w:t>La partie soumettant le formulaire confirme que les informations fournies sont exactes au mieux de sa connaissance, qu'elle est autorisée à soumettre ce formulaire et qu'elle informera OLYVENRA de tout changement matériel.</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Nom</w:t>
            </w:r>
          </w:p>
        </w:tc>
        <w:tc>
          <w:tcPr>
            <w:tcW w:type="dxa" w:w="2952"/>
            <w:vAlign w:val="center"/>
            <w:tcMar>
              <w:top w:w="110" w:type="dxa"/>
              <w:start w:w="140" w:type="dxa"/>
              <w:bottom w:w="110" w:type="dxa"/>
              <w:end w:w="140" w:type="dxa"/>
            </w:tcMar>
          </w:tcPr>
          <w:p>
            <w:pPr>
              <w:spacing w:after="0"/>
            </w:pPr>
            <w:sdt>
              <w:sdtPr>
                <w:alias w:val="Nom"/>
                <w:tag w:val="olyvenra-due-diligence-questionnaire-fr_sign_12_0_1_20"/>
                <w:id w:val="1368790236"/>
                <w:color w:val="B08A28"/>
                <w:appearance w:val="boundingBox"/>
                <w:text/>
              </w:sdtPr>
              <w:sdtContent>
                <w:r>
                  <w:rPr>
                    <w:color w:val="6D7D87"/>
                    <w:i/>
                    <w:sz w:val="18"/>
                  </w:rPr>
                  <w:t>Saisissez le nom / signez selon le cas.</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Fonction / capacité</w:t>
            </w:r>
          </w:p>
        </w:tc>
        <w:tc>
          <w:tcPr>
            <w:tcW w:type="dxa" w:w="2952"/>
            <w:vAlign w:val="center"/>
            <w:tcMar>
              <w:top w:w="110" w:type="dxa"/>
              <w:start w:w="140" w:type="dxa"/>
              <w:bottom w:w="110" w:type="dxa"/>
              <w:end w:w="140" w:type="dxa"/>
            </w:tcMar>
          </w:tcPr>
          <w:p>
            <w:pPr>
              <w:spacing w:after="0"/>
            </w:pPr>
            <w:sdt>
              <w:sdtPr>
                <w:alias w:val="Fonction / capacité"/>
                <w:tag w:val="olyvenra-due-diligence-questionnaire-fr_sign_12_0_3_21"/>
                <w:id w:val="1564141110"/>
                <w:color w:val="B08A28"/>
                <w:appearance w:val="boundingBox"/>
                <w:text/>
              </w:sdtPr>
              <w:sdtContent>
                <w:r>
                  <w:rPr>
                    <w:color w:val="6D7D87"/>
                    <w:i/>
                    <w:sz w:val="18"/>
                  </w:rPr>
                  <w:t>Saisissez le nom / signez selon le cas.</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Signature</w:t>
            </w:r>
          </w:p>
        </w:tc>
        <w:tc>
          <w:tcPr>
            <w:tcW w:type="dxa" w:w="2952"/>
            <w:vAlign w:val="center"/>
            <w:tcMar>
              <w:top w:w="110" w:type="dxa"/>
              <w:start w:w="140" w:type="dxa"/>
              <w:bottom w:w="110" w:type="dxa"/>
              <w:end w:w="140" w:type="dxa"/>
            </w:tcMar>
          </w:tcPr>
          <w:p>
            <w:pPr>
              <w:spacing w:after="0"/>
            </w:pPr>
            <w:sdt>
              <w:sdtPr>
                <w:alias w:val="Signature"/>
                <w:tag w:val="olyvenra-due-diligence-questionnaire-fr_sign_12_1_1_22"/>
                <w:id w:val="1586184283"/>
                <w:color w:val="B08A28"/>
                <w:appearance w:val="boundingBox"/>
                <w:text/>
              </w:sdtPr>
              <w:sdtContent>
                <w:r>
                  <w:rPr>
                    <w:color w:val="6D7D87"/>
                    <w:i/>
                    <w:sz w:val="18"/>
                  </w:rPr>
                  <w:t>Saisissez le nom / signez selon le cas.</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Date</w:t>
            </w:r>
          </w:p>
        </w:tc>
        <w:tc>
          <w:tcPr>
            <w:tcW w:type="dxa" w:w="2952"/>
            <w:vAlign w:val="center"/>
            <w:tcMar>
              <w:top w:w="110" w:type="dxa"/>
              <w:start w:w="140" w:type="dxa"/>
              <w:bottom w:w="110" w:type="dxa"/>
              <w:end w:w="140" w:type="dxa"/>
            </w:tcMar>
          </w:tcPr>
          <w:p>
            <w:pPr>
              <w:spacing w:after="0"/>
            </w:pPr>
            <w:sdt>
              <w:sdtPr>
                <w:alias w:val="Date"/>
                <w:tag w:val="olyvenra-due-diligence-questionnaire-fr_sign_12_1_3_23"/>
                <w:id w:val="314118979"/>
                <w:color w:val="B08A28"/>
                <w:appearance w:val="boundingBox"/>
                <w:text/>
              </w:sdtPr>
              <w:sdtContent>
                <w:r>
                  <w:rPr>
                    <w:color w:val="6D7D87"/>
                    <w:i/>
                    <w:sz w:val="18"/>
                  </w:rPr>
                  <w:t>Saisissez le nom / signez selon le cas.</w:t>
                </w:r>
              </w:sdtContent>
            </w:sdt>
          </w:p>
        </w:tc>
      </w:tr>
    </w:tbl>
    <w:p>
      <w:pPr>
        <w:pStyle w:val="Heading2"/>
      </w:pPr>
      <w:r>
        <w:t>Notes de revue OLYVENRA</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sdt>
              <w:sdtPr>
                <w:alias w:val="Réservé à l'examen par OLYVENRA."/>
                <w:tag w:val="olyvenra-due-diligence-questionnaire-fr_review_notes_24"/>
                <w:id w:val="1782837412"/>
                <w:color w:val="B08A28"/>
                <w:appearance w:val="boundingBox"/>
                <w:text/>
              </w:sdtPr>
              <w:sdtContent>
                <w:r>
                  <w:rPr>
                    <w:color w:val="6D7D87"/>
                    <w:i/>
                    <w:sz w:val="18"/>
                  </w:rPr>
                  <w:t>Réservé à l'examen par OLYVENRA.</w:t>
                </w:r>
              </w:sdtContent>
            </w:sdt>
          </w:p>
        </w:tc>
      </w:tr>
    </w:tbl>
    <w:sectPr w:rsidR="00FC693F" w:rsidRPr="0006063C" w:rsidSect="00034616">
      <w:headerReference w:type="default" r:id="rId9"/>
      <w:footerReference w:type="default" r:id="rId10"/>
      <w:headerReference w:type="first" r:id="rId13"/>
      <w:headerReference w:type="even" r:id="rId14"/>
      <w:footerReference w:type="first" r:id="rId15"/>
      <w:footerReference w:type="even" r:id="rId16"/>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Contrôle documentaire : version actuelle sur olyvenra.com. Toute modification non autorisée ou redistribution trompeuse est interdite.</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N° société 17227691 | UEI SAM.gov PJL9G1GFZA24 | ICO ZC160833 | NCAGE U2J37 | UNGM 1229457 | D-U-N-S 234844385</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t>OLYVENRA LTD | Questionnaire de diligence raisonnable</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fr&amp;legal=privacy" TargetMode="Externa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2.xml"/><Relationship Id="rId16"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de diligence raisonnable</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fr-FR</dc:language>
</cp:coreProperties>
</file>