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ook w:firstColumn="1" w:firstRow="1" w:lastColumn="0" w:lastRow="0" w:noHBand="0" w:noVBand="1" w:val="04A0"/>
      </w:tblPr>
      <w:tblGrid>
        <w:gridCol w:w="5061"/>
        <w:gridCol w:w="5061"/>
      </w:tblGrid>
      <w:tr>
        <w:tc>
          <w:tcPr>
            <w:tcW w:type="dxa" w:w="6696"/>
            <w:shd w:fill="061B2A"/>
            <w:tcMar>
              <w:top w:w="180" w:type="dxa"/>
              <w:start w:w="180" w:type="dxa"/>
              <w:bottom w:w="180" w:type="dxa"/>
              <w:end w:w="180" w:type="dxa"/>
            </w:tcMar>
          </w:tcPr>
          <w:p>
            <w:r>
              <w:drawing>
                <wp:inline xmlns:a="http://schemas.openxmlformats.org/drawingml/2006/main" xmlns:pic="http://schemas.openxmlformats.org/drawingml/2006/picture">
                  <wp:extent cx="1828800" cy="201168"/>
                  <wp:docPr id="1" name="Picture 1" descr="OLYVENRA logo" title="OLYVENRA logo"/>
                  <wp:cNvGraphicFramePr>
                    <a:graphicFrameLocks noChangeAspect="1"/>
                  </wp:cNvGraphicFramePr>
                  <a:graphic>
                    <a:graphicData uri="http://schemas.openxmlformats.org/drawingml/2006/picture">
                      <pic:pic>
                        <pic:nvPicPr>
                          <pic:cNvPr id="0" name="logo-white.png"/>
                          <pic:cNvPicPr/>
                        </pic:nvPicPr>
                        <pic:blipFill>
                          <a:blip r:embed="rId11"/>
                          <a:stretch>
                            <a:fillRect/>
                          </a:stretch>
                        </pic:blipFill>
                        <pic:spPr>
                          <a:xfrm>
                            <a:off x="0" y="0"/>
                            <a:ext cx="1828800" cy="201168"/>
                          </a:xfrm>
                          <a:prstGeom prst="rect"/>
                        </pic:spPr>
                      </pic:pic>
                    </a:graphicData>
                  </a:graphic>
                </wp:inline>
              </w:drawing>
            </w:r>
          </w:p>
          <w:p>
            <w:pPr>
              <w:spacing w:after="0"/>
            </w:pPr>
            <w:r>
              <w:rPr>
                <w:rFonts w:ascii="Arial" w:hAnsi="Arial" w:eastAsia="Arial" w:cs="Arial"/>
                <w:color w:val="D4E0E7"/>
                <w:sz w:val="17"/>
              </w:rPr>
              <w:t>Formulaire de vérification d'identité, de propriété et d'entreprise de la contrepartie.</w:t>
            </w:r>
          </w:p>
        </w:tc>
        <w:tc>
          <w:tcPr>
            <w:tcW w:type="dxa" w:w="3240"/>
            <w:shd w:fill="061B2A"/>
            <w:tcMar>
              <w:top w:w="180" w:type="dxa"/>
              <w:start w:w="180" w:type="dxa"/>
              <w:bottom w:w="180" w:type="dxa"/>
              <w:end w:w="180" w:type="dxa"/>
            </w:tcMar>
          </w:tcPr>
          <w:p>
            <w:pPr>
              <w:jc w:val="right"/>
            </w:pPr>
            <w:r>
              <w:rPr>
                <w:rFonts w:ascii="Arial" w:hAnsi="Arial" w:eastAsia="Arial" w:cs="Arial"/>
                <w:b/>
                <w:color w:val="D7B243"/>
                <w:sz w:val="17"/>
              </w:rPr>
              <w:t>OLYVENRA LTD</w:t>
            </w:r>
          </w:p>
        </w:tc>
      </w:tr>
    </w:tbl>
    <w:p>
      <w:pPr>
        <w:spacing w:before="280" w:after="60"/>
      </w:pPr>
      <w:r>
        <w:rPr>
          <w:rFonts w:ascii="Arial" w:hAnsi="Arial" w:eastAsia="Arial" w:cs="Arial"/>
          <w:b/>
          <w:color w:val="061B2A"/>
          <w:sz w:val="36"/>
        </w:rPr>
        <w:t>Formulaire de vérification de la contrepartie</w:t>
      </w:r>
    </w:p>
    <w:p>
      <w:pPr>
        <w:spacing w:after="200"/>
      </w:pPr>
      <w:r>
        <w:rPr>
          <w:rFonts w:ascii="Arial" w:hAnsi="Arial" w:eastAsia="Arial" w:cs="Arial"/>
          <w:color w:val="526577"/>
          <w:sz w:val="20"/>
        </w:rPr>
        <w:t>Formulaire de vérification d'identité, de propriété et d'entreprise de la contrepartie.</w:t>
      </w:r>
    </w:p>
    <w:tbl>
      <w:tblPr>
        <w:tblStyle w:val="TableGrid"/>
        <w:tblW w:type="auto" w:w="0"/>
        <w:jc w:val="center"/>
        <w:tblLook w:firstColumn="1" w:firstRow="1" w:lastColumn="0" w:lastRow="0" w:noHBand="0" w:noVBand="1" w:val="04A0"/>
      </w:tblPr>
      <w:tblGrid>
        <w:gridCol w:w="2531"/>
        <w:gridCol w:w="2531"/>
        <w:gridCol w:w="2531"/>
        <w:gridCol w:w="2531"/>
      </w:tblGrid>
      <w:tr>
        <w:tc>
          <w:tcPr>
            <w:tcW w:type="dxa" w:w="1800"/>
            <w:shd w:fill="F3F6F8"/>
            <w:vAlign w:val="center"/>
            <w:tcMar>
              <w:top w:w="110" w:type="dxa"/>
              <w:start w:w="140" w:type="dxa"/>
              <w:bottom w:w="110" w:type="dxa"/>
              <w:end w:w="140" w:type="dxa"/>
            </w:tcMar>
          </w:tcPr>
          <w:p>
            <w:pPr>
              <w:spacing w:after="0"/>
            </w:pPr>
            <w:r/>
            <w:r>
              <w:rPr>
                <w:rFonts w:ascii="Arial" w:hAnsi="Arial" w:eastAsia="Arial" w:cs="Arial"/>
                <w:b/>
                <w:color w:val="D7B243"/>
                <w:sz w:val="16"/>
              </w:rPr>
              <w:t>Classification</w:t>
            </w:r>
          </w:p>
        </w:tc>
        <w:tc>
          <w:tcPr>
            <w:tcW w:type="dxa" w:w="2880"/>
            <w:shd w:fill="F3F6F8"/>
            <w:vAlign w:val="center"/>
            <w:tcMar>
              <w:top w:w="110" w:type="dxa"/>
              <w:start w:w="140" w:type="dxa"/>
              <w:bottom w:w="110" w:type="dxa"/>
              <w:end w:w="140" w:type="dxa"/>
            </w:tcMar>
          </w:tcPr>
          <w:p>
            <w:pPr>
              <w:spacing w:after="0"/>
            </w:pPr>
            <w:r>
              <w:t>Formulaire professionnel - V2.0</w:t>
            </w:r>
          </w:p>
        </w:tc>
        <w:tc>
          <w:tcPr>
            <w:tcW w:type="dxa" w:w="1800"/>
            <w:shd w:fill="F3F6F8"/>
            <w:vAlign w:val="center"/>
            <w:tcMar>
              <w:top w:w="110" w:type="dxa"/>
              <w:start w:w="140" w:type="dxa"/>
              <w:bottom w:w="110" w:type="dxa"/>
              <w:end w:w="140" w:type="dxa"/>
            </w:tcMar>
          </w:tcPr>
          <w:p>
            <w:pPr>
              <w:spacing w:after="0"/>
            </w:pPr>
            <w:r/>
            <w:r>
              <w:rPr>
                <w:rFonts w:ascii="Arial" w:hAnsi="Arial" w:eastAsia="Arial" w:cs="Arial"/>
                <w:b/>
                <w:color w:val="D7B243"/>
                <w:sz w:val="16"/>
              </w:rPr>
              <w:t>Date d'effet</w:t>
            </w:r>
          </w:p>
        </w:tc>
        <w:tc>
          <w:tcPr>
            <w:tcW w:type="dxa" w:w="2880"/>
            <w:shd w:fill="F3F6F8"/>
            <w:vAlign w:val="center"/>
            <w:tcMar>
              <w:top w:w="110" w:type="dxa"/>
              <w:start w:w="140" w:type="dxa"/>
              <w:bottom w:w="110" w:type="dxa"/>
              <w:end w:w="140" w:type="dxa"/>
            </w:tcMar>
          </w:tcPr>
          <w:p>
            <w:pPr>
              <w:spacing w:after="0"/>
            </w:pPr>
            <w:r>
              <w:t>1 août 2026</w:t>
            </w:r>
          </w:p>
        </w:tc>
      </w:tr>
      <w:tr>
        <w:tc>
          <w:tcPr>
            <w:tcW w:type="dxa" w:w="1800"/>
            <w:shd w:fill="F3F6F8"/>
            <w:vAlign w:val="center"/>
            <w:tcMar>
              <w:top w:w="110" w:type="dxa"/>
              <w:start w:w="140" w:type="dxa"/>
              <w:bottom w:w="110" w:type="dxa"/>
              <w:end w:w="140" w:type="dxa"/>
            </w:tcMar>
          </w:tcPr>
          <w:p>
            <w:pPr>
              <w:spacing w:after="0"/>
            </w:pPr>
            <w:r/>
            <w:r>
              <w:rPr>
                <w:rFonts w:ascii="Arial" w:hAnsi="Arial" w:eastAsia="Arial" w:cs="Arial"/>
                <w:b/>
                <w:color w:val="D7B243"/>
                <w:sz w:val="16"/>
              </w:rPr>
              <w:t>Responsable</w:t>
            </w:r>
          </w:p>
        </w:tc>
        <w:tc>
          <w:tcPr>
            <w:tcW w:type="dxa" w:w="2880"/>
            <w:shd w:fill="F3F6F8"/>
            <w:vAlign w:val="center"/>
            <w:tcMar>
              <w:top w:w="110" w:type="dxa"/>
              <w:start w:w="140" w:type="dxa"/>
              <w:bottom w:w="110" w:type="dxa"/>
              <w:end w:w="140" w:type="dxa"/>
            </w:tcMar>
          </w:tcPr>
          <w:p>
            <w:pPr>
              <w:spacing w:after="0"/>
            </w:pPr>
            <w:r/>
            <w:r>
              <w:rPr>
                <w:rFonts w:ascii="Arial" w:hAnsi="Arial" w:eastAsia="Arial" w:cs="Arial"/>
                <w:b w:val="0"/>
                <w:color w:val="102334"/>
                <w:sz w:val="17"/>
              </w:rPr>
              <w:t>Direction OLYVENRA LTD</w:t>
            </w:r>
          </w:p>
        </w:tc>
        <w:tc>
          <w:tcPr>
            <w:tcW w:type="dxa" w:w="1800"/>
            <w:shd w:fill="F3F6F8"/>
            <w:vAlign w:val="center"/>
            <w:tcMar>
              <w:top w:w="110" w:type="dxa"/>
              <w:start w:w="140" w:type="dxa"/>
              <w:bottom w:w="110" w:type="dxa"/>
              <w:end w:w="140" w:type="dxa"/>
            </w:tcMar>
          </w:tcPr>
          <w:p>
            <w:pPr>
              <w:spacing w:after="0"/>
            </w:pPr>
            <w:r/>
            <w:r>
              <w:rPr>
                <w:rFonts w:ascii="Arial" w:hAnsi="Arial" w:eastAsia="Arial" w:cs="Arial"/>
                <w:b/>
                <w:color w:val="D7B243"/>
                <w:sz w:val="16"/>
              </w:rPr>
              <w:t>Cycle de revue</w:t>
            </w:r>
          </w:p>
        </w:tc>
        <w:tc>
          <w:tcPr>
            <w:tcW w:type="dxa" w:w="2880"/>
            <w:shd w:fill="F3F6F8"/>
            <w:vAlign w:val="center"/>
            <w:tcMar>
              <w:top w:w="110" w:type="dxa"/>
              <w:start w:w="140" w:type="dxa"/>
              <w:bottom w:w="110" w:type="dxa"/>
              <w:end w:w="140" w:type="dxa"/>
            </w:tcMar>
          </w:tcPr>
          <w:p>
            <w:pPr>
              <w:spacing w:after="0"/>
            </w:pPr>
            <w:r/>
            <w:r>
              <w:rPr>
                <w:rFonts w:ascii="Arial" w:hAnsi="Arial" w:eastAsia="Arial" w:cs="Arial"/>
                <w:b w:val="0"/>
                <w:color w:val="102334"/>
                <w:sz w:val="17"/>
              </w:rPr>
              <w:t>Annuel ou plus tôt si nécessaire</w:t>
            </w:r>
          </w:p>
        </w:tc>
      </w:tr>
    </w:tbl>
    <w:p/>
    <w:tbl>
      <w:tblPr>
        <w:tblStyle w:val="TableGrid"/>
        <w:tblW w:type="auto" w:w="0"/>
        <w:jc w:val="center"/>
        <w:tblLook w:firstColumn="1" w:firstRow="1" w:lastColumn="0" w:lastRow="0" w:noHBand="0" w:noVBand="1" w:val="04A0"/>
      </w:tblPr>
      <w:tblGrid>
        <w:gridCol w:w="10123"/>
      </w:tblGrid>
      <w:tr>
        <w:tc>
          <w:tcPr>
            <w:tcW w:type="dxa" w:w="9936"/>
            <w:shd w:fill="F7F4EA"/>
            <w:tcMar>
              <w:top w:w="150" w:type="dxa"/>
              <w:start w:w="170" w:type="dxa"/>
              <w:bottom w:w="150" w:type="dxa"/>
              <w:end w:w="170" w:type="dxa"/>
            </w:tcMar>
          </w:tcPr>
          <w:p>
            <w:pPr>
              <w:spacing w:after="60"/>
            </w:pPr>
            <w:r>
              <w:rPr>
                <w:b/>
              </w:rPr>
              <w:t>Instructions de remplissage</w:t>
              <w:br/>
            </w:r>
            <w:r>
              <w:t>Renseignez électroniquement ou lisiblement tous les champs applicables ; indiquez « Sans objet » lorsqu'une question ne s'applique pas. Joignez les justificatifs à jour et envoyez le formulaire à info@olyvenra.com. OLYVENRA peut demander des précisions ou des éléments de diligence supplémentaires. La réception du formulaire ne crée aucune obligation de poursuivre.</w:t>
            </w:r>
          </w:p>
        </w:tc>
      </w:tr>
    </w:tbl>
    <w:tbl>
      <w:tblPr>
        <w:tblStyle w:val="TableGrid"/>
        <w:tblW w:type="auto" w:w="0"/>
        <w:jc w:val="center"/>
        <w:tblLook w:firstColumn="1" w:firstRow="1" w:lastColumn="0" w:lastRow="0" w:noHBand="0" w:noVBand="1" w:val="04A0"/>
      </w:tblPr>
      <w:tblGrid>
        <w:gridCol w:w="10123"/>
      </w:tblGrid>
      <w:tr>
        <w:tc>
          <w:tcPr>
            <w:tcW w:type="dxa" w:w="9936"/>
            <w:shd w:fill="FBFCFD"/>
            <w:tcMar>
              <w:top w:w="135" w:type="dxa"/>
              <w:start w:w="170" w:type="dxa"/>
              <w:bottom w:w="135" w:type="dxa"/>
              <w:end w:w="170" w:type="dxa"/>
            </w:tcMar>
          </w:tcPr>
          <w:p>
            <w:pPr>
              <w:spacing w:after="60"/>
            </w:pPr>
            <w:r>
              <w:rPr>
                <w:b/>
              </w:rPr>
              <w:t>Objet et utilisation du formulaire</w:t>
              <w:br/>
            </w:r>
            <w:r>
              <w:t>Ce formulaire permet une qualification initiale proportionnée d'une relation commerciale, d'un besoin ou d'une demande documentaire. Il consigne l'organisation, l'habilitation du déclarant, l'objectif commercial et les considérations de conformité pertinentes avant tout échange complémentaire.</w:t>
            </w:r>
          </w:p>
        </w:tc>
      </w:tr>
    </w:tbl>
    <w:p/>
    <w:tbl>
      <w:tblPr>
        <w:tblStyle w:val="TableGrid"/>
        <w:tblW w:type="auto" w:w="0"/>
        <w:jc w:val="center"/>
        <w:tblLook w:firstColumn="1" w:firstRow="1" w:lastColumn="0" w:lastRow="0" w:noHBand="0" w:noVBand="1" w:val="04A0"/>
      </w:tblPr>
      <w:tblGrid>
        <w:gridCol w:w="10123"/>
      </w:tblGrid>
      <w:tr>
        <w:tc>
          <w:tcPr>
            <w:tcW w:type="dxa" w:w="9936"/>
            <w:shd w:fill="FBFCFD"/>
            <w:tcMar>
              <w:top w:w="135" w:type="dxa"/>
              <w:start w:w="170" w:type="dxa"/>
              <w:bottom w:w="135" w:type="dxa"/>
              <w:end w:w="170" w:type="dxa"/>
            </w:tcMar>
          </w:tcPr>
          <w:p>
            <w:pPr>
              <w:spacing w:after="60"/>
            </w:pPr>
            <w:r>
              <w:rPr>
                <w:b/>
              </w:rPr>
              <w:t>Données et transmission sécurisée des documents</w:t>
              <w:br/>
            </w:r>
            <w:r>
              <w:t>Les informations servent à l'évaluation commerciale légitime, à la vérification de la contrepartie, aux communications et à la tenue des dossiers. N'envoyez pas par e-mail de mot de passe, donnée de carte de paiement, dossier patient, information classifiée, identifiant bancaire ou donnée technique soumise au contrôle des exportations. Demandez à OLYVENRA un canal sécurisé approuvé avant tout envoi sensible.</w:t>
            </w:r>
            <w:r>
              <w:br/>
            </w:r>
            <w:hyperlink r:id="rId12">
              <w:r>
                <w:rPr>
                  <w:color w:val="8A6A10"/>
                  <w:u w:val="single"/>
                </w:rPr>
                <w:t>Lire l'Avis de confidentialité OLYVENRA</w:t>
              </w:r>
            </w:hyperlink>
          </w:p>
        </w:tc>
      </w:tr>
    </w:tbl>
    <w:p/>
    <w:p>
      <w:r>
        <w:br w:type="page"/>
      </w:r>
    </w:p>
    <w:p>
      <w:pPr>
        <w:pStyle w:val="Heading1"/>
      </w:pPr>
      <w:r>
        <w:t>Informations sur l'organisation</w:t>
      </w:r>
    </w:p>
    <w:tbl>
      <w:tblPr>
        <w:tblStyle w:val="TableGrid"/>
        <w:tblW w:type="auto" w:w="0"/>
        <w:jc w:val="center"/>
        <w:tblLook w:firstColumn="1" w:firstRow="1" w:lastColumn="0" w:lastRow="0" w:noHBand="0" w:noVBand="1" w:val="04A0"/>
        <w:tblCaption w:val="Questions du formulaire et champs de réponse"/>
        <w:tblDescription w:val="Questions du formulaire et champs de réponse"/>
      </w:tblPr>
      <w:tblGrid>
        <w:gridCol w:w="5061"/>
        <w:gridCol w:w="5061"/>
      </w:tblGrid>
      <w:tr>
        <w:trPr>
          <w:tblHeader/>
        </w:trPr>
        <w:tc>
          <w:tcPr>
            <w:tcW w:type="dxa" w:w="3384"/>
            <w:shd w:fill="061B2A"/>
            <w:vAlign w:val="center"/>
            <w:tcMar>
              <w:top w:w="110" w:type="dxa"/>
              <w:start w:w="140" w:type="dxa"/>
              <w:bottom w:w="110" w:type="dxa"/>
              <w:end w:w="140" w:type="dxa"/>
            </w:tcMar>
          </w:tcPr>
          <w:p>
            <w:pPr>
              <w:spacing w:after="0"/>
            </w:pPr>
            <w:r/>
            <w:r>
              <w:rPr>
                <w:rFonts w:ascii="Arial" w:hAnsi="Arial" w:eastAsia="Arial" w:cs="Arial"/>
                <w:b/>
                <w:color w:val="FFFFFF"/>
                <w:sz w:val="17"/>
              </w:rPr>
              <w:t>Information demandée</w:t>
            </w:r>
          </w:p>
        </w:tc>
        <w:tc>
          <w:tcPr>
            <w:tcW w:type="dxa" w:w="6552"/>
            <w:shd w:fill="061B2A"/>
            <w:vAlign w:val="center"/>
            <w:tcMar>
              <w:top w:w="110" w:type="dxa"/>
              <w:start w:w="140" w:type="dxa"/>
              <w:bottom w:w="110" w:type="dxa"/>
              <w:end w:w="140" w:type="dxa"/>
            </w:tcMar>
          </w:tcPr>
          <w:p>
            <w:pPr>
              <w:spacing w:after="0"/>
            </w:pPr>
            <w:r/>
            <w:r>
              <w:rPr>
                <w:rFonts w:ascii="Arial" w:hAnsi="Arial" w:eastAsia="Arial" w:cs="Arial"/>
                <w:b/>
                <w:color w:val="FFFFFF"/>
                <w:sz w:val="17"/>
              </w:rPr>
              <w:t>Réponse / notes</w:t>
            </w:r>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Dénomination légale</w:t>
            </w:r>
          </w:p>
        </w:tc>
        <w:tc>
          <w:tcPr>
            <w:tcW w:type="dxa" w:w="6552"/>
            <w:vAlign w:val="center"/>
            <w:tcMar>
              <w:top w:w="190" w:type="dxa"/>
              <w:start w:w="150" w:type="dxa"/>
              <w:bottom w:w="190" w:type="dxa"/>
              <w:end w:w="150" w:type="dxa"/>
            </w:tcMar>
          </w:tcPr>
          <w:p>
            <w:pPr>
              <w:spacing w:after="0"/>
            </w:pPr>
            <w:sdt>
              <w:sdtPr>
                <w:alias w:val="Dénomination légale"/>
                <w:tag w:val="olyvenra-kyc-kyb-information-form-fr_5_1_1_1"/>
                <w:id w:val="1393780824"/>
                <w:color w:val="B08A28"/>
                <w:appearance w:val="boundingBox"/>
                <w:text/>
              </w:sdtPr>
              <w:sdtContent>
                <w:r>
                  <w:rPr>
                    <w:color w:val="6D7D87"/>
                    <w:i/>
                    <w:sz w:val="18"/>
                  </w:rPr>
                  <w:t>Cliquez ou appuyez ici pour saisir une réponse.</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Nom commercial / marque</w:t>
            </w:r>
          </w:p>
        </w:tc>
        <w:tc>
          <w:tcPr>
            <w:tcW w:type="dxa" w:w="6552"/>
            <w:vAlign w:val="center"/>
            <w:tcMar>
              <w:top w:w="190" w:type="dxa"/>
              <w:start w:w="150" w:type="dxa"/>
              <w:bottom w:w="190" w:type="dxa"/>
              <w:end w:w="150" w:type="dxa"/>
            </w:tcMar>
          </w:tcPr>
          <w:p>
            <w:pPr>
              <w:spacing w:after="0"/>
            </w:pPr>
            <w:sdt>
              <w:sdtPr>
                <w:alias w:val="Nom commercial / marque"/>
                <w:tag w:val="olyvenra-kyc-kyb-information-form-fr_5_2_1_2"/>
                <w:id w:val="661774978"/>
                <w:color w:val="B08A28"/>
                <w:appearance w:val="boundingBox"/>
                <w:text/>
              </w:sdtPr>
              <w:sdtContent>
                <w:r>
                  <w:rPr>
                    <w:color w:val="6D7D87"/>
                    <w:i/>
                    <w:sz w:val="18"/>
                  </w:rPr>
                  <w:t>Cliquez ou appuyez ici pour saisir une réponse.</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Numéro d'immatriculation</w:t>
            </w:r>
          </w:p>
        </w:tc>
        <w:tc>
          <w:tcPr>
            <w:tcW w:type="dxa" w:w="6552"/>
            <w:vAlign w:val="center"/>
            <w:tcMar>
              <w:top w:w="190" w:type="dxa"/>
              <w:start w:w="150" w:type="dxa"/>
              <w:bottom w:w="190" w:type="dxa"/>
              <w:end w:w="150" w:type="dxa"/>
            </w:tcMar>
          </w:tcPr>
          <w:p>
            <w:pPr>
              <w:spacing w:after="0"/>
            </w:pPr>
            <w:sdt>
              <w:sdtPr>
                <w:alias w:val="Numéro d'immatriculation"/>
                <w:tag w:val="olyvenra-kyc-kyb-information-form-fr_5_3_1_3"/>
                <w:id w:val="229971211"/>
                <w:color w:val="B08A28"/>
                <w:appearance w:val="boundingBox"/>
                <w:text/>
              </w:sdtPr>
              <w:sdtContent>
                <w:r>
                  <w:rPr>
                    <w:color w:val="6D7D87"/>
                    <w:i/>
                    <w:sz w:val="18"/>
                  </w:rPr>
                  <w:t>Cliquez ou appuyez ici pour saisir une réponse.</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Juridiction d'enregistrement</w:t>
            </w:r>
          </w:p>
        </w:tc>
        <w:tc>
          <w:tcPr>
            <w:tcW w:type="dxa" w:w="6552"/>
            <w:vAlign w:val="center"/>
            <w:tcMar>
              <w:top w:w="190" w:type="dxa"/>
              <w:start w:w="150" w:type="dxa"/>
              <w:bottom w:w="190" w:type="dxa"/>
              <w:end w:w="150" w:type="dxa"/>
            </w:tcMar>
          </w:tcPr>
          <w:p>
            <w:pPr>
              <w:spacing w:after="0"/>
            </w:pPr>
            <w:sdt>
              <w:sdtPr>
                <w:alias w:val="Juridiction d'enregistrement"/>
                <w:tag w:val="olyvenra-kyc-kyb-information-form-fr_5_4_1_4"/>
                <w:id w:val="375724223"/>
                <w:color w:val="B08A28"/>
                <w:appearance w:val="boundingBox"/>
                <w:text/>
              </w:sdtPr>
              <w:sdtContent>
                <w:r>
                  <w:rPr>
                    <w:color w:val="6D7D87"/>
                    <w:i/>
                    <w:sz w:val="18"/>
                  </w:rPr>
                  <w:t>Cliquez ou appuyez ici pour saisir une réponse.</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Adresse enregistrée</w:t>
            </w:r>
          </w:p>
        </w:tc>
        <w:tc>
          <w:tcPr>
            <w:tcW w:type="dxa" w:w="6552"/>
            <w:vAlign w:val="center"/>
            <w:tcMar>
              <w:top w:w="190" w:type="dxa"/>
              <w:start w:w="150" w:type="dxa"/>
              <w:bottom w:w="190" w:type="dxa"/>
              <w:end w:w="150" w:type="dxa"/>
            </w:tcMar>
          </w:tcPr>
          <w:p>
            <w:pPr>
              <w:spacing w:after="0"/>
            </w:pPr>
            <w:sdt>
              <w:sdtPr>
                <w:alias w:val="Adresse enregistrée"/>
                <w:tag w:val="olyvenra-kyc-kyb-information-form-fr_5_5_1_5"/>
                <w:id w:val="361598780"/>
                <w:color w:val="B08A28"/>
                <w:appearance w:val="boundingBox"/>
                <w:text/>
              </w:sdtPr>
              <w:sdtContent>
                <w:r>
                  <w:rPr>
                    <w:color w:val="6D7D87"/>
                    <w:i/>
                    <w:sz w:val="18"/>
                  </w:rPr>
                  <w:t>Cliquez ou appuyez ici pour saisir une réponse.</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Site web</w:t>
            </w:r>
          </w:p>
        </w:tc>
        <w:tc>
          <w:tcPr>
            <w:tcW w:type="dxa" w:w="6552"/>
            <w:vAlign w:val="center"/>
            <w:tcMar>
              <w:top w:w="190" w:type="dxa"/>
              <w:start w:w="150" w:type="dxa"/>
              <w:bottom w:w="190" w:type="dxa"/>
              <w:end w:w="150" w:type="dxa"/>
            </w:tcMar>
          </w:tcPr>
          <w:p>
            <w:pPr>
              <w:spacing w:after="0"/>
            </w:pPr>
            <w:sdt>
              <w:sdtPr>
                <w:alias w:val="Site web"/>
                <w:tag w:val="olyvenra-kyc-kyb-information-form-fr_5_6_1_6"/>
                <w:id w:val="791488497"/>
                <w:color w:val="B08A28"/>
                <w:appearance w:val="boundingBox"/>
                <w:text/>
              </w:sdtPr>
              <w:sdtContent>
                <w:r>
                  <w:rPr>
                    <w:color w:val="6D7D87"/>
                    <w:i/>
                    <w:sz w:val="18"/>
                  </w:rPr>
                  <w:t>Cliquez ou appuyez ici pour saisir une réponse.</w:t>
                </w:r>
              </w:sdtContent>
            </w:sdt>
          </w:p>
        </w:tc>
      </w:tr>
    </w:tbl>
    <w:p>
      <w:pPr>
        <w:pStyle w:val="Heading1"/>
      </w:pPr>
      <w:r>
        <w:t>Contact principal et autorité</w:t>
      </w:r>
    </w:p>
    <w:tbl>
      <w:tblPr>
        <w:tblStyle w:val="TableGrid"/>
        <w:tblW w:type="auto" w:w="0"/>
        <w:jc w:val="center"/>
        <w:tblLook w:firstColumn="1" w:firstRow="1" w:lastColumn="0" w:lastRow="0" w:noHBand="0" w:noVBand="1" w:val="04A0"/>
        <w:tblCaption w:val="Questions du formulaire et champs de réponse"/>
        <w:tblDescription w:val="Questions du formulaire et champs de réponse"/>
      </w:tblPr>
      <w:tblGrid>
        <w:gridCol w:w="5061"/>
        <w:gridCol w:w="5061"/>
      </w:tblGrid>
      <w:tr>
        <w:trPr>
          <w:tblHeader/>
        </w:trPr>
        <w:tc>
          <w:tcPr>
            <w:tcW w:type="dxa" w:w="3384"/>
            <w:shd w:fill="061B2A"/>
            <w:vAlign w:val="center"/>
            <w:tcMar>
              <w:top w:w="110" w:type="dxa"/>
              <w:start w:w="140" w:type="dxa"/>
              <w:bottom w:w="110" w:type="dxa"/>
              <w:end w:w="140" w:type="dxa"/>
            </w:tcMar>
          </w:tcPr>
          <w:p>
            <w:pPr>
              <w:spacing w:after="0"/>
            </w:pPr>
            <w:r/>
            <w:r>
              <w:rPr>
                <w:rFonts w:ascii="Arial" w:hAnsi="Arial" w:eastAsia="Arial" w:cs="Arial"/>
                <w:b/>
                <w:color w:val="FFFFFF"/>
                <w:sz w:val="17"/>
              </w:rPr>
              <w:t>Information demandée</w:t>
            </w:r>
          </w:p>
        </w:tc>
        <w:tc>
          <w:tcPr>
            <w:tcW w:type="dxa" w:w="6552"/>
            <w:shd w:fill="061B2A"/>
            <w:vAlign w:val="center"/>
            <w:tcMar>
              <w:top w:w="110" w:type="dxa"/>
              <w:start w:w="140" w:type="dxa"/>
              <w:bottom w:w="110" w:type="dxa"/>
              <w:end w:w="140" w:type="dxa"/>
            </w:tcMar>
          </w:tcPr>
          <w:p>
            <w:pPr>
              <w:spacing w:after="0"/>
            </w:pPr>
            <w:r/>
            <w:r>
              <w:rPr>
                <w:rFonts w:ascii="Arial" w:hAnsi="Arial" w:eastAsia="Arial" w:cs="Arial"/>
                <w:b/>
                <w:color w:val="FFFFFF"/>
                <w:sz w:val="17"/>
              </w:rPr>
              <w:t>Réponse / notes</w:t>
            </w:r>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Contact principal</w:t>
            </w:r>
          </w:p>
        </w:tc>
        <w:tc>
          <w:tcPr>
            <w:tcW w:type="dxa" w:w="6552"/>
            <w:vAlign w:val="center"/>
            <w:tcMar>
              <w:top w:w="190" w:type="dxa"/>
              <w:start w:w="150" w:type="dxa"/>
              <w:bottom w:w="190" w:type="dxa"/>
              <w:end w:w="150" w:type="dxa"/>
            </w:tcMar>
          </w:tcPr>
          <w:p>
            <w:pPr>
              <w:spacing w:after="0"/>
            </w:pPr>
            <w:sdt>
              <w:sdtPr>
                <w:alias w:val="Contact principal"/>
                <w:tag w:val="olyvenra-kyc-kyb-information-form-fr_6_1_1_7"/>
                <w:id w:val="1302492799"/>
                <w:color w:val="B08A28"/>
                <w:appearance w:val="boundingBox"/>
                <w:text/>
              </w:sdtPr>
              <w:sdtContent>
                <w:r>
                  <w:rPr>
                    <w:color w:val="6D7D87"/>
                    <w:i/>
                    <w:sz w:val="18"/>
                  </w:rPr>
                  <w:t>Cliquez ou appuyez ici pour saisir une réponse.</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E-mail et téléphone</w:t>
            </w:r>
          </w:p>
        </w:tc>
        <w:tc>
          <w:tcPr>
            <w:tcW w:type="dxa" w:w="6552"/>
            <w:vAlign w:val="center"/>
            <w:tcMar>
              <w:top w:w="190" w:type="dxa"/>
              <w:start w:w="150" w:type="dxa"/>
              <w:bottom w:w="190" w:type="dxa"/>
              <w:end w:w="150" w:type="dxa"/>
            </w:tcMar>
          </w:tcPr>
          <w:p>
            <w:pPr>
              <w:spacing w:after="0"/>
            </w:pPr>
            <w:sdt>
              <w:sdtPr>
                <w:alias w:val="E-mail et téléphone"/>
                <w:tag w:val="olyvenra-kyc-kyb-information-form-fr_6_2_1_8"/>
                <w:id w:val="1220754657"/>
                <w:color w:val="B08A28"/>
                <w:appearance w:val="boundingBox"/>
                <w:text/>
              </w:sdtPr>
              <w:sdtContent>
                <w:r>
                  <w:rPr>
                    <w:color w:val="6D7D87"/>
                    <w:i/>
                    <w:sz w:val="18"/>
                  </w:rPr>
                  <w:t>Cliquez ou appuyez ici pour saisir une réponse.</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Autorité de soumission / représentation</w:t>
            </w:r>
          </w:p>
        </w:tc>
        <w:tc>
          <w:tcPr>
            <w:tcW w:type="dxa" w:w="6552"/>
            <w:vAlign w:val="center"/>
            <w:tcMar>
              <w:top w:w="190" w:type="dxa"/>
              <w:start w:w="150" w:type="dxa"/>
              <w:bottom w:w="190" w:type="dxa"/>
              <w:end w:w="150" w:type="dxa"/>
            </w:tcMar>
          </w:tcPr>
          <w:p>
            <w:pPr>
              <w:spacing w:after="0"/>
            </w:pPr>
            <w:sdt>
              <w:sdtPr>
                <w:alias w:val="Autorité de soumission / représentation"/>
                <w:tag w:val="olyvenra-kyc-kyb-information-form-fr_6_3_1_9"/>
                <w:id w:val="926890718"/>
                <w:color w:val="B08A28"/>
                <w:appearance w:val="boundingBox"/>
                <w:text/>
              </w:sdtPr>
              <w:sdtContent>
                <w:r>
                  <w:rPr>
                    <w:color w:val="6D7D87"/>
                    <w:i/>
                    <w:sz w:val="18"/>
                  </w:rPr>
                  <w:t>Cliquez ou appuyez ici pour saisir une réponse.</w:t>
                </w:r>
              </w:sdtContent>
            </w:sdt>
          </w:p>
        </w:tc>
      </w:tr>
    </w:tbl>
    <w:p>
      <w:r>
        <w:br w:type="page"/>
      </w:r>
    </w:p>
    <w:p>
      <w:pPr>
        <w:pStyle w:val="Heading1"/>
      </w:pPr>
      <w:r>
        <w:t>Propriété et direction</w:t>
      </w:r>
    </w:p>
    <w:tbl>
      <w:tblPr>
        <w:tblStyle w:val="TableGrid"/>
        <w:tblW w:type="auto" w:w="0"/>
        <w:jc w:val="center"/>
        <w:tblLook w:firstColumn="1" w:firstRow="1" w:lastColumn="0" w:lastRow="0" w:noHBand="0" w:noVBand="1" w:val="04A0"/>
        <w:tblCaption w:val="Questions du formulaire et champs de réponse"/>
        <w:tblDescription w:val="Questions du formulaire et champs de réponse"/>
      </w:tblPr>
      <w:tblGrid>
        <w:gridCol w:w="5061"/>
        <w:gridCol w:w="5061"/>
      </w:tblGrid>
      <w:tr>
        <w:trPr>
          <w:tblHeader/>
        </w:trPr>
        <w:tc>
          <w:tcPr>
            <w:tcW w:type="dxa" w:w="3384"/>
            <w:shd w:fill="061B2A"/>
            <w:vAlign w:val="center"/>
            <w:tcMar>
              <w:top w:w="110" w:type="dxa"/>
              <w:start w:w="140" w:type="dxa"/>
              <w:bottom w:w="110" w:type="dxa"/>
              <w:end w:w="140" w:type="dxa"/>
            </w:tcMar>
          </w:tcPr>
          <w:p>
            <w:pPr>
              <w:spacing w:after="0"/>
            </w:pPr>
            <w:r/>
            <w:r>
              <w:rPr>
                <w:rFonts w:ascii="Arial" w:hAnsi="Arial" w:eastAsia="Arial" w:cs="Arial"/>
                <w:b/>
                <w:color w:val="FFFFFF"/>
                <w:sz w:val="17"/>
              </w:rPr>
              <w:t>Information demandée</w:t>
            </w:r>
          </w:p>
        </w:tc>
        <w:tc>
          <w:tcPr>
            <w:tcW w:type="dxa" w:w="6552"/>
            <w:shd w:fill="061B2A"/>
            <w:vAlign w:val="center"/>
            <w:tcMar>
              <w:top w:w="110" w:type="dxa"/>
              <w:start w:w="140" w:type="dxa"/>
              <w:bottom w:w="110" w:type="dxa"/>
              <w:end w:w="140" w:type="dxa"/>
            </w:tcMar>
          </w:tcPr>
          <w:p>
            <w:pPr>
              <w:spacing w:after="0"/>
            </w:pPr>
            <w:r/>
            <w:r>
              <w:rPr>
                <w:rFonts w:ascii="Arial" w:hAnsi="Arial" w:eastAsia="Arial" w:cs="Arial"/>
                <w:b/>
                <w:color w:val="FFFFFF"/>
                <w:sz w:val="17"/>
              </w:rPr>
              <w:t>Réponse / notes</w:t>
            </w:r>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Dirigeants / mandataires / responsables autorisés</w:t>
            </w:r>
          </w:p>
        </w:tc>
        <w:tc>
          <w:tcPr>
            <w:tcW w:type="dxa" w:w="6552"/>
            <w:vAlign w:val="center"/>
            <w:tcMar>
              <w:top w:w="190" w:type="dxa"/>
              <w:start w:w="150" w:type="dxa"/>
              <w:bottom w:w="190" w:type="dxa"/>
              <w:end w:w="150" w:type="dxa"/>
            </w:tcMar>
          </w:tcPr>
          <w:p>
            <w:pPr>
              <w:spacing w:after="0"/>
            </w:pPr>
            <w:sdt>
              <w:sdtPr>
                <w:alias w:val="Dirigeants / mandataires / responsables autorisés"/>
                <w:tag w:val="olyvenra-kyc-kyb-information-form-fr_7_1_1_10"/>
                <w:id w:val="1214978645"/>
                <w:color w:val="B08A28"/>
                <w:appearance w:val="boundingBox"/>
                <w:text/>
              </w:sdtPr>
              <w:sdtContent>
                <w:r>
                  <w:rPr>
                    <w:color w:val="6D7D87"/>
                    <w:i/>
                    <w:sz w:val="18"/>
                  </w:rPr>
                  <w:t>Cliquez ou appuyez ici pour saisir une réponse.</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Structure de propriété</w:t>
            </w:r>
          </w:p>
        </w:tc>
        <w:tc>
          <w:tcPr>
            <w:tcW w:type="dxa" w:w="6552"/>
            <w:vAlign w:val="center"/>
            <w:tcMar>
              <w:top w:w="190" w:type="dxa"/>
              <w:start w:w="150" w:type="dxa"/>
              <w:bottom w:w="190" w:type="dxa"/>
              <w:end w:w="150" w:type="dxa"/>
            </w:tcMar>
          </w:tcPr>
          <w:p>
            <w:pPr>
              <w:spacing w:after="0"/>
            </w:pPr>
            <w:sdt>
              <w:sdtPr>
                <w:alias w:val="Structure de propriété"/>
                <w:tag w:val="olyvenra-kyc-kyb-information-form-fr_7_2_1_11"/>
                <w:id w:val="1388292283"/>
                <w:color w:val="B08A28"/>
                <w:appearance w:val="boundingBox"/>
                <w:text/>
              </w:sdtPr>
              <w:sdtContent>
                <w:r>
                  <w:rPr>
                    <w:color w:val="6D7D87"/>
                    <w:i/>
                    <w:sz w:val="18"/>
                  </w:rPr>
                  <w:t>Cliquez ou appuyez ici pour saisir une réponse.</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Bénéficiaires effectifs ultimes</w:t>
            </w:r>
          </w:p>
        </w:tc>
        <w:tc>
          <w:tcPr>
            <w:tcW w:type="dxa" w:w="6552"/>
            <w:vAlign w:val="center"/>
            <w:tcMar>
              <w:top w:w="190" w:type="dxa"/>
              <w:start w:w="150" w:type="dxa"/>
              <w:bottom w:w="190" w:type="dxa"/>
              <w:end w:w="150" w:type="dxa"/>
            </w:tcMar>
          </w:tcPr>
          <w:p>
            <w:pPr>
              <w:spacing w:after="0"/>
            </w:pPr>
            <w:sdt>
              <w:sdtPr>
                <w:alias w:val="Bénéficiaires effectifs ultimes"/>
                <w:tag w:val="olyvenra-kyc-kyb-information-form-fr_7_3_1_12"/>
                <w:id w:val="125419964"/>
                <w:color w:val="B08A28"/>
                <w:appearance w:val="boundingBox"/>
                <w:text/>
              </w:sdtPr>
              <w:sdtContent>
                <w:r>
                  <w:rPr>
                    <w:color w:val="6D7D87"/>
                    <w:i/>
                    <w:sz w:val="18"/>
                  </w:rPr>
                  <w:t>Cliquez ou appuyez ici pour saisir une réponse.</w:t>
                </w:r>
              </w:sdtContent>
            </w:sdt>
          </w:p>
        </w:tc>
      </w:tr>
    </w:tbl>
    <w:p>
      <w:pPr>
        <w:pStyle w:val="Heading1"/>
      </w:pPr>
      <w:r>
        <w:t>Conformité et risque</w:t>
      </w:r>
    </w:p>
    <w:tbl>
      <w:tblPr>
        <w:tblStyle w:val="TableGrid"/>
        <w:tblW w:type="auto" w:w="0"/>
        <w:jc w:val="center"/>
        <w:tblLook w:firstColumn="1" w:firstRow="1" w:lastColumn="0" w:lastRow="0" w:noHBand="0" w:noVBand="1" w:val="04A0"/>
        <w:tblCaption w:val="Questions du formulaire et champs de réponse"/>
        <w:tblDescription w:val="Questions du formulaire et champs de réponse"/>
      </w:tblPr>
      <w:tblGrid>
        <w:gridCol w:w="5061"/>
        <w:gridCol w:w="5061"/>
      </w:tblGrid>
      <w:tr>
        <w:trPr>
          <w:tblHeader/>
        </w:trPr>
        <w:tc>
          <w:tcPr>
            <w:tcW w:type="dxa" w:w="3384"/>
            <w:shd w:fill="061B2A"/>
            <w:vAlign w:val="center"/>
            <w:tcMar>
              <w:top w:w="110" w:type="dxa"/>
              <w:start w:w="140" w:type="dxa"/>
              <w:bottom w:w="110" w:type="dxa"/>
              <w:end w:w="140" w:type="dxa"/>
            </w:tcMar>
          </w:tcPr>
          <w:p>
            <w:pPr>
              <w:spacing w:after="0"/>
            </w:pPr>
            <w:r/>
            <w:r>
              <w:rPr>
                <w:rFonts w:ascii="Arial" w:hAnsi="Arial" w:eastAsia="Arial" w:cs="Arial"/>
                <w:b/>
                <w:color w:val="FFFFFF"/>
                <w:sz w:val="17"/>
              </w:rPr>
              <w:t>Information demandée</w:t>
            </w:r>
          </w:p>
        </w:tc>
        <w:tc>
          <w:tcPr>
            <w:tcW w:type="dxa" w:w="6552"/>
            <w:shd w:fill="061B2A"/>
            <w:vAlign w:val="center"/>
            <w:tcMar>
              <w:top w:w="110" w:type="dxa"/>
              <w:start w:w="140" w:type="dxa"/>
              <w:bottom w:w="110" w:type="dxa"/>
              <w:end w:w="140" w:type="dxa"/>
            </w:tcMar>
          </w:tcPr>
          <w:p>
            <w:pPr>
              <w:spacing w:after="0"/>
            </w:pPr>
            <w:r/>
            <w:r>
              <w:rPr>
                <w:rFonts w:ascii="Arial" w:hAnsi="Arial" w:eastAsia="Arial" w:cs="Arial"/>
                <w:b/>
                <w:color w:val="FFFFFF"/>
                <w:sz w:val="17"/>
              </w:rPr>
              <w:t>Réponse / notes</w:t>
            </w:r>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Exposition PPE, sanctions ou médias défavorables</w:t>
            </w:r>
          </w:p>
        </w:tc>
        <w:tc>
          <w:tcPr>
            <w:tcW w:type="dxa" w:w="6552"/>
            <w:vAlign w:val="center"/>
            <w:tcMar>
              <w:top w:w="190" w:type="dxa"/>
              <w:start w:w="150" w:type="dxa"/>
              <w:bottom w:w="190" w:type="dxa"/>
              <w:end w:w="150" w:type="dxa"/>
            </w:tcMar>
          </w:tcPr>
          <w:p>
            <w:pPr>
              <w:spacing w:after="0"/>
            </w:pPr>
            <w:sdt>
              <w:sdtPr>
                <w:alias w:val="Exposition PPE, sanctions ou médias défavorables"/>
                <w:tag w:val="olyvenra-kyc-kyb-information-form-fr_8_1_1_13"/>
                <w:id w:val="1882335300"/>
                <w:color w:val="B08A28"/>
                <w:appearance w:val="boundingBox"/>
                <w:text/>
              </w:sdtPr>
              <w:sdtContent>
                <w:r>
                  <w:rPr>
                    <w:color w:val="6D7D87"/>
                    <w:i/>
                    <w:sz w:val="18"/>
                  </w:rPr>
                  <w:t>Cliquez ou appuyez ici pour saisir une réponse.</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Exposition sanctions, parties restreintes ou risque élevé</w:t>
            </w:r>
          </w:p>
        </w:tc>
        <w:tc>
          <w:tcPr>
            <w:tcW w:type="dxa" w:w="6552"/>
            <w:vAlign w:val="center"/>
            <w:tcMar>
              <w:top w:w="190" w:type="dxa"/>
              <w:start w:w="150" w:type="dxa"/>
              <w:bottom w:w="190" w:type="dxa"/>
              <w:end w:w="150" w:type="dxa"/>
            </w:tcMar>
          </w:tcPr>
          <w:p>
            <w:pPr>
              <w:spacing w:after="0"/>
            </w:pPr>
            <w:sdt>
              <w:sdtPr>
                <w:alias w:val="Exposition sanctions, parties restreintes ou risque élevé"/>
                <w:tag w:val="olyvenra-kyc-kyb-information-form-fr_8_2_1_14"/>
                <w:id w:val="1050985575"/>
                <w:color w:val="B08A28"/>
                <w:appearance w:val="boundingBox"/>
                <w:text/>
              </w:sdtPr>
              <w:sdtContent>
                <w:r>
                  <w:rPr>
                    <w:color w:val="6D7D87"/>
                    <w:i/>
                    <w:sz w:val="18"/>
                  </w:rPr>
                  <w:t>Cliquez ou appuyez ici pour saisir une réponse.</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Biens / services réglementés, à double usage ou sensibles</w:t>
            </w:r>
          </w:p>
        </w:tc>
        <w:tc>
          <w:tcPr>
            <w:tcW w:type="dxa" w:w="6552"/>
            <w:vAlign w:val="center"/>
            <w:tcMar>
              <w:top w:w="190" w:type="dxa"/>
              <w:start w:w="150" w:type="dxa"/>
              <w:bottom w:w="190" w:type="dxa"/>
              <w:end w:w="150" w:type="dxa"/>
            </w:tcMar>
          </w:tcPr>
          <w:p>
            <w:pPr>
              <w:spacing w:after="0"/>
            </w:pPr>
            <w:sdt>
              <w:sdtPr>
                <w:alias w:val="Biens / services réglementés, à double usage ou sensibles"/>
                <w:tag w:val="olyvenra-kyc-kyb-information-form-fr_8_3_1_15"/>
                <w:id w:val="1027314597"/>
                <w:color w:val="B08A28"/>
                <w:appearance w:val="boundingBox"/>
                <w:text/>
              </w:sdtPr>
              <w:sdtContent>
                <w:r>
                  <w:rPr>
                    <w:color w:val="6D7D87"/>
                    <w:i/>
                    <w:sz w:val="18"/>
                  </w:rPr>
                  <w:t>Cliquez ou appuyez ici pour saisir une réponse.</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Pays bancaire et devise de paiement</w:t>
            </w:r>
          </w:p>
        </w:tc>
        <w:tc>
          <w:tcPr>
            <w:tcW w:type="dxa" w:w="6552"/>
            <w:vAlign w:val="center"/>
            <w:tcMar>
              <w:top w:w="190" w:type="dxa"/>
              <w:start w:w="150" w:type="dxa"/>
              <w:bottom w:w="190" w:type="dxa"/>
              <w:end w:w="150" w:type="dxa"/>
            </w:tcMar>
          </w:tcPr>
          <w:p>
            <w:pPr>
              <w:spacing w:after="0"/>
            </w:pPr>
            <w:sdt>
              <w:sdtPr>
                <w:alias w:val="Pays bancaire et devise de paiement"/>
                <w:tag w:val="olyvenra-kyc-kyb-information-form-fr_8_4_1_16"/>
                <w:id w:val="1870492631"/>
                <w:color w:val="B08A28"/>
                <w:appearance w:val="boundingBox"/>
                <w:text/>
              </w:sdtPr>
              <w:sdtContent>
                <w:r>
                  <w:rPr>
                    <w:color w:val="6D7D87"/>
                    <w:i/>
                    <w:sz w:val="18"/>
                  </w:rPr>
                  <w:t>Cliquez ou appuyez ici pour saisir une réponse.</w:t>
                </w:r>
              </w:sdtContent>
            </w:sdt>
          </w:p>
        </w:tc>
      </w:tr>
    </w:tbl>
    <w:p>
      <w:r>
        <w:br w:type="page"/>
      </w:r>
    </w:p>
    <w:p>
      <w:pPr>
        <w:pStyle w:val="Heading1"/>
      </w:pPr>
      <w:r>
        <w:t>Documents justificatifs</w:t>
      </w:r>
    </w:p>
    <w:tbl>
      <w:tblPr>
        <w:tblStyle w:val="TableGrid"/>
        <w:tblW w:type="auto" w:w="0"/>
        <w:jc w:val="center"/>
        <w:tblLook w:firstColumn="1" w:firstRow="1" w:lastColumn="0" w:lastRow="0" w:noHBand="0" w:noVBand="1" w:val="04A0"/>
        <w:tblCaption w:val="Questions du formulaire et champs de réponse"/>
        <w:tblDescription w:val="Questions du formulaire et champs de réponse"/>
      </w:tblPr>
      <w:tblGrid>
        <w:gridCol w:w="5061"/>
        <w:gridCol w:w="5061"/>
      </w:tblGrid>
      <w:tr>
        <w:trPr>
          <w:tblHeader/>
        </w:trPr>
        <w:tc>
          <w:tcPr>
            <w:tcW w:type="dxa" w:w="3384"/>
            <w:shd w:fill="061B2A"/>
            <w:vAlign w:val="center"/>
            <w:tcMar>
              <w:top w:w="110" w:type="dxa"/>
              <w:start w:w="140" w:type="dxa"/>
              <w:bottom w:w="110" w:type="dxa"/>
              <w:end w:w="140" w:type="dxa"/>
            </w:tcMar>
          </w:tcPr>
          <w:p>
            <w:pPr>
              <w:spacing w:after="0"/>
            </w:pPr>
            <w:r/>
            <w:r>
              <w:rPr>
                <w:rFonts w:ascii="Arial" w:hAnsi="Arial" w:eastAsia="Arial" w:cs="Arial"/>
                <w:b/>
                <w:color w:val="FFFFFF"/>
                <w:sz w:val="17"/>
              </w:rPr>
              <w:t>Information demandée</w:t>
            </w:r>
          </w:p>
        </w:tc>
        <w:tc>
          <w:tcPr>
            <w:tcW w:type="dxa" w:w="6552"/>
            <w:shd w:fill="061B2A"/>
            <w:vAlign w:val="center"/>
            <w:tcMar>
              <w:top w:w="110" w:type="dxa"/>
              <w:start w:w="140" w:type="dxa"/>
              <w:bottom w:w="110" w:type="dxa"/>
              <w:end w:w="140" w:type="dxa"/>
            </w:tcMar>
          </w:tcPr>
          <w:p>
            <w:pPr>
              <w:spacing w:after="0"/>
            </w:pPr>
            <w:r/>
            <w:r>
              <w:rPr>
                <w:rFonts w:ascii="Arial" w:hAnsi="Arial" w:eastAsia="Arial" w:cs="Arial"/>
                <w:b/>
                <w:color w:val="FFFFFF"/>
                <w:sz w:val="17"/>
              </w:rPr>
              <w:t>Réponse / notes</w:t>
            </w:r>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Certificat d'immatriculation / preuve d'enregistrement</w:t>
            </w:r>
          </w:p>
        </w:tc>
        <w:tc>
          <w:tcPr>
            <w:tcW w:type="dxa" w:w="6552"/>
            <w:vAlign w:val="center"/>
            <w:tcMar>
              <w:top w:w="190" w:type="dxa"/>
              <w:start w:w="150" w:type="dxa"/>
              <w:bottom w:w="190" w:type="dxa"/>
              <w:end w:w="150" w:type="dxa"/>
            </w:tcMar>
          </w:tcPr>
          <w:p>
            <w:pPr>
              <w:spacing w:after="0"/>
            </w:pPr>
            <w:sdt>
              <w:sdtPr>
                <w:alias w:val="Certificat d'immatriculation / preuve d'enregistrement"/>
                <w:tag w:val="olyvenra-kyc-kyb-information-form-fr_9_1_1_17"/>
                <w:id w:val="1751274484"/>
                <w:color w:val="B08A28"/>
                <w:appearance w:val="boundingBox"/>
                <w:text/>
              </w:sdtPr>
              <w:sdtContent>
                <w:r>
                  <w:rPr>
                    <w:color w:val="6D7D87"/>
                    <w:i/>
                    <w:sz w:val="18"/>
                  </w:rPr>
                  <w:t>Cliquez ou appuyez ici pour saisir une réponse.</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Profil d'entreprise / déclaration de capacités</w:t>
            </w:r>
          </w:p>
        </w:tc>
        <w:tc>
          <w:tcPr>
            <w:tcW w:type="dxa" w:w="6552"/>
            <w:vAlign w:val="center"/>
            <w:tcMar>
              <w:top w:w="190" w:type="dxa"/>
              <w:start w:w="150" w:type="dxa"/>
              <w:bottom w:w="190" w:type="dxa"/>
              <w:end w:w="150" w:type="dxa"/>
            </w:tcMar>
          </w:tcPr>
          <w:p>
            <w:pPr>
              <w:spacing w:after="0"/>
            </w:pPr>
            <w:sdt>
              <w:sdtPr>
                <w:alias w:val="Profil d'entreprise / déclaration de capacités"/>
                <w:tag w:val="olyvenra-kyc-kyb-information-form-fr_9_2_1_18"/>
                <w:id w:val="536606981"/>
                <w:color w:val="B08A28"/>
                <w:appearance w:val="boundingBox"/>
                <w:text/>
              </w:sdtPr>
              <w:sdtContent>
                <w:r>
                  <w:rPr>
                    <w:color w:val="6D7D87"/>
                    <w:i/>
                    <w:sz w:val="18"/>
                  </w:rPr>
                  <w:t>Cliquez ou appuyez ici pour saisir une réponse.</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Politiques, licences et certificats pertinents</w:t>
            </w:r>
          </w:p>
        </w:tc>
        <w:tc>
          <w:tcPr>
            <w:tcW w:type="dxa" w:w="6552"/>
            <w:vAlign w:val="center"/>
            <w:tcMar>
              <w:top w:w="190" w:type="dxa"/>
              <w:start w:w="150" w:type="dxa"/>
              <w:bottom w:w="190" w:type="dxa"/>
              <w:end w:w="150" w:type="dxa"/>
            </w:tcMar>
          </w:tcPr>
          <w:p>
            <w:pPr>
              <w:spacing w:after="0"/>
            </w:pPr>
            <w:sdt>
              <w:sdtPr>
                <w:alias w:val="Politiques, licences et certificats pertinents"/>
                <w:tag w:val="olyvenra-kyc-kyb-information-form-fr_9_3_1_19"/>
                <w:id w:val="1054490554"/>
                <w:color w:val="B08A28"/>
                <w:appearance w:val="boundingBox"/>
                <w:text/>
              </w:sdtPr>
              <w:sdtContent>
                <w:r>
                  <w:rPr>
                    <w:color w:val="6D7D87"/>
                    <w:i/>
                    <w:sz w:val="18"/>
                  </w:rPr>
                  <w:t>Cliquez ou appuyez ici pour saisir une réponse.</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Documents manquants ou questions ouvertes</w:t>
            </w:r>
          </w:p>
        </w:tc>
        <w:tc>
          <w:tcPr>
            <w:tcW w:type="dxa" w:w="6552"/>
            <w:vAlign w:val="center"/>
            <w:tcMar>
              <w:top w:w="190" w:type="dxa"/>
              <w:start w:w="150" w:type="dxa"/>
              <w:bottom w:w="190" w:type="dxa"/>
              <w:end w:w="150" w:type="dxa"/>
            </w:tcMar>
          </w:tcPr>
          <w:p>
            <w:pPr>
              <w:spacing w:after="0"/>
            </w:pPr>
            <w:sdt>
              <w:sdtPr>
                <w:alias w:val="Documents manquants ou questions ouvertes"/>
                <w:tag w:val="olyvenra-kyc-kyb-information-form-fr_9_4_1_20"/>
                <w:id w:val="756969242"/>
                <w:color w:val="B08A28"/>
                <w:appearance w:val="boundingBox"/>
                <w:text/>
              </w:sdtPr>
              <w:sdtContent>
                <w:r>
                  <w:rPr>
                    <w:color w:val="6D7D87"/>
                    <w:i/>
                    <w:sz w:val="18"/>
                  </w:rPr>
                  <w:t>Cliquez ou appuyez ici pour saisir une réponse.</w:t>
                </w:r>
              </w:sdtContent>
            </w:sdt>
          </w:p>
        </w:tc>
      </w:tr>
    </w:tbl>
    <w:p>
      <w:pPr>
        <w:pStyle w:val="Heading1"/>
      </w:pPr>
      <w:r>
        <w:t>Liste de contrôle avant envoi</w:t>
      </w:r>
    </w:p>
    <w:tbl>
      <w:tblPr>
        <w:tblStyle w:val="TableGrid"/>
        <w:tblW w:type="auto" w:w="0"/>
        <w:jc w:val="center"/>
        <w:tblLook w:firstColumn="1" w:firstRow="1" w:lastColumn="0" w:lastRow="0" w:noHBand="0" w:noVBand="1" w:val="04A0"/>
      </w:tblPr>
      <w:tblGrid>
        <w:gridCol w:w="5061"/>
        <w:gridCol w:w="5061"/>
      </w:tblGrid>
      <w:tr>
        <w:tc>
          <w:tcPr>
            <w:tcW w:type="dxa" w:w="1584"/>
            <w:shd w:fill="061B2A"/>
            <w:vAlign w:val="center"/>
            <w:tcMar>
              <w:top w:w="110" w:type="dxa"/>
              <w:start w:w="140" w:type="dxa"/>
              <w:bottom w:w="110" w:type="dxa"/>
              <w:end w:w="140" w:type="dxa"/>
            </w:tcMar>
          </w:tcPr>
          <w:p>
            <w:pPr>
              <w:spacing w:after="0"/>
            </w:pPr>
            <w:r/>
            <w:r>
              <w:rPr>
                <w:rFonts w:ascii="Arial" w:hAnsi="Arial" w:eastAsia="Arial" w:cs="Arial"/>
                <w:b/>
                <w:color w:val="FFFFFF"/>
                <w:sz w:val="17"/>
              </w:rPr>
              <w:t>Contrôle</w:t>
            </w:r>
          </w:p>
        </w:tc>
        <w:tc>
          <w:tcPr>
            <w:tcW w:type="dxa" w:w="8352"/>
            <w:shd w:fill="061B2A"/>
            <w:vAlign w:val="center"/>
            <w:tcMar>
              <w:top w:w="110" w:type="dxa"/>
              <w:start w:w="140" w:type="dxa"/>
              <w:bottom w:w="110" w:type="dxa"/>
              <w:end w:w="140" w:type="dxa"/>
            </w:tcMar>
          </w:tcPr>
          <w:p>
            <w:pPr>
              <w:spacing w:after="0"/>
            </w:pPr>
            <w:r/>
            <w:r>
              <w:rPr>
                <w:rFonts w:ascii="Arial" w:hAnsi="Arial" w:eastAsia="Arial" w:cs="Arial"/>
                <w:b/>
                <w:color w:val="FFFFFF"/>
                <w:sz w:val="17"/>
              </w:rPr>
              <w:t>Élément de revue</w:t>
            </w:r>
          </w:p>
        </w:tc>
      </w:tr>
      <w:tr>
        <w:tc>
          <w:tcPr>
            <w:tcW w:type="dxa" w:w="1584"/>
            <w:vAlign w:val="center"/>
            <w:tcMar>
              <w:top w:w="150" w:type="dxa"/>
              <w:start w:w="150" w:type="dxa"/>
              <w:bottom w:w="150" w:type="dxa"/>
              <w:end w:w="150" w:type="dxa"/>
            </w:tcMar>
          </w:tcPr>
          <w:p>
            <w:pPr>
              <w:spacing w:after="0"/>
            </w:pPr>
            <w:r/>
            <w:r>
              <w:rPr>
                <w:rFonts w:ascii="Arial" w:hAnsi="Arial" w:eastAsia="Arial" w:cs="Arial"/>
                <w:b w:val="0"/>
                <w:color w:val="102334"/>
                <w:sz w:val="18"/>
              </w:rPr>
            </w:r>
          </w:p>
        </w:tc>
        <w:tc>
          <w:tcPr>
            <w:tcW w:type="dxa" w:w="8352"/>
            <w:shd w:fill="FBFCFD"/>
            <w:vAlign w:val="center"/>
            <w:tcMar>
              <w:top w:w="150" w:type="dxa"/>
              <w:start w:w="150" w:type="dxa"/>
              <w:bottom w:w="150" w:type="dxa"/>
              <w:end w:w="150" w:type="dxa"/>
            </w:tcMar>
          </w:tcPr>
          <w:p>
            <w:pPr>
              <w:spacing w:after="0"/>
            </w:pPr>
            <w:r/>
            <w:r>
              <w:rPr>
                <w:rFonts w:ascii="Arial" w:hAnsi="Arial" w:eastAsia="Arial" w:cs="Arial"/>
                <w:b w:val="0"/>
                <w:color w:val="102334"/>
                <w:sz w:val="17"/>
              </w:rPr>
              <w:t>La dénomination, les informations d'immatriculation et l'autorité de contact sont complètes.</w:t>
            </w:r>
          </w:p>
        </w:tc>
      </w:tr>
      <w:tr>
        <w:tc>
          <w:tcPr>
            <w:tcW w:type="dxa" w:w="1584"/>
            <w:vAlign w:val="center"/>
            <w:tcMar>
              <w:top w:w="150" w:type="dxa"/>
              <w:start w:w="150" w:type="dxa"/>
              <w:bottom w:w="150" w:type="dxa"/>
              <w:end w:w="150" w:type="dxa"/>
            </w:tcMar>
          </w:tcPr>
          <w:p>
            <w:pPr>
              <w:spacing w:after="0"/>
            </w:pPr>
            <w:r/>
            <w:r>
              <w:rPr>
                <w:rFonts w:ascii="Arial" w:hAnsi="Arial" w:eastAsia="Arial" w:cs="Arial"/>
                <w:b w:val="0"/>
                <w:color w:val="102334"/>
                <w:sz w:val="18"/>
              </w:rPr>
            </w:r>
          </w:p>
        </w:tc>
        <w:tc>
          <w:tcPr>
            <w:tcW w:type="dxa" w:w="8352"/>
            <w:shd w:fill="FBFCFD"/>
            <w:vAlign w:val="center"/>
            <w:tcMar>
              <w:top w:w="150" w:type="dxa"/>
              <w:start w:w="150" w:type="dxa"/>
              <w:bottom w:w="150" w:type="dxa"/>
              <w:end w:w="150" w:type="dxa"/>
            </w:tcMar>
          </w:tcPr>
          <w:p>
            <w:pPr>
              <w:spacing w:after="0"/>
            </w:pPr>
            <w:r/>
            <w:r>
              <w:rPr>
                <w:rFonts w:ascii="Arial" w:hAnsi="Arial" w:eastAsia="Arial" w:cs="Arial"/>
                <w:b w:val="0"/>
                <w:color w:val="102334"/>
                <w:sz w:val="17"/>
              </w:rPr>
              <w:t>Le besoin commercial ou la demande de coopération est spécifique et praticable.</w:t>
            </w:r>
          </w:p>
        </w:tc>
      </w:tr>
      <w:tr>
        <w:tc>
          <w:tcPr>
            <w:tcW w:type="dxa" w:w="1584"/>
            <w:vAlign w:val="center"/>
            <w:tcMar>
              <w:top w:w="150" w:type="dxa"/>
              <w:start w:w="150" w:type="dxa"/>
              <w:bottom w:w="150" w:type="dxa"/>
              <w:end w:w="150" w:type="dxa"/>
            </w:tcMar>
          </w:tcPr>
          <w:p>
            <w:pPr>
              <w:spacing w:after="0"/>
            </w:pPr>
            <w:r/>
            <w:r>
              <w:rPr>
                <w:rFonts w:ascii="Arial" w:hAnsi="Arial" w:eastAsia="Arial" w:cs="Arial"/>
                <w:b w:val="0"/>
                <w:color w:val="102334"/>
                <w:sz w:val="18"/>
              </w:rPr>
            </w:r>
          </w:p>
        </w:tc>
        <w:tc>
          <w:tcPr>
            <w:tcW w:type="dxa" w:w="8352"/>
            <w:shd w:fill="FBFCFD"/>
            <w:vAlign w:val="center"/>
            <w:tcMar>
              <w:top w:w="150" w:type="dxa"/>
              <w:start w:w="150" w:type="dxa"/>
              <w:bottom w:w="150" w:type="dxa"/>
              <w:end w:w="150" w:type="dxa"/>
            </w:tcMar>
          </w:tcPr>
          <w:p>
            <w:pPr>
              <w:spacing w:after="0"/>
            </w:pPr>
            <w:r/>
            <w:r>
              <w:rPr>
                <w:rFonts w:ascii="Arial" w:hAnsi="Arial" w:eastAsia="Arial" w:cs="Arial"/>
                <w:b w:val="0"/>
                <w:color w:val="102334"/>
                <w:sz w:val="17"/>
              </w:rPr>
              <w:t>Toute sensibilité réglementaire, double usage, sanctions, sécurité produit ou confidentialité est déclarée.</w:t>
            </w:r>
          </w:p>
        </w:tc>
      </w:tr>
      <w:tr>
        <w:tc>
          <w:tcPr>
            <w:tcW w:type="dxa" w:w="1584"/>
            <w:vAlign w:val="center"/>
            <w:tcMar>
              <w:top w:w="150" w:type="dxa"/>
              <w:start w:w="150" w:type="dxa"/>
              <w:bottom w:w="150" w:type="dxa"/>
              <w:end w:w="150" w:type="dxa"/>
            </w:tcMar>
          </w:tcPr>
          <w:p>
            <w:pPr>
              <w:spacing w:after="0"/>
            </w:pPr>
            <w:r/>
            <w:r>
              <w:rPr>
                <w:rFonts w:ascii="Arial" w:hAnsi="Arial" w:eastAsia="Arial" w:cs="Arial"/>
                <w:b w:val="0"/>
                <w:color w:val="102334"/>
                <w:sz w:val="18"/>
              </w:rPr>
            </w:r>
          </w:p>
        </w:tc>
        <w:tc>
          <w:tcPr>
            <w:tcW w:type="dxa" w:w="8352"/>
            <w:shd w:fill="FBFCFD"/>
            <w:vAlign w:val="center"/>
            <w:tcMar>
              <w:top w:w="150" w:type="dxa"/>
              <w:start w:w="150" w:type="dxa"/>
              <w:bottom w:w="150" w:type="dxa"/>
              <w:end w:w="150" w:type="dxa"/>
            </w:tcMar>
          </w:tcPr>
          <w:p>
            <w:pPr>
              <w:spacing w:after="0"/>
            </w:pPr>
            <w:r/>
            <w:r>
              <w:rPr>
                <w:rFonts w:ascii="Arial" w:hAnsi="Arial" w:eastAsia="Arial" w:cs="Arial"/>
                <w:b w:val="0"/>
                <w:color w:val="102334"/>
                <w:sz w:val="17"/>
              </w:rPr>
              <w:t>Les justificatifs sont disponibles ou clairement identifiés comme en attente.</w:t>
            </w:r>
          </w:p>
        </w:tc>
      </w:tr>
    </w:tbl>
    <w:p>
      <w:pPr>
        <w:pStyle w:val="Heading1"/>
      </w:pPr>
      <w:r>
        <w:t>Critères de revue OLYVENRA</w:t>
      </w:r>
    </w:p>
    <w:tbl>
      <w:tblPr>
        <w:tblStyle w:val="TableGrid"/>
        <w:tblW w:type="auto" w:w="0"/>
        <w:jc w:val="center"/>
        <w:tblLook w:firstColumn="1" w:firstRow="1" w:lastColumn="0" w:lastRow="0" w:noHBand="0" w:noVBand="1" w:val="04A0"/>
      </w:tblPr>
      <w:tblGrid>
        <w:gridCol w:w="5061"/>
        <w:gridCol w:w="5061"/>
      </w:tblGrid>
      <w:tr>
        <w:tc>
          <w:tcPr>
            <w:tcW w:type="dxa" w:w="1584"/>
            <w:shd w:fill="061B2A"/>
            <w:vAlign w:val="center"/>
            <w:tcMar>
              <w:top w:w="110" w:type="dxa"/>
              <w:start w:w="140" w:type="dxa"/>
              <w:bottom w:w="110" w:type="dxa"/>
              <w:end w:w="140" w:type="dxa"/>
            </w:tcMar>
          </w:tcPr>
          <w:p>
            <w:pPr>
              <w:spacing w:after="0"/>
            </w:pPr>
            <w:r/>
            <w:r>
              <w:rPr>
                <w:rFonts w:ascii="Arial" w:hAnsi="Arial" w:eastAsia="Arial" w:cs="Arial"/>
                <w:b/>
                <w:color w:val="FFFFFF"/>
                <w:sz w:val="17"/>
              </w:rPr>
              <w:t>Contrôle</w:t>
            </w:r>
          </w:p>
        </w:tc>
        <w:tc>
          <w:tcPr>
            <w:tcW w:type="dxa" w:w="8352"/>
            <w:shd w:fill="061B2A"/>
            <w:vAlign w:val="center"/>
            <w:tcMar>
              <w:top w:w="110" w:type="dxa"/>
              <w:start w:w="140" w:type="dxa"/>
              <w:bottom w:w="110" w:type="dxa"/>
              <w:end w:w="140" w:type="dxa"/>
            </w:tcMar>
          </w:tcPr>
          <w:p>
            <w:pPr>
              <w:spacing w:after="0"/>
            </w:pPr>
            <w:r/>
            <w:r>
              <w:rPr>
                <w:rFonts w:ascii="Arial" w:hAnsi="Arial" w:eastAsia="Arial" w:cs="Arial"/>
                <w:b/>
                <w:color w:val="FFFFFF"/>
                <w:sz w:val="17"/>
              </w:rPr>
              <w:t>Élément de revue</w:t>
            </w:r>
          </w:p>
        </w:tc>
      </w:tr>
      <w:tr>
        <w:tc>
          <w:tcPr>
            <w:tcW w:type="dxa" w:w="1584"/>
            <w:vAlign w:val="center"/>
            <w:tcMar>
              <w:top w:w="150" w:type="dxa"/>
              <w:start w:w="150" w:type="dxa"/>
              <w:bottom w:w="150" w:type="dxa"/>
              <w:end w:w="150" w:type="dxa"/>
            </w:tcMar>
          </w:tcPr>
          <w:p>
            <w:pPr>
              <w:spacing w:after="0"/>
            </w:pPr>
            <w:r/>
            <w:r>
              <w:rPr>
                <w:rFonts w:ascii="Arial" w:hAnsi="Arial" w:eastAsia="Arial" w:cs="Arial"/>
                <w:b w:val="0"/>
                <w:color w:val="102334"/>
                <w:sz w:val="18"/>
              </w:rPr>
            </w:r>
          </w:p>
        </w:tc>
        <w:tc>
          <w:tcPr>
            <w:tcW w:type="dxa" w:w="8352"/>
            <w:shd w:fill="FBFCFD"/>
            <w:vAlign w:val="center"/>
            <w:tcMar>
              <w:top w:w="150" w:type="dxa"/>
              <w:start w:w="150" w:type="dxa"/>
              <w:bottom w:w="150" w:type="dxa"/>
              <w:end w:w="150" w:type="dxa"/>
            </w:tcMar>
          </w:tcPr>
          <w:p>
            <w:pPr>
              <w:spacing w:after="0"/>
            </w:pPr>
            <w:r/>
            <w:r>
              <w:rPr>
                <w:rFonts w:ascii="Arial" w:hAnsi="Arial" w:eastAsia="Arial" w:cs="Arial"/>
                <w:b w:val="0"/>
                <w:color w:val="102334"/>
                <w:sz w:val="17"/>
              </w:rPr>
              <w:t>Objet licite et base commerciale crédible.</w:t>
            </w:r>
          </w:p>
        </w:tc>
      </w:tr>
      <w:tr>
        <w:tc>
          <w:tcPr>
            <w:tcW w:type="dxa" w:w="1584"/>
            <w:vAlign w:val="center"/>
            <w:tcMar>
              <w:top w:w="150" w:type="dxa"/>
              <w:start w:w="150" w:type="dxa"/>
              <w:bottom w:w="150" w:type="dxa"/>
              <w:end w:w="150" w:type="dxa"/>
            </w:tcMar>
          </w:tcPr>
          <w:p>
            <w:pPr>
              <w:spacing w:after="0"/>
            </w:pPr>
            <w:r/>
            <w:r>
              <w:rPr>
                <w:rFonts w:ascii="Arial" w:hAnsi="Arial" w:eastAsia="Arial" w:cs="Arial"/>
                <w:b w:val="0"/>
                <w:color w:val="102334"/>
                <w:sz w:val="18"/>
              </w:rPr>
            </w:r>
          </w:p>
        </w:tc>
        <w:tc>
          <w:tcPr>
            <w:tcW w:type="dxa" w:w="8352"/>
            <w:shd w:fill="FBFCFD"/>
            <w:vAlign w:val="center"/>
            <w:tcMar>
              <w:top w:w="150" w:type="dxa"/>
              <w:start w:w="150" w:type="dxa"/>
              <w:bottom w:w="150" w:type="dxa"/>
              <w:end w:w="150" w:type="dxa"/>
            </w:tcMar>
          </w:tcPr>
          <w:p>
            <w:pPr>
              <w:spacing w:after="0"/>
            </w:pPr>
            <w:r/>
            <w:r>
              <w:rPr>
                <w:rFonts w:ascii="Arial" w:hAnsi="Arial" w:eastAsia="Arial" w:cs="Arial"/>
                <w:b w:val="0"/>
                <w:color w:val="102334"/>
                <w:sz w:val="17"/>
              </w:rPr>
              <w:t>Rôle attendu d'OLYVENRA clairement défini.</w:t>
            </w:r>
          </w:p>
        </w:tc>
      </w:tr>
      <w:tr>
        <w:tc>
          <w:tcPr>
            <w:tcW w:type="dxa" w:w="1584"/>
            <w:vAlign w:val="center"/>
            <w:tcMar>
              <w:top w:w="150" w:type="dxa"/>
              <w:start w:w="150" w:type="dxa"/>
              <w:bottom w:w="150" w:type="dxa"/>
              <w:end w:w="150" w:type="dxa"/>
            </w:tcMar>
          </w:tcPr>
          <w:p>
            <w:pPr>
              <w:spacing w:after="0"/>
            </w:pPr>
            <w:r/>
            <w:r>
              <w:rPr>
                <w:rFonts w:ascii="Arial" w:hAnsi="Arial" w:eastAsia="Arial" w:cs="Arial"/>
                <w:b w:val="0"/>
                <w:color w:val="102334"/>
                <w:sz w:val="18"/>
              </w:rPr>
            </w:r>
          </w:p>
        </w:tc>
        <w:tc>
          <w:tcPr>
            <w:tcW w:type="dxa" w:w="8352"/>
            <w:shd w:fill="FBFCFD"/>
            <w:vAlign w:val="center"/>
            <w:tcMar>
              <w:top w:w="150" w:type="dxa"/>
              <w:start w:w="150" w:type="dxa"/>
              <w:bottom w:w="150" w:type="dxa"/>
              <w:end w:w="150" w:type="dxa"/>
            </w:tcMar>
          </w:tcPr>
          <w:p>
            <w:pPr>
              <w:spacing w:after="0"/>
            </w:pPr>
            <w:r/>
            <w:r>
              <w:rPr>
                <w:rFonts w:ascii="Arial" w:hAnsi="Arial" w:eastAsia="Arial" w:cs="Arial"/>
                <w:b w:val="0"/>
                <w:color w:val="102334"/>
                <w:sz w:val="17"/>
              </w:rPr>
              <w:t>Identité, propriété et fiabilité de communication de la contrepartie.</w:t>
            </w:r>
          </w:p>
        </w:tc>
      </w:tr>
      <w:tr>
        <w:tc>
          <w:tcPr>
            <w:tcW w:type="dxa" w:w="1584"/>
            <w:vAlign w:val="center"/>
            <w:tcMar>
              <w:top w:w="150" w:type="dxa"/>
              <w:start w:w="150" w:type="dxa"/>
              <w:bottom w:w="150" w:type="dxa"/>
              <w:end w:w="150" w:type="dxa"/>
            </w:tcMar>
          </w:tcPr>
          <w:p>
            <w:pPr>
              <w:spacing w:after="0"/>
            </w:pPr>
            <w:r/>
            <w:r>
              <w:rPr>
                <w:rFonts w:ascii="Arial" w:hAnsi="Arial" w:eastAsia="Arial" w:cs="Arial"/>
                <w:b w:val="0"/>
                <w:color w:val="102334"/>
                <w:sz w:val="18"/>
              </w:rPr>
            </w:r>
          </w:p>
        </w:tc>
        <w:tc>
          <w:tcPr>
            <w:tcW w:type="dxa" w:w="8352"/>
            <w:shd w:fill="FBFCFD"/>
            <w:vAlign w:val="center"/>
            <w:tcMar>
              <w:top w:w="150" w:type="dxa"/>
              <w:start w:w="150" w:type="dxa"/>
              <w:bottom w:w="150" w:type="dxa"/>
              <w:end w:w="150" w:type="dxa"/>
            </w:tcMar>
          </w:tcPr>
          <w:p>
            <w:pPr>
              <w:spacing w:after="0"/>
            </w:pPr>
            <w:r/>
            <w:r>
              <w:rPr>
                <w:rFonts w:ascii="Arial" w:hAnsi="Arial" w:eastAsia="Arial" w:cs="Arial"/>
                <w:b w:val="0"/>
                <w:color w:val="102334"/>
                <w:sz w:val="17"/>
              </w:rPr>
              <w:t>Niveau d'accès documentaire adapté au stade de la demande.</w:t>
            </w:r>
          </w:p>
        </w:tc>
      </w:tr>
    </w:tbl>
    <w:p>
      <w:pPr>
        <w:pStyle w:val="Heading1"/>
      </w:pPr>
      <w:r>
        <w:t>Déclaration et autorité</w:t>
      </w:r>
    </w:p>
    <w:p>
      <w:r>
        <w:rPr>
          <w:rFonts w:ascii="Arial" w:hAnsi="Arial" w:eastAsia="Arial" w:cs="Arial"/>
          <w:color w:val="102334"/>
          <w:sz w:val="19"/>
        </w:rPr>
        <w:t>La partie soumettant le formulaire confirme que les informations fournies sont exactes au mieux de sa connaissance, qu'elle est autorisée à soumettre ce formulaire et qu'elle informera OLYVENRA de tout changement matériel.</w:t>
      </w:r>
    </w:p>
    <w:tbl>
      <w:tblPr>
        <w:tblStyle w:val="TableGrid"/>
        <w:tblW w:type="auto" w:w="0"/>
        <w:jc w:val="center"/>
        <w:tblLook w:firstColumn="1" w:firstRow="1" w:lastColumn="0" w:lastRow="0" w:noHBand="0" w:noVBand="1" w:val="04A0"/>
      </w:tblPr>
      <w:tblGrid>
        <w:gridCol w:w="2531"/>
        <w:gridCol w:w="2531"/>
        <w:gridCol w:w="2531"/>
        <w:gridCol w:w="2531"/>
      </w:tblGrid>
      <w:tr>
        <w:tc>
          <w:tcPr>
            <w:tcW w:type="dxa" w:w="1800"/>
            <w:shd w:fill="F3F6F8"/>
            <w:vAlign w:val="center"/>
            <w:tcMar>
              <w:top w:w="110" w:type="dxa"/>
              <w:start w:w="140" w:type="dxa"/>
              <w:bottom w:w="110" w:type="dxa"/>
              <w:end w:w="140" w:type="dxa"/>
            </w:tcMar>
          </w:tcPr>
          <w:p>
            <w:pPr>
              <w:spacing w:after="0"/>
            </w:pPr>
            <w:r/>
            <w:r>
              <w:rPr>
                <w:rFonts w:ascii="Arial" w:hAnsi="Arial" w:eastAsia="Arial" w:cs="Arial"/>
                <w:b/>
                <w:color w:val="D7B243"/>
                <w:sz w:val="17"/>
              </w:rPr>
              <w:t>Nom</w:t>
            </w:r>
          </w:p>
        </w:tc>
        <w:tc>
          <w:tcPr>
            <w:tcW w:type="dxa" w:w="2952"/>
            <w:vAlign w:val="center"/>
            <w:tcMar>
              <w:top w:w="110" w:type="dxa"/>
              <w:start w:w="140" w:type="dxa"/>
              <w:bottom w:w="110" w:type="dxa"/>
              <w:end w:w="140" w:type="dxa"/>
            </w:tcMar>
          </w:tcPr>
          <w:p>
            <w:pPr>
              <w:spacing w:after="0"/>
            </w:pPr>
            <w:sdt>
              <w:sdtPr>
                <w:alias w:val="Nom"/>
                <w:tag w:val="olyvenra-kyc-kyb-information-form-fr_sign_12_0_1_21"/>
                <w:id w:val="423168694"/>
                <w:color w:val="B08A28"/>
                <w:appearance w:val="boundingBox"/>
                <w:text/>
              </w:sdtPr>
              <w:sdtContent>
                <w:r>
                  <w:rPr>
                    <w:color w:val="6D7D87"/>
                    <w:i/>
                    <w:sz w:val="18"/>
                  </w:rPr>
                  <w:t>Saisissez le nom / signez selon le cas.</w:t>
                </w:r>
              </w:sdtContent>
            </w:sdt>
          </w:p>
        </w:tc>
        <w:tc>
          <w:tcPr>
            <w:tcW w:type="dxa" w:w="1800"/>
            <w:shd w:fill="F3F6F8"/>
            <w:vAlign w:val="center"/>
            <w:tcMar>
              <w:top w:w="110" w:type="dxa"/>
              <w:start w:w="140" w:type="dxa"/>
              <w:bottom w:w="110" w:type="dxa"/>
              <w:end w:w="140" w:type="dxa"/>
            </w:tcMar>
          </w:tcPr>
          <w:p>
            <w:pPr>
              <w:spacing w:after="0"/>
            </w:pPr>
            <w:r/>
            <w:r>
              <w:rPr>
                <w:rFonts w:ascii="Arial" w:hAnsi="Arial" w:eastAsia="Arial" w:cs="Arial"/>
                <w:b/>
                <w:color w:val="D7B243"/>
                <w:sz w:val="17"/>
              </w:rPr>
              <w:t>Fonction / capacité</w:t>
            </w:r>
          </w:p>
        </w:tc>
        <w:tc>
          <w:tcPr>
            <w:tcW w:type="dxa" w:w="2952"/>
            <w:vAlign w:val="center"/>
            <w:tcMar>
              <w:top w:w="110" w:type="dxa"/>
              <w:start w:w="140" w:type="dxa"/>
              <w:bottom w:w="110" w:type="dxa"/>
              <w:end w:w="140" w:type="dxa"/>
            </w:tcMar>
          </w:tcPr>
          <w:p>
            <w:pPr>
              <w:spacing w:after="0"/>
            </w:pPr>
            <w:sdt>
              <w:sdtPr>
                <w:alias w:val="Fonction / capacité"/>
                <w:tag w:val="olyvenra-kyc-kyb-information-form-fr_sign_12_0_3_22"/>
                <w:id w:val="372272960"/>
                <w:color w:val="B08A28"/>
                <w:appearance w:val="boundingBox"/>
                <w:text/>
              </w:sdtPr>
              <w:sdtContent>
                <w:r>
                  <w:rPr>
                    <w:color w:val="6D7D87"/>
                    <w:i/>
                    <w:sz w:val="18"/>
                  </w:rPr>
                  <w:t>Saisissez le nom / signez selon le cas.</w:t>
                </w:r>
              </w:sdtContent>
            </w:sdt>
          </w:p>
        </w:tc>
      </w:tr>
      <w:tr>
        <w:tc>
          <w:tcPr>
            <w:tcW w:type="dxa" w:w="1800"/>
            <w:shd w:fill="F3F6F8"/>
            <w:vAlign w:val="center"/>
            <w:tcMar>
              <w:top w:w="110" w:type="dxa"/>
              <w:start w:w="140" w:type="dxa"/>
              <w:bottom w:w="110" w:type="dxa"/>
              <w:end w:w="140" w:type="dxa"/>
            </w:tcMar>
          </w:tcPr>
          <w:p>
            <w:pPr>
              <w:spacing w:after="0"/>
            </w:pPr>
            <w:r/>
            <w:r>
              <w:rPr>
                <w:rFonts w:ascii="Arial" w:hAnsi="Arial" w:eastAsia="Arial" w:cs="Arial"/>
                <w:b/>
                <w:color w:val="D7B243"/>
                <w:sz w:val="17"/>
              </w:rPr>
              <w:t>Signature</w:t>
            </w:r>
          </w:p>
        </w:tc>
        <w:tc>
          <w:tcPr>
            <w:tcW w:type="dxa" w:w="2952"/>
            <w:vAlign w:val="center"/>
            <w:tcMar>
              <w:top w:w="110" w:type="dxa"/>
              <w:start w:w="140" w:type="dxa"/>
              <w:bottom w:w="110" w:type="dxa"/>
              <w:end w:w="140" w:type="dxa"/>
            </w:tcMar>
          </w:tcPr>
          <w:p>
            <w:pPr>
              <w:spacing w:after="0"/>
            </w:pPr>
            <w:sdt>
              <w:sdtPr>
                <w:alias w:val="Signature"/>
                <w:tag w:val="olyvenra-kyc-kyb-information-form-fr_sign_12_1_1_23"/>
                <w:id w:val="1388570182"/>
                <w:color w:val="B08A28"/>
                <w:appearance w:val="boundingBox"/>
                <w:text/>
              </w:sdtPr>
              <w:sdtContent>
                <w:r>
                  <w:rPr>
                    <w:color w:val="6D7D87"/>
                    <w:i/>
                    <w:sz w:val="18"/>
                  </w:rPr>
                  <w:t>Saisissez le nom / signez selon le cas.</w:t>
                </w:r>
              </w:sdtContent>
            </w:sdt>
          </w:p>
        </w:tc>
        <w:tc>
          <w:tcPr>
            <w:tcW w:type="dxa" w:w="1800"/>
            <w:shd w:fill="F3F6F8"/>
            <w:vAlign w:val="center"/>
            <w:tcMar>
              <w:top w:w="110" w:type="dxa"/>
              <w:start w:w="140" w:type="dxa"/>
              <w:bottom w:w="110" w:type="dxa"/>
              <w:end w:w="140" w:type="dxa"/>
            </w:tcMar>
          </w:tcPr>
          <w:p>
            <w:pPr>
              <w:spacing w:after="0"/>
            </w:pPr>
            <w:r/>
            <w:r>
              <w:rPr>
                <w:rFonts w:ascii="Arial" w:hAnsi="Arial" w:eastAsia="Arial" w:cs="Arial"/>
                <w:b/>
                <w:color w:val="D7B243"/>
                <w:sz w:val="17"/>
              </w:rPr>
              <w:t>Date</w:t>
            </w:r>
          </w:p>
        </w:tc>
        <w:tc>
          <w:tcPr>
            <w:tcW w:type="dxa" w:w="2952"/>
            <w:vAlign w:val="center"/>
            <w:tcMar>
              <w:top w:w="110" w:type="dxa"/>
              <w:start w:w="140" w:type="dxa"/>
              <w:bottom w:w="110" w:type="dxa"/>
              <w:end w:w="140" w:type="dxa"/>
            </w:tcMar>
          </w:tcPr>
          <w:p>
            <w:pPr>
              <w:spacing w:after="0"/>
            </w:pPr>
            <w:sdt>
              <w:sdtPr>
                <w:alias w:val="Date"/>
                <w:tag w:val="olyvenra-kyc-kyb-information-form-fr_sign_12_1_3_24"/>
                <w:id w:val="227907581"/>
                <w:color w:val="B08A28"/>
                <w:appearance w:val="boundingBox"/>
                <w:text/>
              </w:sdtPr>
              <w:sdtContent>
                <w:r>
                  <w:rPr>
                    <w:color w:val="6D7D87"/>
                    <w:i/>
                    <w:sz w:val="18"/>
                  </w:rPr>
                  <w:t>Saisissez le nom / signez selon le cas.</w:t>
                </w:r>
              </w:sdtContent>
            </w:sdt>
          </w:p>
        </w:tc>
      </w:tr>
    </w:tbl>
    <w:p>
      <w:pPr>
        <w:pStyle w:val="Heading2"/>
      </w:pPr>
      <w:r>
        <w:t>Notes de revue OLYVENRA</w:t>
      </w:r>
    </w:p>
    <w:tbl>
      <w:tblPr>
        <w:tblStyle w:val="TableGrid"/>
        <w:tblW w:type="auto" w:w="0"/>
        <w:tblLook w:firstColumn="1" w:firstRow="1" w:lastColumn="0" w:lastRow="0" w:noHBand="0" w:noVBand="1" w:val="04A0"/>
      </w:tblPr>
      <w:tblGrid>
        <w:gridCol w:w="10123"/>
      </w:tblGrid>
      <w:tr>
        <w:tc>
          <w:tcPr>
            <w:tcW w:type="dxa" w:w="9936"/>
            <w:vAlign w:val="center"/>
            <w:tcMar>
              <w:top w:w="420" w:type="dxa"/>
              <w:start w:w="140" w:type="dxa"/>
              <w:bottom w:w="420" w:type="dxa"/>
              <w:end w:w="140" w:type="dxa"/>
            </w:tcMar>
          </w:tcPr>
          <w:p>
            <w:pPr>
              <w:spacing w:after="0"/>
            </w:pPr>
            <w:sdt>
              <w:sdtPr>
                <w:alias w:val="Réservé à l'examen par OLYVENRA."/>
                <w:tag w:val="olyvenra-kyc-kyb-information-form-fr_review_notes_25"/>
                <w:id w:val="132825875"/>
                <w:color w:val="B08A28"/>
                <w:appearance w:val="boundingBox"/>
                <w:text/>
              </w:sdtPr>
              <w:sdtContent>
                <w:r>
                  <w:rPr>
                    <w:color w:val="6D7D87"/>
                    <w:i/>
                    <w:sz w:val="18"/>
                  </w:rPr>
                  <w:t>Réservé à l'examen par OLYVENRA.</w:t>
                </w:r>
              </w:sdtContent>
            </w:sdt>
          </w:p>
        </w:tc>
      </w:tr>
    </w:tbl>
    <w:sectPr w:rsidR="00FC693F" w:rsidRPr="0006063C" w:rsidSect="00034616">
      <w:headerReference w:type="default" r:id="rId9"/>
      <w:footerReference w:type="default" r:id="rId10"/>
      <w:headerReference w:type="first" r:id="rId13"/>
      <w:headerReference w:type="even" r:id="rId14"/>
      <w:footerReference w:type="first" r:id="rId15"/>
      <w:footerReference w:type="even" r:id="rId16"/>
      <w:pgSz w:w="11909" w:h="16834"/>
      <w:pgMar w:top="835" w:right="893" w:bottom="835" w:left="893" w:header="403" w:footer="403"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eastAsia="Arial" w:cs="Arial"/>
        <w:color w:val="526577"/>
        <w:sz w:val="13"/>
      </w:rPr>
      <w:t>Contrôle documentaire : version actuelle sur olyvenra.com. Toute modification non autorisée ou redistribution trompeuse est interdite.</w:t>
    </w:r>
  </w:p>
  <w:p>
    <w:pPr>
      <w:jc w:val="center"/>
    </w:pPr>
    <w:r>
      <w:rPr>
        <w:rFonts w:ascii="Arial" w:hAnsi="Arial" w:eastAsia="Arial" w:cs="Arial"/>
        <w:color w:val="526577"/>
        <w:sz w:val="14"/>
      </w:rPr>
      <w:t>OLYVENRA LTD | 71-75 Shelton Street, Covent Garden, London WC2H 9JQ | info@olyvenra.com</w:t>
    </w:r>
  </w:p>
  <w:p>
    <w:pPr>
      <w:jc w:val="center"/>
    </w:pPr>
    <w:r>
      <w:rPr>
        <w:rFonts w:ascii="Arial" w:hAnsi="Arial" w:eastAsia="Arial" w:cs="Arial"/>
        <w:color w:val="526577"/>
        <w:sz w:val="13"/>
      </w:rPr>
      <w:t>N° société 17227691 | UEI SAM.gov PJL9G1GFZA24 | ICO ZC160833 | NCAGE U2J37 | UNGM 1229457 | D-U-N-S 234844385</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Arial" w:hAnsi="Arial" w:eastAsia="Arial" w:cs="Arial"/>
        <w:color w:val="526577"/>
        <w:sz w:val="16"/>
      </w:rPr>
      <w:t>OLYVENRA LTD | Formulaire de vérification de la contrepartie</w:t>
    </w:r>
  </w:p>
  <w:p>
    <w:r>
      <w:pict>
        <v:shape id="OlyvenraLogoWatermark" o:spid="_x0000_s2049" type="#_x0000_t75" style="position:absolute;margin-left:0;margin-top:0;width:360pt;height:40pt;z-index:-251654144;mso-position-horizontal:center;mso-position-horizontal-relative:page;mso-position-vertical:center;mso-position-vertical-relative:page;mso-wrap-edited:f;" stroked="f">
          <v:fill opacity="0.13"/>
          <v:imagedata r:id="rId1" o:title="OLYVENRA"/>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header3.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69" w:lineRule="auto"/>
    </w:pPr>
    <w:rPr>
      <w:rFonts w:ascii="Arial" w:hAnsi="Arial" w:eastAsia="Arial" w:cs="Arial"/>
      <w:color w:val="102334"/>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20" w:after="100"/>
      <w:outlineLvl w:val="0"/>
    </w:pPr>
    <w:rPr>
      <w:rFonts w:asciiTheme="majorHAnsi" w:eastAsiaTheme="majorEastAsia" w:hAnsiTheme="majorHAnsi" w:cstheme="majorBidi" w:ascii="Arial" w:hAnsi="Arial" w:eastAsia="Arial" w:cs="Arial"/>
      <w:b/>
      <w:bCs/>
      <w:color w:val="061B2A"/>
      <w:sz w:val="31"/>
      <w:szCs w:val="28"/>
    </w:rPr>
  </w:style>
  <w:style w:type="paragraph" w:styleId="Heading2">
    <w:name w:val="heading 2"/>
    <w:basedOn w:val="Normal"/>
    <w:next w:val="Normal"/>
    <w:link w:val="Heading2Char"/>
    <w:uiPriority w:val="9"/>
    <w:unhideWhenUsed/>
    <w:qFormat/>
    <w:rsid w:val="00FC693F"/>
    <w:pPr>
      <w:keepNext/>
      <w:keepLines/>
      <w:spacing w:before="160" w:after="80"/>
      <w:outlineLvl w:val="1"/>
    </w:pPr>
    <w:rPr>
      <w:rFonts w:asciiTheme="majorHAnsi" w:eastAsiaTheme="majorEastAsia" w:hAnsiTheme="majorHAnsi" w:cstheme="majorBidi" w:ascii="Arial" w:hAnsi="Arial" w:eastAsia="Arial" w:cs="Arial"/>
      <w:b/>
      <w:bCs/>
      <w:color w:val="061B2A"/>
      <w:sz w:val="24"/>
      <w:szCs w:val="26"/>
    </w:rPr>
  </w:style>
  <w:style w:type="paragraph" w:styleId="Heading3">
    <w:name w:val="heading 3"/>
    <w:basedOn w:val="Normal"/>
    <w:next w:val="Normal"/>
    <w:link w:val="Heading3Char"/>
    <w:uiPriority w:val="9"/>
    <w:unhideWhenUsed/>
    <w:qFormat/>
    <w:rsid w:val="00FC693F"/>
    <w:pPr>
      <w:keepNext/>
      <w:keepLines/>
      <w:spacing w:before="120" w:after="40"/>
      <w:outlineLvl w:val="2"/>
    </w:pPr>
    <w:rPr>
      <w:rFonts w:asciiTheme="majorHAnsi" w:eastAsiaTheme="majorEastAsia" w:hAnsiTheme="majorHAnsi" w:cstheme="majorBidi" w:ascii="Arial" w:hAnsi="Arial" w:eastAsia="Arial" w:cs="Arial"/>
      <w:b/>
      <w:bCs/>
      <w:color w:val="061B2A"/>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 Id="rId12" Type="http://schemas.openxmlformats.org/officeDocument/2006/relationships/hyperlink" Target="https://www.olyvenra.com/?lang=fr&amp;legal=privacy" TargetMode="External"/><Relationship Id="rId13" Type="http://schemas.openxmlformats.org/officeDocument/2006/relationships/header" Target="header2.xml"/><Relationship Id="rId14" Type="http://schemas.openxmlformats.org/officeDocument/2006/relationships/header" Target="header3.xml"/><Relationship Id="rId15" Type="http://schemas.openxmlformats.org/officeDocument/2006/relationships/footer" Target="footer2.xml"/><Relationship Id="rId16"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olyvenra-watermark.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Formulaire de vérification de la contrepartie</dc:title>
  <dc:subject>OLYVENRA fillable business form</dc:subject>
  <dc:creator>OLYVENRA LTD</dc:creator>
  <cp:keywords>OLYVENRA, international business, strategic sourcing, market access</cp:keywords>
  <dc:description>Controlled corporate document prepared for business use.</dc:description>
  <cp:lastModifiedBy>OLYVENRA LTD</cp:lastModifiedBy>
  <cp:revision>1</cp:revision>
  <dcterms:created xsi:type="dcterms:W3CDTF">2013-12-23T23:15:00Z</dcterms:created>
  <dcterms:modified xsi:type="dcterms:W3CDTF">2013-12-23T23:15:00Z</dcterms:modified>
  <cp:category/>
  <dc:language>fr-FR</dc:language>
</cp:coreProperties>
</file>