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6696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01168"/>
                  <wp:docPr id="1" name="Picture 1" descr="OLYVENRA logo" title="OLYVENRA log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whi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1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D4E0E7"/>
                <w:sz w:val="17"/>
              </w:rPr>
              <w:t>Форма проверки личности, структуры собственности и бизнеса контрагента.</w:t>
            </w:r>
          </w:p>
        </w:tc>
        <w:tc>
          <w:tcPr>
            <w:tcW w:type="dxa" w:w="3240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D7B243"/>
                <w:sz w:val="17"/>
              </w:rPr>
              <w:t>OLYVENRA LTD</w:t>
            </w:r>
          </w:p>
        </w:tc>
      </w:tr>
    </w:tbl>
    <w:p>
      <w:pPr>
        <w:spacing w:before="280" w:after="60"/>
      </w:pPr>
      <w:r>
        <w:rPr>
          <w:rFonts w:ascii="Arial" w:hAnsi="Arial" w:eastAsia="Arial" w:cs="Arial"/>
          <w:b/>
          <w:color w:val="061B2A"/>
          <w:sz w:val="36"/>
        </w:rPr>
        <w:t>Форма идентификации и проверки контрагента</w:t>
      </w:r>
    </w:p>
    <w:p>
      <w:pPr>
        <w:spacing w:after="200"/>
      </w:pPr>
      <w:r>
        <w:rPr>
          <w:rFonts w:ascii="Arial" w:hAnsi="Arial" w:eastAsia="Arial" w:cs="Arial"/>
          <w:color w:val="526577"/>
          <w:sz w:val="20"/>
        </w:rPr>
        <w:t>Форма проверки личности, структуры собственности и бизнеса контрагента.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Классификация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Бизнес-форма - V2.0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Дата вступления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1 августа 2026</w:t>
            </w:r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Владелец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Руководство OLYVENRA LTD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Цикл пересмотра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Ежегодно или раньше при необходимости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7F4EA"/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Инструкция по заполнению</w:t>
              <w:br/>
            </w:r>
            <w:r>
              <w:t>Заполните все применимые поля в электронном виде или разборчивым текстом; для неприменимых вопросов укажите «Не применимо». Приложите актуальные подтверждающие документы и направьте форму на info@olyvenra.com. OLYVENRA может запросить пояснения или дополнительные материалы проверки. Получение формы не создаёт обязательства продолжать работу.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Назначение и использование формы</w:t>
              <w:br/>
            </w:r>
            <w:r>
              <w:t>Форма предназначена для соразмерной первичной оценки потенциальных деловых отношений, запроса или потребности в документах. До дальнейшего взаимодействия она фиксирует организацию, полномочия отправителя, коммерческую цель и значимые вопросы соответствия.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Данные и безопасная передача документов</w:t>
              <w:br/>
            </w:r>
            <w:r>
              <w:t>Информация используется для законной деловой оценки, проверки контрагента, коммуникации и ведения записей. Не отправляйте по электронной почте пароли, данные платёжных карт, медицинские записи, секретные сведения, банковские учётные данные или техническую информацию под экспортным контролем. Перед передачей чувствительных материалов запросите у OLYVENRA одобренный защищённый канал.</w:t>
            </w:r>
            <w:r>
              <w:br/>
            </w:r>
            <w:hyperlink r:id="rId12">
              <w:r>
                <w:rPr>
                  <w:color w:val="8A6A10"/>
                  <w:u w:val="single"/>
                </w:rPr>
                <w:t>Прочитать Уведомление OLYVENRA о конфиденциальности</w:t>
              </w:r>
            </w:hyperlink>
          </w:p>
        </w:tc>
      </w:tr>
    </w:tbl>
    <w:p/>
    <w:p>
      <w:r>
        <w:br w:type="page"/>
      </w:r>
    </w:p>
    <w:p>
      <w:pPr>
        <w:pStyle w:val="Heading1"/>
      </w:pPr>
      <w:r>
        <w:t>Сведения об организации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Юридическое наименование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дическое наименование"/>
                <w:tag w:val="olyvenra-kyc-kyb-information-form-ru_5_1_1_1"/>
                <w:id w:val="19571145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Торговое название / бренд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Торговое название / бренд"/>
                <w:tag w:val="olyvenra-kyc-kyb-information-form-ru_5_2_1_2"/>
                <w:id w:val="68315147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Регистрационный номер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истрационный номер"/>
                <w:tag w:val="olyvenra-kyc-kyb-information-form-ru_5_3_1_3"/>
                <w:id w:val="36093787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Юрисдикция регистрации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сдикция регистрации"/>
                <w:tag w:val="olyvenra-kyc-kyb-information-form-ru_5_4_1_4"/>
                <w:id w:val="2093120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Зарегистрированный адрес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регистрированный адрес"/>
                <w:tag w:val="olyvenra-kyc-kyb-information-form-ru_5_5_1_5"/>
                <w:id w:val="77805770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Веб-сайт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Веб-сайт"/>
                <w:tag w:val="olyvenra-kyc-kyb-information-form-ru_5_6_1_6"/>
                <w:id w:val="12906639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Основной контакт и полномочия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Основное контактное лицо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Основное контактное лицо"/>
                <w:tag w:val="olyvenra-kyc-kyb-information-form-ru_6_1_1_7"/>
                <w:id w:val="15278601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E-mail и телефон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E-mail и телефон"/>
                <w:tag w:val="olyvenra-kyc-kyb-information-form-ru_6_2_1_8"/>
                <w:id w:val="9784862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Полномочие направлять / представлять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олномочие направлять / представлять"/>
                <w:tag w:val="olyvenra-kyc-kyb-information-form-ru_6_3_1_9"/>
                <w:id w:val="19759781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Собственность и руководство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Директора / должностные лица / уполномоченные менеджеры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Директора / должностные лица / уполномоченные менеджеры"/>
                <w:tag w:val="olyvenra-kyc-kyb-information-form-ru_7_1_1_10"/>
                <w:id w:val="33794734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Структура собственности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труктура собственности"/>
                <w:tag w:val="olyvenra-kyc-kyb-information-form-ru_7_2_1_11"/>
                <w:id w:val="154028483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Конечные бенефициарные владельцы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Конечные бенефициарные владельцы"/>
                <w:tag w:val="olyvenra-kyc-kyb-information-form-ru_7_3_1_12"/>
                <w:id w:val="107806099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Комплаенс и риск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PEP, санкции или негативные публикации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PEP, санкции или негативные публикации"/>
                <w:tag w:val="olyvenra-kyc-kyb-information-form-ru_8_1_1_13"/>
                <w:id w:val="14297052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Санкционная, ограниченная или высокорисковая экспозиция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анкционная, ограниченная или высокорисковая экспозиция"/>
                <w:tag w:val="olyvenra-kyc-kyb-information-form-ru_8_2_1_14"/>
                <w:id w:val="110274322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Регулируемые товары / услуги, товары / услуги двойного назначения или чувствительные товары /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улируемые товары / услуги, товары / услуги двойного назначения или чувствительные товары / услуги"/>
                <w:tag w:val="olyvenra-kyc-kyb-information-form-ru_8_3_1_15"/>
                <w:id w:val="188982301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Банковская страна и валюта платежа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Банковская страна и валюта платежа"/>
                <w:tag w:val="olyvenra-kyc-kyb-information-form-ru_8_4_1_16"/>
                <w:id w:val="14473776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Подтверждающие документы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Свидетельство о регистрации / подтверждение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видетельство о регистрации / подтверждение"/>
                <w:tag w:val="olyvenra-kyc-kyb-information-form-ru_9_1_1_17"/>
                <w:id w:val="166141399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Профиль компании / описание возможностей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рофиль компании / описание возможностей"/>
                <w:tag w:val="olyvenra-kyc-kyb-information-form-ru_9_2_1_18"/>
                <w:id w:val="19945534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Релевантные политики, лицензии и сертификаты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левантные политики, лицензии и сертификаты"/>
                <w:tag w:val="olyvenra-kyc-kyb-information-form-ru_9_3_1_19"/>
                <w:id w:val="192080927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Недостающие документы или открытые вопросы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Недостающие документы или открытые вопросы"/>
                <w:tag w:val="olyvenra-kyc-kyb-information-form-ru_9_4_1_20"/>
                <w:id w:val="4531916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Контроль готовности к подаче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Наименование организации, регистрационные данные и контактные полномочия заполнены.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Коммерческая потребность или запрос на сотрудничество конкретны и практичны.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Раскрыты чувствительности, связанные с регулированием, товарами двойного назначения, санкциями, безопасностью продукции или конфиденциальностью.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Подтверждающие документы доступны или ясно указаны как ожидаемые.</w:t>
            </w:r>
          </w:p>
        </w:tc>
      </w:tr>
    </w:tbl>
    <w:p>
      <w:pPr>
        <w:pStyle w:val="Heading1"/>
      </w:pPr>
      <w:r>
        <w:t>Критерии проверки OLYVENRA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Законная цель и надежная коммерческая основа.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Четко определенная роль, ожидаемая от OLYVENRA.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Идентичность контрагента, структура собственности и надежность коммуникации.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Уровень доступа к документам соответствует стадии запроса.</w:t>
            </w:r>
          </w:p>
        </w:tc>
      </w:tr>
    </w:tbl>
    <w:p>
      <w:pPr>
        <w:pStyle w:val="Heading1"/>
      </w:pPr>
      <w:r>
        <w:t>Заявление и полномочия</w:t>
      </w:r>
    </w:p>
    <w:p>
      <w:r>
        <w:rPr>
          <w:rFonts w:ascii="Arial" w:hAnsi="Arial" w:eastAsia="Arial" w:cs="Arial"/>
          <w:color w:val="102334"/>
          <w:sz w:val="19"/>
        </w:rPr>
        <w:t>Сторона, направляющая форму, подтверждает, что предоставленная информация является точной насколько ей известно, что она уполномочена направить форму и своевременно уведомит OLYVENRA о существенных изменениях.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Имя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Имя"/>
                <w:tag w:val="olyvenra-kyc-kyb-information-form-ru_sign_12_0_1_21"/>
                <w:id w:val="8669644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Должность / полномочие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олжность / полномочие"/>
                <w:tag w:val="olyvenra-kyc-kyb-information-form-ru_sign_12_0_3_22"/>
                <w:id w:val="5829251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Подпись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Подпись"/>
                <w:tag w:val="olyvenra-kyc-kyb-information-form-ru_sign_12_1_1_23"/>
                <w:id w:val="98282887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Дата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ата"/>
                <w:tag w:val="olyvenra-kyc-kyb-information-form-ru_sign_12_1_3_24"/>
                <w:id w:val="9457017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</w:tbl>
    <w:p>
      <w:pPr>
        <w:pStyle w:val="Heading2"/>
      </w:pPr>
      <w:r>
        <w:t>Заметки проверки OLYVENRA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vAlign w:val="center"/>
            <w:tcMar>
              <w:top w:w="420" w:type="dxa"/>
              <w:start w:w="140" w:type="dxa"/>
              <w:bottom w:w="42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ля служебного рассмотрения OLYVENRA."/>
                <w:tag w:val="olyvenra-kyc-kyb-information-form-ru_review_notes_25"/>
                <w:id w:val="15556291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Для служебного рассмотрения OLYVENRA.</w:t>
                </w:r>
              </w:sdtContent>
            </w:sdt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835" w:right="893" w:bottom="835" w:left="89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 w:cs="Arial"/>
        <w:color w:val="526577"/>
        <w:sz w:val="13"/>
      </w:rPr>
      <w:t>Контроль документа: актуальная версия на olyvenra.com. Несанкционированное изменение или вводящее в заблуждение распространение запрещены.</w:t>
    </w:r>
  </w:p>
  <w:p>
    <w:pPr>
      <w:jc w:val="center"/>
    </w:pPr>
    <w:r>
      <w:rPr>
        <w:rFonts w:ascii="Arial" w:hAnsi="Arial" w:eastAsia="Arial" w:cs="Arial"/>
        <w:color w:val="526577"/>
        <w:sz w:val="14"/>
      </w:rPr>
      <w:t>OLYVENRA LTD | 71-75 Shelton Street, Covent Garden, London WC2H 9JQ | info@olyvenra.com</w:t>
    </w:r>
  </w:p>
  <w:p>
    <w:pPr>
      <w:jc w:val="center"/>
    </w:pPr>
    <w:r>
      <w:rPr>
        <w:rFonts w:ascii="Arial" w:hAnsi="Arial" w:eastAsia="Arial" w:cs="Arial"/>
        <w:color w:val="526577"/>
        <w:sz w:val="13"/>
      </w:rPr>
      <w:t>№ компании 17227691 | SAM.gov UEI PJL9G1GFZA24 | ICO ZC160833 | NCAGE U2J37 | UNGM 1229457 | D-U-N-S 234844385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 w:cs="Arial"/>
        <w:color w:val="526577"/>
        <w:sz w:val="16"/>
      </w:rPr>
      <w:t>OLYVENRA LTD | Форма идентификации и проверки контрагента</w:t>
    </w:r>
  </w:p>
  <w:p>
    <w:r>
      <w:pict>
        <v:shape id="OlyvenraLogoWatermark" o:spid="_x0000_s2049" type="#_x0000_t75" style="position:absolute;margin-left:0;margin-top:0;width:360pt;height:40pt;z-index:-251654144;mso-position-horizontal:center;mso-position-horizontal-relative:page;mso-position-vertical:center;mso-position-vertical-relative:page;mso-wrap-edited:f;" stroked="f">
          <v:fill opacity="0.13"/>
          <v:imagedata r:id="rId1" o:title="OLYVENRA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 w:eastAsia="Arial" w:cs="Arial"/>
      <w:color w:val="10233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olyvenra-watermark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идентификации и проверки контрагента</dc:title>
  <dc:subject>OLYVENRA fillable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1</cp:revision>
  <dcterms:created xsi:type="dcterms:W3CDTF">2013-12-23T23:15:00Z</dcterms:created>
  <dcterms:modified xsi:type="dcterms:W3CDTF">2013-12-23T23:15:00Z</dcterms:modified>
  <cp:category/>
  <dc:language>ru-RU</dc:language>
</cp:coreProperties>
</file>