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OLYVENRA BUSINESS PLATFORM</w:t>
      </w:r>
    </w:p>
    <w:p>
      <w:pPr>
        <w:pStyle w:val="Title"/>
        <w:spacing w:after="40" w:line="240" w:lineRule="auto"/>
        <w:jc w:val="center"/>
      </w:pPr>
      <w:r>
        <w:t>Teklif Talep Formu</w:t>
      </w:r>
    </w:p>
    <w:p>
      <w:pPr>
        <w:spacing w:after="40" w:line="240" w:lineRule="auto"/>
        <w:jc w:val="center"/>
      </w:pPr>
      <w:r>
        <w:t>Doldurulabilir başvuru şablonu</w:t>
      </w:r>
    </w:p>
    <w:p>
      <w:pPr>
        <w:spacing w:after="40" w:line="240" w:lineRule="auto"/>
        <w:jc w:val="center"/>
      </w:pPr>
      <w:r>
        <w:rPr>
          <w:i/>
          <w:lang w:val="tr-TR" w:bidi="tr-TR"/>
        </w:rPr>
        <w:t>Stratejik tedarik, pazar erişimi ve grup yönetişimi</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OV-FRM-002</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OLYVENRA'nın tedarik yapılabilirliğini, uyum hassasiyetini ve ticari yanıt için gereken bilgileri değerlendirebilmesi amacıyla ürün, hizmet veya teknik gereksinimi açık biçimde kaydetmek.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Talep sahibi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w:t>
            </w:r>
          </w:p>
        </w:tc>
        <w:tc>
          <w:tcPr>
            <w:tcW w:type="dxa" w:w="6552"/>
            <w:vAlign w:val="center"/>
            <w:tcMar>
              <w:top w:w="45" w:type="dxa"/>
              <w:bottom w:w="45" w:type="dxa"/>
              <w:left w:w="70" w:type="dxa"/>
              <w:right w:w="70" w:type="dxa"/>
            </w:tcMar>
          </w:tcPr>
          <w:p>
            <w:sdt>
              <w:sdtPr>
                <w:alias w:val="Kuruluş"/>
                <w:tag w:val="group-rfq-form-tr_2_0_1_1"/>
                <w:id w:val="97490343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İrtibat kişisi</w:t>
            </w:r>
          </w:p>
        </w:tc>
        <w:tc>
          <w:tcPr>
            <w:tcW w:type="dxa" w:w="6552"/>
            <w:vAlign w:val="center"/>
            <w:tcMar>
              <w:top w:w="45" w:type="dxa"/>
              <w:bottom w:w="45" w:type="dxa"/>
              <w:left w:w="70" w:type="dxa"/>
              <w:right w:w="70" w:type="dxa"/>
            </w:tcMar>
          </w:tcPr>
          <w:p>
            <w:sdt>
              <w:sdtPr>
                <w:alias w:val="İrtibat kişisi"/>
                <w:tag w:val="group-rfq-form-tr_2_1_1_2"/>
                <w:id w:val="150732150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E-posta</w:t>
            </w:r>
          </w:p>
        </w:tc>
        <w:tc>
          <w:tcPr>
            <w:tcW w:type="dxa" w:w="6552"/>
            <w:vAlign w:val="center"/>
            <w:tcMar>
              <w:top w:w="45" w:type="dxa"/>
              <w:bottom w:w="45" w:type="dxa"/>
              <w:left w:w="70" w:type="dxa"/>
              <w:right w:w="70" w:type="dxa"/>
            </w:tcMar>
          </w:tcPr>
          <w:p>
            <w:sdt>
              <w:sdtPr>
                <w:alias w:val="E-posta"/>
                <w:tag w:val="group-rfq-form-tr_2_2_1_3"/>
                <w:id w:val="97919768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Telefon</w:t>
            </w:r>
          </w:p>
        </w:tc>
        <w:tc>
          <w:tcPr>
            <w:tcW w:type="dxa" w:w="6552"/>
            <w:vAlign w:val="center"/>
            <w:tcMar>
              <w:top w:w="45" w:type="dxa"/>
              <w:bottom w:w="45" w:type="dxa"/>
              <w:left w:w="70" w:type="dxa"/>
              <w:right w:w="70" w:type="dxa"/>
            </w:tcMar>
          </w:tcPr>
          <w:p>
            <w:sdt>
              <w:sdtPr>
                <w:alias w:val="Telefon"/>
                <w:tag w:val="group-rfq-form-tr_2_3_1_4"/>
                <w:id w:val="143918429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Fatura ülkesi</w:t>
            </w:r>
          </w:p>
        </w:tc>
        <w:tc>
          <w:tcPr>
            <w:tcW w:type="dxa" w:w="6552"/>
            <w:vAlign w:val="center"/>
            <w:tcMar>
              <w:top w:w="45" w:type="dxa"/>
              <w:bottom w:w="45" w:type="dxa"/>
              <w:left w:w="70" w:type="dxa"/>
              <w:right w:w="70" w:type="dxa"/>
            </w:tcMar>
          </w:tcPr>
          <w:p>
            <w:sdt>
              <w:sdtPr>
                <w:alias w:val="Fatura ülkesi"/>
                <w:tag w:val="group-rfq-form-tr_2_4_1_5"/>
                <w:id w:val="69038672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Teslimat ülkesi</w:t>
            </w:r>
          </w:p>
        </w:tc>
        <w:tc>
          <w:tcPr>
            <w:tcW w:type="dxa" w:w="6552"/>
            <w:vAlign w:val="center"/>
            <w:tcMar>
              <w:top w:w="45" w:type="dxa"/>
              <w:bottom w:w="45" w:type="dxa"/>
              <w:left w:w="70" w:type="dxa"/>
              <w:right w:w="70" w:type="dxa"/>
            </w:tcMar>
          </w:tcPr>
          <w:p>
            <w:sdt>
              <w:sdtPr>
                <w:alias w:val="Teslimat ülkesi"/>
                <w:tag w:val="group-rfq-form-tr_2_5_1_6"/>
                <w:id w:val="954650632"/>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Gereksinim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Ürün/hizmet açıklaması</w:t>
            </w:r>
          </w:p>
        </w:tc>
        <w:tc>
          <w:tcPr>
            <w:tcW w:type="dxa" w:w="6552"/>
            <w:vAlign w:val="center"/>
            <w:tcMar>
              <w:top w:w="45" w:type="dxa"/>
              <w:bottom w:w="45" w:type="dxa"/>
              <w:left w:w="70" w:type="dxa"/>
              <w:right w:w="70" w:type="dxa"/>
            </w:tcMar>
          </w:tcPr>
          <w:p>
            <w:sdt>
              <w:sdtPr>
                <w:alias w:val="Ürün/hizmet açıklaması"/>
                <w:tag w:val="group-rfq-form-tr_3_0_1_7"/>
                <w:id w:val="91371356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Üretici / marka tercihi</w:t>
            </w:r>
          </w:p>
        </w:tc>
        <w:tc>
          <w:tcPr>
            <w:tcW w:type="dxa" w:w="6552"/>
            <w:vAlign w:val="center"/>
            <w:tcMar>
              <w:top w:w="45" w:type="dxa"/>
              <w:bottom w:w="45" w:type="dxa"/>
              <w:left w:w="70" w:type="dxa"/>
              <w:right w:w="70" w:type="dxa"/>
            </w:tcMar>
          </w:tcPr>
          <w:p>
            <w:sdt>
              <w:sdtPr>
                <w:alias w:val="Üretici / marka tercihi"/>
                <w:tag w:val="group-rfq-form-tr_3_1_1_8"/>
                <w:id w:val="124098263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Parça numarası / şartname</w:t>
            </w:r>
          </w:p>
        </w:tc>
        <w:tc>
          <w:tcPr>
            <w:tcW w:type="dxa" w:w="6552"/>
            <w:vAlign w:val="center"/>
            <w:tcMar>
              <w:top w:w="45" w:type="dxa"/>
              <w:bottom w:w="45" w:type="dxa"/>
              <w:left w:w="70" w:type="dxa"/>
              <w:right w:w="70" w:type="dxa"/>
            </w:tcMar>
          </w:tcPr>
          <w:p>
            <w:sdt>
              <w:sdtPr>
                <w:alias w:val="Parça numarası / şartname"/>
                <w:tag w:val="group-rfq-form-tr_3_2_1_9"/>
                <w:id w:val="142833556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Miktar</w:t>
            </w:r>
          </w:p>
        </w:tc>
        <w:tc>
          <w:tcPr>
            <w:tcW w:type="dxa" w:w="6552"/>
            <w:vAlign w:val="center"/>
            <w:tcMar>
              <w:top w:w="45" w:type="dxa"/>
              <w:bottom w:w="45" w:type="dxa"/>
              <w:left w:w="70" w:type="dxa"/>
              <w:right w:w="70" w:type="dxa"/>
            </w:tcMar>
          </w:tcPr>
          <w:p>
            <w:sdt>
              <w:sdtPr>
                <w:alias w:val="Miktar"/>
                <w:tag w:val="group-rfq-form-tr_3_3_1_10"/>
                <w:id w:val="123766118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Gerekli teslimat tarihi</w:t>
            </w:r>
          </w:p>
        </w:tc>
        <w:tc>
          <w:tcPr>
            <w:tcW w:type="dxa" w:w="6552"/>
            <w:vAlign w:val="center"/>
            <w:tcMar>
              <w:top w:w="45" w:type="dxa"/>
              <w:bottom w:w="45" w:type="dxa"/>
              <w:left w:w="70" w:type="dxa"/>
              <w:right w:w="70" w:type="dxa"/>
            </w:tcMar>
          </w:tcPr>
          <w:p>
            <w:sdt>
              <w:sdtPr>
                <w:alias w:val="Gerekli teslimat tarihi"/>
                <w:tag w:val="group-rfq-form-tr_3_4_1_11"/>
                <w:id w:val="108870835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Teslimat yeri</w:t>
            </w:r>
          </w:p>
        </w:tc>
        <w:tc>
          <w:tcPr>
            <w:tcW w:type="dxa" w:w="6552"/>
            <w:vAlign w:val="center"/>
            <w:tcMar>
              <w:top w:w="45" w:type="dxa"/>
              <w:bottom w:w="45" w:type="dxa"/>
              <w:left w:w="70" w:type="dxa"/>
              <w:right w:w="70" w:type="dxa"/>
            </w:tcMar>
          </w:tcPr>
          <w:p>
            <w:sdt>
              <w:sdtPr>
                <w:alias w:val="Teslimat yeri"/>
                <w:tag w:val="group-rfq-form-tr_3_5_1_12"/>
                <w:id w:val="90011702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Incoterm tercihi</w:t>
            </w:r>
          </w:p>
        </w:tc>
        <w:tc>
          <w:tcPr>
            <w:tcW w:type="dxa" w:w="6552"/>
            <w:vAlign w:val="center"/>
            <w:tcMar>
              <w:top w:w="45" w:type="dxa"/>
              <w:bottom w:w="45" w:type="dxa"/>
              <w:left w:w="70" w:type="dxa"/>
              <w:right w:w="70" w:type="dxa"/>
            </w:tcMar>
          </w:tcPr>
          <w:p>
            <w:sdt>
              <w:sdtPr>
                <w:alias w:val="Incoterm tercihi"/>
                <w:tag w:val="group-rfq-form-tr_3_6_1_13"/>
                <w:id w:val="11508857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Bütçe veya hedef fiyat (isteğe bağlı)</w:t>
            </w:r>
          </w:p>
        </w:tc>
        <w:tc>
          <w:tcPr>
            <w:tcW w:type="dxa" w:w="6552"/>
            <w:vAlign w:val="center"/>
            <w:tcMar>
              <w:top w:w="45" w:type="dxa"/>
              <w:bottom w:w="45" w:type="dxa"/>
              <w:left w:w="70" w:type="dxa"/>
              <w:right w:w="70" w:type="dxa"/>
            </w:tcMar>
          </w:tcPr>
          <w:p>
            <w:sdt>
              <w:sdtPr>
                <w:alias w:val="Bütçe veya hedef fiyat (isteğe bağlı)"/>
                <w:tag w:val="group-rfq-form-tr_3_7_1_14"/>
                <w:id w:val="1697924924"/>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Teknik gereklilikler ve uyum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Amaçlanan kullanım</w:t>
            </w:r>
          </w:p>
        </w:tc>
        <w:tc>
          <w:tcPr>
            <w:tcW w:type="dxa" w:w="6552"/>
            <w:vAlign w:val="center"/>
            <w:tcMar>
              <w:top w:w="45" w:type="dxa"/>
              <w:bottom w:w="45" w:type="dxa"/>
              <w:left w:w="70" w:type="dxa"/>
              <w:right w:w="70" w:type="dxa"/>
            </w:tcMar>
          </w:tcPr>
          <w:p>
            <w:sdt>
              <w:sdtPr>
                <w:alias w:val="Amaçlanan kullanım"/>
                <w:tag w:val="group-rfq-form-tr_4_0_1_15"/>
                <w:id w:val="99846716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Son kullanıcı</w:t>
            </w:r>
          </w:p>
        </w:tc>
        <w:tc>
          <w:tcPr>
            <w:tcW w:type="dxa" w:w="6552"/>
            <w:vAlign w:val="center"/>
            <w:tcMar>
              <w:top w:w="45" w:type="dxa"/>
              <w:bottom w:w="45" w:type="dxa"/>
              <w:left w:w="70" w:type="dxa"/>
              <w:right w:w="70" w:type="dxa"/>
            </w:tcMar>
          </w:tcPr>
          <w:p>
            <w:sdt>
              <w:sdtPr>
                <w:alias w:val="Son kullanıcı"/>
                <w:tag w:val="group-rfq-form-tr_4_1_1_16"/>
                <w:id w:val="182439573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Gerekli sertifikalar</w:t>
            </w:r>
          </w:p>
        </w:tc>
        <w:tc>
          <w:tcPr>
            <w:tcW w:type="dxa" w:w="6552"/>
            <w:vAlign w:val="center"/>
            <w:tcMar>
              <w:top w:w="45" w:type="dxa"/>
              <w:bottom w:w="45" w:type="dxa"/>
              <w:left w:w="70" w:type="dxa"/>
              <w:right w:w="70" w:type="dxa"/>
            </w:tcMar>
          </w:tcPr>
          <w:p>
            <w:sdt>
              <w:sdtPr>
                <w:alias w:val="Gerekli sertifikalar"/>
                <w:tag w:val="group-rfq-form-tr_4_2_1_17"/>
                <w:id w:val="176427494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Düzenleyici gereklilikler</w:t>
            </w:r>
          </w:p>
        </w:tc>
        <w:tc>
          <w:tcPr>
            <w:tcW w:type="dxa" w:w="6552"/>
            <w:vAlign w:val="center"/>
            <w:tcMar>
              <w:top w:w="45" w:type="dxa"/>
              <w:bottom w:w="45" w:type="dxa"/>
              <w:left w:w="70" w:type="dxa"/>
              <w:right w:w="70" w:type="dxa"/>
            </w:tcMar>
          </w:tcPr>
          <w:p>
            <w:sdt>
              <w:sdtPr>
                <w:alias w:val="Düzenleyici gereklilikler"/>
                <w:tag w:val="group-rfq-form-tr_4_3_1_18"/>
                <w:id w:val="192690178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Biliniyorsa ihracat kontrolü sınıflandırması</w:t>
            </w:r>
          </w:p>
        </w:tc>
        <w:tc>
          <w:tcPr>
            <w:tcW w:type="dxa" w:w="6552"/>
            <w:vAlign w:val="center"/>
            <w:tcMar>
              <w:top w:w="45" w:type="dxa"/>
              <w:bottom w:w="45" w:type="dxa"/>
              <w:left w:w="70" w:type="dxa"/>
              <w:right w:w="70" w:type="dxa"/>
            </w:tcMar>
          </w:tcPr>
          <w:p>
            <w:sdt>
              <w:sdtPr>
                <w:alias w:val="Biliniyorsa ihracat kontrolü sınıflandırması"/>
                <w:tag w:val="group-rfq-form-tr_4_4_1_19"/>
                <w:id w:val="127681615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Ekler / çizimler</w:t>
            </w:r>
          </w:p>
        </w:tc>
        <w:tc>
          <w:tcPr>
            <w:tcW w:type="dxa" w:w="6552"/>
            <w:vAlign w:val="center"/>
            <w:tcMar>
              <w:top w:w="45" w:type="dxa"/>
              <w:bottom w:w="45" w:type="dxa"/>
              <w:left w:w="70" w:type="dxa"/>
              <w:right w:w="70" w:type="dxa"/>
            </w:tcMar>
          </w:tcPr>
          <w:p>
            <w:sdt>
              <w:sdtPr>
                <w:alias w:val="Ekler / çizimler"/>
                <w:tag w:val="group-rfq-form-tr_4_5_1_20"/>
                <w:id w:val="97627693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Ticari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Gerekli teklif geçerlilik süresi</w:t>
            </w:r>
          </w:p>
        </w:tc>
        <w:tc>
          <w:tcPr>
            <w:tcW w:type="dxa" w:w="6552"/>
            <w:vAlign w:val="center"/>
            <w:tcMar>
              <w:top w:w="45" w:type="dxa"/>
              <w:bottom w:w="45" w:type="dxa"/>
              <w:left w:w="70" w:type="dxa"/>
              <w:right w:w="70" w:type="dxa"/>
            </w:tcMar>
          </w:tcPr>
          <w:p>
            <w:sdt>
              <w:sdtPr>
                <w:alias w:val="Gerekli teklif geçerlilik süresi"/>
                <w:tag w:val="group-rfq-form-tr_5_0_1_21"/>
                <w:id w:val="80851706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Ödeme tercihi</w:t>
            </w:r>
          </w:p>
        </w:tc>
        <w:tc>
          <w:tcPr>
            <w:tcW w:type="dxa" w:w="6552"/>
            <w:vAlign w:val="center"/>
            <w:tcMar>
              <w:top w:w="45" w:type="dxa"/>
              <w:bottom w:w="45" w:type="dxa"/>
              <w:left w:w="70" w:type="dxa"/>
              <w:right w:w="70" w:type="dxa"/>
            </w:tcMar>
          </w:tcPr>
          <w:p>
            <w:sdt>
              <w:sdtPr>
                <w:alias w:val="Ödeme tercihi"/>
                <w:tag w:val="group-rfq-form-tr_5_1_1_22"/>
                <w:id w:val="109055342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Garanti beklentileri</w:t>
            </w:r>
          </w:p>
        </w:tc>
        <w:tc>
          <w:tcPr>
            <w:tcW w:type="dxa" w:w="6552"/>
            <w:vAlign w:val="center"/>
            <w:tcMar>
              <w:top w:w="45" w:type="dxa"/>
              <w:bottom w:w="45" w:type="dxa"/>
              <w:left w:w="70" w:type="dxa"/>
              <w:right w:w="70" w:type="dxa"/>
            </w:tcMar>
          </w:tcPr>
          <w:p>
            <w:sdt>
              <w:sdtPr>
                <w:alias w:val="Garanti beklentileri"/>
                <w:tag w:val="group-rfq-form-tr_5_2_1_23"/>
                <w:id w:val="40178915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Kurulum/eğitim gereksinimi</w:t>
            </w:r>
          </w:p>
        </w:tc>
        <w:tc>
          <w:tcPr>
            <w:tcW w:type="dxa" w:w="6552"/>
            <w:vAlign w:val="center"/>
            <w:tcMar>
              <w:top w:w="45" w:type="dxa"/>
              <w:bottom w:w="45" w:type="dxa"/>
              <w:left w:w="70" w:type="dxa"/>
              <w:right w:w="70" w:type="dxa"/>
            </w:tcMar>
          </w:tcPr>
          <w:p>
            <w:sdt>
              <w:sdtPr>
                <w:alias w:val="Kurulum/eğitim gereksinimi"/>
                <w:tag w:val="group-rfq-form-tr_5_3_1_24"/>
                <w:id w:val="1663521724"/>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group-rfq-form-tr_signature_1_25"/>
                <w:id w:val="900077074"/>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group-rfq-form-tr_signature_2_26"/>
                <w:id w:val="693648565"/>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group-rfq-form-tr_signature_3_27"/>
                <w:id w:val="197714094"/>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OV-FRM-002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5905"/>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
                        <a:stretch>
                          <a:fillRect/>
                        </a:stretch>
                      </pic:blipFill>
                      <pic:spPr>
                        <a:xfrm>
                          <a:off x="0" y="0"/>
                          <a:ext cx="1417320" cy="155905"/>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OV-FRM-002</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Teklif Talep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