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OLYDEFENCE</w:t>
      </w:r>
    </w:p>
    <w:p>
      <w:pPr>
        <w:pStyle w:val="Title"/>
        <w:spacing w:after="40" w:line="240" w:lineRule="auto"/>
        <w:jc w:val="center"/>
      </w:pPr>
      <w:r>
        <w:t>Kontrollü Talep Formu</w:t>
      </w:r>
    </w:p>
    <w:p>
      <w:pPr>
        <w:spacing w:after="40" w:line="240" w:lineRule="auto"/>
        <w:jc w:val="center"/>
      </w:pPr>
      <w:r>
        <w:t>Doldurulabilir başvuru şablonu</w:t>
      </w:r>
    </w:p>
    <w:p>
      <w:pPr>
        <w:spacing w:after="40" w:line="240" w:lineRule="auto"/>
        <w:jc w:val="center"/>
      </w:pPr>
      <w:r>
        <w:rPr>
          <w:i/>
          <w:lang w:val="tr-TR" w:bidi="tr-TR"/>
        </w:rPr>
        <w:t>Savunma, güvenlik ve kontrollü gereksinimler</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OD-FRM-001</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İlk hukuki, yaptırım ve ihracat kontrolü incelemesi için üst düzey kontrollü gereksinimi, varış yerini, alıcıyı, son kullanıcıyı, son kullanımı ve bilinen lisans durumunu kaydetmek. Bu formu gizlilik dereceli materyal veya kontrollü teknik veri iletmek için kullanmayın.</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Başvuru sahibi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Tüzel kişilik</w:t>
            </w:r>
          </w:p>
        </w:tc>
        <w:tc>
          <w:tcPr>
            <w:tcW w:type="dxa" w:w="6552"/>
            <w:vAlign w:val="center"/>
            <w:tcMar>
              <w:top w:w="45" w:type="dxa"/>
              <w:bottom w:w="45" w:type="dxa"/>
              <w:left w:w="70" w:type="dxa"/>
              <w:right w:w="70" w:type="dxa"/>
            </w:tcMar>
          </w:tcPr>
          <w:p>
            <w:sdt>
              <w:sdtPr>
                <w:alias w:val="Tüzel kişilik"/>
                <w:tag w:val="olydefence-controlled-enquiry-form-tr_2_0_1_1"/>
                <w:id w:val="21301244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Kayıt numarası</w:t>
            </w:r>
          </w:p>
        </w:tc>
        <w:tc>
          <w:tcPr>
            <w:tcW w:type="dxa" w:w="6552"/>
            <w:vAlign w:val="center"/>
            <w:tcMar>
              <w:top w:w="45" w:type="dxa"/>
              <w:bottom w:w="45" w:type="dxa"/>
              <w:left w:w="70" w:type="dxa"/>
              <w:right w:w="70" w:type="dxa"/>
            </w:tcMar>
          </w:tcPr>
          <w:p>
            <w:sdt>
              <w:sdtPr>
                <w:alias w:val="Kayıt numarası"/>
                <w:tag w:val="olydefence-controlled-enquiry-form-tr_2_1_1_2"/>
                <w:id w:val="45380995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Ülke</w:t>
            </w:r>
          </w:p>
        </w:tc>
        <w:tc>
          <w:tcPr>
            <w:tcW w:type="dxa" w:w="6552"/>
            <w:vAlign w:val="center"/>
            <w:tcMar>
              <w:top w:w="45" w:type="dxa"/>
              <w:bottom w:w="45" w:type="dxa"/>
              <w:left w:w="70" w:type="dxa"/>
              <w:right w:w="70" w:type="dxa"/>
            </w:tcMar>
          </w:tcPr>
          <w:p>
            <w:sdt>
              <w:sdtPr>
                <w:alias w:val="Ülke"/>
                <w:tag w:val="olydefence-controlled-enquiry-form-tr_2_2_1_3"/>
                <w:id w:val="53419447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Yetkili irtibat kişisi</w:t>
            </w:r>
          </w:p>
        </w:tc>
        <w:tc>
          <w:tcPr>
            <w:tcW w:type="dxa" w:w="6552"/>
            <w:vAlign w:val="center"/>
            <w:tcMar>
              <w:top w:w="45" w:type="dxa"/>
              <w:bottom w:w="45" w:type="dxa"/>
              <w:left w:w="70" w:type="dxa"/>
              <w:right w:w="70" w:type="dxa"/>
            </w:tcMar>
          </w:tcPr>
          <w:p>
            <w:sdt>
              <w:sdtPr>
                <w:alias w:val="Yetkili irtibat kişisi"/>
                <w:tag w:val="olydefence-controlled-enquiry-form-tr_2_3_1_4"/>
                <w:id w:val="259874986"/>
                <w:color w:val="B08A28"/>
                <w:appearance w:val="boundingBox"/>
                <w:text/>
              </w:sdtPr>
              <w:sdtContent>
                <w:r>
                  <w:rPr>
                    <w:color w:val="6D7D87"/>
                    <w:i/>
                    <w:sz w:val="18"/>
                    <w:lang w:val="tr-TR" w:bidi="tr-TR"/>
                  </w:rPr>
                  <w:t>Gerektiği şekilde adınızı girin / imzalayın.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Kamu / ticari statü</w:t>
            </w:r>
          </w:p>
        </w:tc>
        <w:tc>
          <w:tcPr>
            <w:tcW w:type="dxa" w:w="6552"/>
            <w:vAlign w:val="center"/>
            <w:tcMar>
              <w:top w:w="45" w:type="dxa"/>
              <w:bottom w:w="45" w:type="dxa"/>
              <w:left w:w="70" w:type="dxa"/>
              <w:right w:w="70" w:type="dxa"/>
            </w:tcMar>
          </w:tcPr>
          <w:p>
            <w:sdt>
              <w:sdtPr>
                <w:alias w:val="Kamu / ticari statü"/>
                <w:tag w:val="olydefence-controlled-enquiry-form-tr_2_4_1_5"/>
                <w:id w:val="105746357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Gereksinim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 yazılım veya teknoloji</w:t>
            </w:r>
          </w:p>
        </w:tc>
        <w:tc>
          <w:tcPr>
            <w:tcW w:type="dxa" w:w="6552"/>
            <w:vAlign w:val="center"/>
            <w:tcMar>
              <w:top w:w="45" w:type="dxa"/>
              <w:bottom w:w="45" w:type="dxa"/>
              <w:left w:w="70" w:type="dxa"/>
              <w:right w:w="70" w:type="dxa"/>
            </w:tcMar>
          </w:tcPr>
          <w:p>
            <w:sdt>
              <w:sdtPr>
                <w:alias w:val="Ürün, yazılım veya teknoloji"/>
                <w:tag w:val="olydefence-controlled-enquiry-form-tr_3_0_1_6"/>
                <w:id w:val="89217225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Miktar</w:t>
            </w:r>
          </w:p>
        </w:tc>
        <w:tc>
          <w:tcPr>
            <w:tcW w:type="dxa" w:w="6552"/>
            <w:vAlign w:val="center"/>
            <w:tcMar>
              <w:top w:w="45" w:type="dxa"/>
              <w:bottom w:w="45" w:type="dxa"/>
              <w:left w:w="70" w:type="dxa"/>
              <w:right w:w="70" w:type="dxa"/>
            </w:tcMar>
          </w:tcPr>
          <w:p>
            <w:sdt>
              <w:sdtPr>
                <w:alias w:val="Miktar"/>
                <w:tag w:val="olydefence-controlled-enquiry-form-tr_3_1_1_7"/>
                <w:id w:val="14560129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Teknik şartname</w:t>
            </w:r>
          </w:p>
        </w:tc>
        <w:tc>
          <w:tcPr>
            <w:tcW w:type="dxa" w:w="6552"/>
            <w:vAlign w:val="center"/>
            <w:tcMar>
              <w:top w:w="45" w:type="dxa"/>
              <w:bottom w:w="45" w:type="dxa"/>
              <w:left w:w="70" w:type="dxa"/>
              <w:right w:w="70" w:type="dxa"/>
            </w:tcMar>
          </w:tcPr>
          <w:p>
            <w:sdt>
              <w:sdtPr>
                <w:alias w:val="Teknik şartname"/>
                <w:tag w:val="olydefence-controlled-enquiry-form-tr_3_2_1_8"/>
                <w:id w:val="105158601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Varış ülkesi</w:t>
            </w:r>
          </w:p>
        </w:tc>
        <w:tc>
          <w:tcPr>
            <w:tcW w:type="dxa" w:w="6552"/>
            <w:vAlign w:val="center"/>
            <w:tcMar>
              <w:top w:w="45" w:type="dxa"/>
              <w:bottom w:w="45" w:type="dxa"/>
              <w:left w:w="70" w:type="dxa"/>
              <w:right w:w="70" w:type="dxa"/>
            </w:tcMar>
          </w:tcPr>
          <w:p>
            <w:sdt>
              <w:sdtPr>
                <w:alias w:val="Varış ülkesi"/>
                <w:tag w:val="olydefence-controlled-enquiry-form-tr_3_3_1_9"/>
                <w:id w:val="23872670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Alıcı</w:t>
            </w:r>
          </w:p>
        </w:tc>
        <w:tc>
          <w:tcPr>
            <w:tcW w:type="dxa" w:w="6552"/>
            <w:vAlign w:val="center"/>
            <w:tcMar>
              <w:top w:w="45" w:type="dxa"/>
              <w:bottom w:w="45" w:type="dxa"/>
              <w:left w:w="70" w:type="dxa"/>
              <w:right w:w="70" w:type="dxa"/>
            </w:tcMar>
          </w:tcPr>
          <w:p>
            <w:sdt>
              <w:sdtPr>
                <w:alias w:val="Alıcı"/>
                <w:tag w:val="olydefence-controlled-enquiry-form-tr_3_4_1_10"/>
                <w:id w:val="97265514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Son kullanıcı</w:t>
            </w:r>
          </w:p>
        </w:tc>
        <w:tc>
          <w:tcPr>
            <w:tcW w:type="dxa" w:w="6552"/>
            <w:vAlign w:val="center"/>
            <w:tcMar>
              <w:top w:w="45" w:type="dxa"/>
              <w:bottom w:w="45" w:type="dxa"/>
              <w:left w:w="70" w:type="dxa"/>
              <w:right w:w="70" w:type="dxa"/>
            </w:tcMar>
          </w:tcPr>
          <w:p>
            <w:sdt>
              <w:sdtPr>
                <w:alias w:val="Son kullanıcı"/>
                <w:tag w:val="olydefence-controlled-enquiry-form-tr_3_5_1_11"/>
                <w:id w:val="57584953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Ayrıntılı son kullanım</w:t>
            </w:r>
          </w:p>
        </w:tc>
        <w:tc>
          <w:tcPr>
            <w:tcW w:type="dxa" w:w="6552"/>
            <w:vAlign w:val="center"/>
            <w:tcMar>
              <w:top w:w="45" w:type="dxa"/>
              <w:bottom w:w="45" w:type="dxa"/>
              <w:left w:w="70" w:type="dxa"/>
              <w:right w:w="70" w:type="dxa"/>
            </w:tcMar>
          </w:tcPr>
          <w:p>
            <w:sdt>
              <w:sdtPr>
                <w:alias w:val="Ayrıntılı son kullanım"/>
                <w:tag w:val="olydefence-controlled-enquiry-form-tr_3_6_1_12"/>
                <w:id w:val="110015526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Platform veya sistem entegrasyonu</w:t>
            </w:r>
          </w:p>
        </w:tc>
        <w:tc>
          <w:tcPr>
            <w:tcW w:type="dxa" w:w="6552"/>
            <w:vAlign w:val="center"/>
            <w:tcMar>
              <w:top w:w="45" w:type="dxa"/>
              <w:bottom w:w="45" w:type="dxa"/>
              <w:left w:w="70" w:type="dxa"/>
              <w:right w:w="70" w:type="dxa"/>
            </w:tcMar>
          </w:tcPr>
          <w:p>
            <w:sdt>
              <w:sdtPr>
                <w:alias w:val="Platform veya sistem entegrasyonu"/>
                <w:tag w:val="olydefence-controlled-enquiry-form-tr_3_7_1_13"/>
                <w:id w:val="1909342586"/>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Kontrol incelemesi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Bilinen kontrol listesi referansı</w:t>
            </w:r>
          </w:p>
        </w:tc>
        <w:tc>
          <w:tcPr>
            <w:tcW w:type="dxa" w:w="6552"/>
            <w:vAlign w:val="center"/>
            <w:tcMar>
              <w:top w:w="45" w:type="dxa"/>
              <w:bottom w:w="45" w:type="dxa"/>
              <w:left w:w="70" w:type="dxa"/>
              <w:right w:w="70" w:type="dxa"/>
            </w:tcMar>
          </w:tcPr>
          <w:p>
            <w:sdt>
              <w:sdtPr>
                <w:alias w:val="Bilinen kontrol listesi referansı"/>
                <w:tag w:val="olydefence-controlled-enquiry-form-tr_4_0_1_14"/>
                <w:id w:val="50755550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Lisans durumu</w:t>
            </w:r>
          </w:p>
        </w:tc>
        <w:tc>
          <w:tcPr>
            <w:tcW w:type="dxa" w:w="6552"/>
            <w:vAlign w:val="center"/>
            <w:tcMar>
              <w:top w:w="45" w:type="dxa"/>
              <w:bottom w:w="45" w:type="dxa"/>
              <w:left w:w="70" w:type="dxa"/>
              <w:right w:w="70" w:type="dxa"/>
            </w:tcMar>
          </w:tcPr>
          <w:p>
            <w:sdt>
              <w:sdtPr>
                <w:alias w:val="Lisans durumu"/>
                <w:tag w:val="olydefence-controlled-enquiry-form-tr_4_1_1_15"/>
                <w:id w:val="55821063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Yaptırım taraması tamamlandı mı?</w:t>
            </w:r>
          </w:p>
        </w:tc>
        <w:tc>
          <w:tcPr>
            <w:tcW w:type="dxa" w:w="6552"/>
            <w:vAlign w:val="center"/>
            <w:tcMar>
              <w:top w:w="45" w:type="dxa"/>
              <w:bottom w:w="45" w:type="dxa"/>
              <w:left w:w="70" w:type="dxa"/>
              <w:right w:w="70" w:type="dxa"/>
            </w:tcMar>
          </w:tcPr>
          <w:p>
            <w:sdt>
              <w:sdtPr>
                <w:alias w:val="Yaptırım taraması tamamlandı mı?"/>
                <w:tag w:val="olydefence-controlled-enquiry-form-tr_4_2_1_16"/>
                <w:id w:val="131065063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Askerî / güvenlik / sivil son kullanım</w:t>
            </w:r>
          </w:p>
        </w:tc>
        <w:tc>
          <w:tcPr>
            <w:tcW w:type="dxa" w:w="6552"/>
            <w:vAlign w:val="center"/>
            <w:tcMar>
              <w:top w:w="45" w:type="dxa"/>
              <w:bottom w:w="45" w:type="dxa"/>
              <w:left w:w="70" w:type="dxa"/>
              <w:right w:w="70" w:type="dxa"/>
            </w:tcMar>
          </w:tcPr>
          <w:p>
            <w:sdt>
              <w:sdtPr>
                <w:alias w:val="Askerî / güvenlik / sivil son kullanım"/>
                <w:tag w:val="olydefence-controlled-enquiry-form-tr_4_3_1_17"/>
                <w:id w:val="25000041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Yeniden ihracat veya devir öngörülüyor mu?</w:t>
            </w:r>
          </w:p>
        </w:tc>
        <w:tc>
          <w:tcPr>
            <w:tcW w:type="dxa" w:w="6552"/>
            <w:vAlign w:val="center"/>
            <w:tcMar>
              <w:top w:w="45" w:type="dxa"/>
              <w:bottom w:w="45" w:type="dxa"/>
              <w:left w:w="70" w:type="dxa"/>
              <w:right w:w="70" w:type="dxa"/>
            </w:tcMar>
          </w:tcPr>
          <w:p>
            <w:sdt>
              <w:sdtPr>
                <w:alias w:val="Yeniden ihracat veya devir öngörülüyor mu?"/>
                <w:tag w:val="olydefence-controlled-enquiry-form-tr_4_4_1_18"/>
                <w:id w:val="97351875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Taahhütler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Yetkili imza sahibi</w:t>
            </w:r>
          </w:p>
        </w:tc>
        <w:tc>
          <w:tcPr>
            <w:tcW w:type="dxa" w:w="6552"/>
            <w:vAlign w:val="center"/>
            <w:tcMar>
              <w:top w:w="45" w:type="dxa"/>
              <w:bottom w:w="45" w:type="dxa"/>
              <w:left w:w="70" w:type="dxa"/>
              <w:right w:w="70" w:type="dxa"/>
            </w:tcMar>
          </w:tcPr>
          <w:p>
            <w:sdt>
              <w:sdtPr>
                <w:alias w:val="Yetkili imza sahibi"/>
                <w:tag w:val="olydefence-controlled-enquiry-form-tr_5_0_1_19"/>
                <w:id w:val="661400941"/>
                <w:color w:val="B08A28"/>
                <w:appearance w:val="boundingBox"/>
                <w:text/>
              </w:sdtPr>
              <w:sdtContent>
                <w:r>
                  <w:rPr>
                    <w:color w:val="6D7D87"/>
                    <w:i/>
                    <w:sz w:val="18"/>
                    <w:lang w:val="tr-TR" w:bidi="tr-TR"/>
                  </w:rPr>
                  <w:t>Gerektiği şekilde adınızı girin / imzalayın.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Destekleyici son kullanım belgesi</w:t>
            </w:r>
          </w:p>
        </w:tc>
        <w:tc>
          <w:tcPr>
            <w:tcW w:type="dxa" w:w="6552"/>
            <w:vAlign w:val="center"/>
            <w:tcMar>
              <w:top w:w="45" w:type="dxa"/>
              <w:bottom w:w="45" w:type="dxa"/>
              <w:left w:w="70" w:type="dxa"/>
              <w:right w:w="70" w:type="dxa"/>
            </w:tcMar>
          </w:tcPr>
          <w:p>
            <w:sdt>
              <w:sdtPr>
                <w:alias w:val="Destekleyici son kullanım belgesi"/>
                <w:tag w:val="olydefence-controlled-enquiry-form-tr_5_1_1_20"/>
                <w:id w:val="143078963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Saptırmama beyanı</w:t>
            </w:r>
          </w:p>
        </w:tc>
        <w:tc>
          <w:tcPr>
            <w:tcW w:type="dxa" w:w="6552"/>
            <w:vAlign w:val="center"/>
            <w:tcMar>
              <w:top w:w="45" w:type="dxa"/>
              <w:bottom w:w="45" w:type="dxa"/>
              <w:left w:w="70" w:type="dxa"/>
              <w:right w:w="70" w:type="dxa"/>
            </w:tcMar>
          </w:tcPr>
          <w:p>
            <w:sdt>
              <w:sdtPr>
                <w:alias w:val="Saptırmama beyanı"/>
                <w:tag w:val="olydefence-controlled-enquiry-form-tr_5_2_1_21"/>
                <w:id w:val="142531050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Geliştirilmiş durum tespitine onay</w:t>
            </w:r>
          </w:p>
        </w:tc>
        <w:tc>
          <w:tcPr>
            <w:tcW w:type="dxa" w:w="6552"/>
            <w:vAlign w:val="center"/>
            <w:tcMar>
              <w:top w:w="45" w:type="dxa"/>
              <w:bottom w:w="45" w:type="dxa"/>
              <w:left w:w="70" w:type="dxa"/>
              <w:right w:w="70" w:type="dxa"/>
            </w:tcMar>
          </w:tcPr>
          <w:p>
            <w:sdt>
              <w:sdtPr>
                <w:alias w:val="Geliştirilmiş durum tespitine onay"/>
                <w:tag w:val="olydefence-controlled-enquiry-form-tr_5_3_1_22"/>
                <w:id w:val="132386419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defence-controlled-enquiry-form-tr_signature_1_23"/>
                <w:id w:val="1965540550"/>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defence-controlled-enquiry-form-tr_signature_2_24"/>
                <w:id w:val="268597099"/>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defence-controlled-enquiry-form-tr_signature_3_25"/>
                <w:id w:val="803816536"/>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OD-FRM-001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4793"/>
                <wp:docPr id="1" name="Picture 1" descr="OLYDEFENCE logo" title="OLYDEFENCE logo"/>
                <wp:cNvGraphicFramePr>
                  <a:graphicFrameLocks noChangeAspect="1"/>
                </wp:cNvGraphicFramePr>
                <a:graphic>
                  <a:graphicData uri="http://schemas.openxmlformats.org/drawingml/2006/picture">
                    <pic:pic>
                      <pic:nvPicPr>
                        <pic:cNvPr id="0" name="olydefence-logo-wordmark.png"/>
                        <pic:cNvPicPr/>
                      </pic:nvPicPr>
                      <pic:blipFill>
                        <a:blip r:embed="rId1"/>
                        <a:stretch>
                          <a:fillRect/>
                        </a:stretch>
                      </pic:blipFill>
                      <pic:spPr>
                        <a:xfrm>
                          <a:off x="0" y="0"/>
                          <a:ext cx="1417320" cy="154793"/>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OD-FRM-001</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Kontrollü Talep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