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tr-TR" w:bidi="tr-TR"/>
        </w:rPr>
        <w:t>OLYELECTRA</w:t>
      </w:r>
    </w:p>
    <w:p>
      <w:pPr>
        <w:pStyle w:val="Title"/>
        <w:spacing w:after="40" w:line="240" w:lineRule="auto"/>
        <w:jc w:val="center"/>
      </w:pPr>
      <w:r>
        <w:t>Enerji ve Mobilite Projesi Talep Formu</w:t>
      </w:r>
    </w:p>
    <w:p>
      <w:pPr>
        <w:spacing w:after="40" w:line="240" w:lineRule="auto"/>
        <w:jc w:val="center"/>
      </w:pPr>
      <w:r>
        <w:t>Doldurulabilir başvuru şablonu</w:t>
      </w:r>
    </w:p>
    <w:p>
      <w:pPr>
        <w:spacing w:after="40" w:line="240" w:lineRule="auto"/>
        <w:jc w:val="center"/>
      </w:pPr>
      <w:r>
        <w:rPr>
          <w:i/>
          <w:lang w:val="tr-TR" w:bidi="tr-TR"/>
        </w:rPr>
        <w:t>Enerji, elektrifikasyon ve mobilite altyapısı</w:t>
      </w:r>
    </w:p>
    <w:tbl>
      <w:tblPr>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5059"/>
            <w:vAlign w:val="center"/>
            <w:shd w:fill="071A33"/>
          </w:tcPr>
          <w:p>
            <w:r/>
            <w:r>
              <w:rPr>
                <w:rFonts w:ascii="Aptos" w:hAnsi="Aptos"/>
                <w:b/>
                <w:color w:val="FFFFFF"/>
                <w:sz w:val="16"/>
                <w:lang w:val="tr-TR" w:bidi="tr-TR"/>
              </w:rPr>
              <w:t>Doküman kodu</w:t>
            </w:r>
          </w:p>
        </w:tc>
        <w:tc>
          <w:tcPr>
            <w:tcW w:type="dxa" w:w="5059"/>
            <w:vAlign w:val="center"/>
            <w:shd w:fill="F3F5F7"/>
          </w:tcPr>
          <w:p>
            <w:r/>
            <w:r>
              <w:rPr>
                <w:rFonts w:ascii="Aptos" w:hAnsi="Aptos"/>
                <w:b w:val="0"/>
                <w:color w:val="3D4A5C"/>
                <w:sz w:val="16"/>
                <w:lang w:val="tr-TR" w:bidi="tr-TR"/>
              </w:rPr>
              <w:t>OE-FRM-001</w:t>
            </w:r>
          </w:p>
        </w:tc>
      </w:tr>
      <w:tr>
        <w:tc>
          <w:tcPr>
            <w:tcW w:type="dxa" w:w="5059"/>
            <w:vAlign w:val="center"/>
            <w:shd w:fill="071A33"/>
          </w:tcPr>
          <w:p>
            <w:r/>
            <w:r>
              <w:rPr>
                <w:rFonts w:ascii="Aptos" w:hAnsi="Aptos"/>
                <w:b/>
                <w:color w:val="FFFFFF"/>
                <w:sz w:val="16"/>
                <w:lang w:val="tr-TR" w:bidi="tr-TR"/>
              </w:rPr>
              <w:t>Sürüm / yürürlük tarihi</w:t>
            </w:r>
          </w:p>
        </w:tc>
        <w:tc>
          <w:tcPr>
            <w:tcW w:type="dxa" w:w="5059"/>
            <w:vAlign w:val="center"/>
            <w:shd w:fill="F3F5F7"/>
          </w:tcPr>
          <w:p>
            <w:r/>
            <w:r>
              <w:rPr>
                <w:rFonts w:ascii="Aptos" w:hAnsi="Aptos"/>
                <w:b w:val="0"/>
                <w:color w:val="3D4A5C"/>
                <w:sz w:val="16"/>
                <w:lang w:val="tr-TR" w:bidi="tr-TR"/>
              </w:rPr>
              <w:t>2.0 / 1 Ağustos 2026</w:t>
            </w:r>
          </w:p>
        </w:tc>
      </w:tr>
      <w:tr>
        <w:tc>
          <w:tcPr>
            <w:tcW w:type="dxa" w:w="5059"/>
            <w:vAlign w:val="center"/>
            <w:shd w:fill="071A33"/>
          </w:tcPr>
          <w:p>
            <w:r/>
            <w:r>
              <w:rPr>
                <w:rFonts w:ascii="Aptos" w:hAnsi="Aptos"/>
                <w:b/>
                <w:color w:val="FFFFFF"/>
                <w:sz w:val="16"/>
                <w:lang w:val="tr-TR" w:bidi="tr-TR"/>
              </w:rPr>
              <w:t>Sınıflandırma</w:t>
            </w:r>
          </w:p>
        </w:tc>
        <w:tc>
          <w:tcPr>
            <w:tcW w:type="dxa" w:w="5059"/>
            <w:vAlign w:val="center"/>
            <w:shd w:fill="F3F5F7"/>
          </w:tcPr>
          <w:p>
            <w:r/>
            <w:r>
              <w:rPr>
                <w:rFonts w:ascii="Aptos" w:hAnsi="Aptos"/>
                <w:b w:val="0"/>
                <w:color w:val="3D4A5C"/>
                <w:sz w:val="16"/>
                <w:lang w:val="tr-TR" w:bidi="tr-TR"/>
              </w:rPr>
              <w:t>İŞ FORMU</w:t>
            </w:r>
          </w:p>
        </w:tc>
      </w:tr>
      <w:tr>
        <w:tc>
          <w:tcPr>
            <w:tcW w:type="dxa" w:w="5059"/>
            <w:vAlign w:val="center"/>
            <w:shd w:fill="071A33"/>
          </w:tcPr>
          <w:p>
            <w:r/>
            <w:r>
              <w:rPr>
                <w:rFonts w:ascii="Aptos" w:hAnsi="Aptos"/>
                <w:b/>
                <w:color w:val="FFFFFF"/>
                <w:sz w:val="16"/>
                <w:lang w:val="tr-TR" w:bidi="tr-TR"/>
              </w:rPr>
              <w:t>Doküman sahibi</w:t>
            </w:r>
          </w:p>
        </w:tc>
        <w:tc>
          <w:tcPr>
            <w:tcW w:type="dxa" w:w="5059"/>
            <w:vAlign w:val="center"/>
            <w:shd w:fill="F3F5F7"/>
          </w:tcPr>
          <w:p>
            <w:r/>
            <w:r>
              <w:rPr>
                <w:rFonts w:ascii="Aptos" w:hAnsi="Aptos"/>
                <w:b w:val="0"/>
                <w:color w:val="3D4A5C"/>
                <w:sz w:val="16"/>
                <w:lang w:val="tr-TR" w:bidi="tr-TR"/>
              </w:rPr>
              <w:t>OLYVENRA LTD - Kurumsal Yönetişim</w:t>
            </w:r>
          </w:p>
        </w:tc>
      </w:tr>
    </w:tbl>
    <w:p>
      <w:pPr>
        <w:pStyle w:val="Heading1"/>
        <w:keepNext/>
        <w:spacing w:after="40" w:before="80" w:line="240" w:lineRule="auto"/>
      </w:pPr>
      <w:r>
        <w:t>Dokümanın amacı</w:t>
      </w:r>
    </w:p>
    <w:p>
      <w:pPr>
        <w:spacing w:after="40" w:line="240" w:lineRule="auto"/>
      </w:pPr>
      <w:r>
        <w:t>Saha, güç, teknik, program, tedarik ve hizmet beklentileri dâhil olmak üzere enerji, şarj, elektrifikasyon veya mobilite altyapısı gereksinimini kaydetmek.</w:t>
      </w:r>
    </w:p>
    <w:p>
      <w:pPr>
        <w:pStyle w:val="Heading1"/>
        <w:keepNext/>
        <w:spacing w:after="40" w:before="80" w:line="240" w:lineRule="auto"/>
      </w:pPr>
      <w:r>
        <w:t>Kapsam ve kullanım</w:t>
      </w:r>
    </w:p>
    <w:p>
      <w:pPr>
        <w:spacing w:after="40" w:line="240" w:lineRule="auto"/>
      </w:pPr>
      <w:r>
        <w:t>Uygun olan tüm alanları doldurun ve gerekli yerlerde "Uygulanamaz" yazın. Güncel destekleyici belgeleri ekleyerek formu info@olyvenra.com adresine gönderin. Parolaları, ödeme kartı verilerini, kimliği belirlenebilir hasta kayıtlarını, gizlilik dereceli bilgileri, banka giriş bilgilerini veya ihracat kontrolüne tabi teknik verileri e-postayla göndermeyin; önce onaylı güvenli bir kanal talep edin. Formun gönderilmesi teklif verme, onaylama, sisteme dahil etme veya işlem yapma yükümlülüğü oluşturmaz.</w:t>
      </w:r>
    </w:p>
    <w:p>
      <w:r>
        <w:rPr>
          <w:b/>
          <w:lang w:val="tr-TR" w:bidi="tr-TR"/>
        </w:rPr>
        <w:t xml:space="preserve">Gizlilik: </w:t>
      </w:r>
      <w:r>
        <w:t xml:space="preserve"> </w:t>
      </w:r>
      <w:hyperlink r:id="rId11">
        <w:r>
          <w:rPr>
            <w:color w:val="8A6A10"/>
            <w:u w:val="single"/>
            <w:lang w:val="tr-TR" w:bidi="tr-TR"/>
          </w:rPr>
          <w:t>OLYVENRA Gizlilik Bildirimi'ni okuyun</w:t>
        </w:r>
      </w:hyperlink>
    </w:p>
    <w:tbl>
      <w:tblPr>
        <w:tblStyle w:val="TableGrid"/>
        <w:tblW w:type="auto" w:w="0"/>
        <w:jc w:val="center"/>
        <w:tblLook w:firstColumn="1" w:firstRow="1" w:lastColumn="0" w:lastRow="0" w:noHBand="0" w:noVBand="1" w:val="04A0"/>
        <w:tblCaption w:val="Form alanları ve yanıtlar"/>
        <w:tblDescription w:val="Form alanları ve yanıtlar"/>
      </w:tblPr>
      <w:tblGrid>
        <w:gridCol w:w="2530"/>
        <w:gridCol w:w="2530"/>
        <w:gridCol w:w="2530"/>
        <w:gridCol w:w="2530"/>
      </w:tblGrid>
      <w:tr>
        <w:tc>
          <w:tcPr>
            <w:tcW w:type="dxa" w:w="2530"/>
            <w:vAlign w:val="center"/>
            <w:shd w:fill="071A33"/>
          </w:tcPr>
          <w:p>
            <w:r/>
            <w:r>
              <w:rPr>
                <w:rFonts w:ascii="Aptos" w:hAnsi="Aptos"/>
                <w:b/>
                <w:color w:val="FFFFFF"/>
                <w:sz w:val="16"/>
                <w:lang w:val="tr-TR" w:bidi="tr-TR"/>
              </w:rPr>
              <w:t>Hazırlayan</w:t>
            </w:r>
          </w:p>
        </w:tc>
        <w:tc>
          <w:tcPr>
            <w:tcW w:type="dxa" w:w="2530"/>
            <w:vAlign w:val="center"/>
            <w:shd w:fill="F3F5F7"/>
          </w:tcPr>
          <w:p>
            <w:r/>
            <w:r>
              <w:rPr>
                <w:rFonts w:ascii="Aptos" w:hAnsi="Aptos"/>
                <w:b w:val="0"/>
                <w:color w:val="3D4A5C"/>
                <w:sz w:val="16"/>
                <w:lang w:val="tr-TR" w:bidi="tr-TR"/>
              </w:rPr>
              <w:t>Kurumsal Yönetişim</w:t>
            </w:r>
          </w:p>
        </w:tc>
        <w:tc>
          <w:tcPr>
            <w:tcW w:type="dxa" w:w="2530"/>
            <w:vAlign w:val="center"/>
            <w:shd w:fill="071A33"/>
          </w:tcPr>
          <w:p>
            <w:r/>
            <w:r>
              <w:rPr>
                <w:rFonts w:ascii="Aptos" w:hAnsi="Aptos"/>
                <w:b/>
                <w:color w:val="FFFFFF"/>
                <w:sz w:val="16"/>
                <w:lang w:val="tr-TR" w:bidi="tr-TR"/>
              </w:rPr>
              <w:t>Onaylayan</w:t>
            </w:r>
          </w:p>
        </w:tc>
        <w:tc>
          <w:tcPr>
            <w:tcW w:type="dxa" w:w="2530"/>
            <w:vAlign w:val="center"/>
            <w:shd w:fill="F3F5F7"/>
          </w:tcPr>
          <w:p>
            <w:r/>
            <w:r>
              <w:rPr>
                <w:rFonts w:ascii="Aptos" w:hAnsi="Aptos"/>
                <w:b w:val="0"/>
                <w:color w:val="3D4A5C"/>
                <w:sz w:val="16"/>
                <w:lang w:val="tr-TR" w:bidi="tr-TR"/>
              </w:rPr>
              <w:t>Direktör</w:t>
            </w:r>
          </w:p>
        </w:tc>
      </w:tr>
      <w:tr>
        <w:tc>
          <w:tcPr>
            <w:tcW w:type="dxa" w:w="2530"/>
            <w:vAlign w:val="center"/>
            <w:shd w:fill="071A33"/>
          </w:tcPr>
          <w:p>
            <w:r/>
            <w:r>
              <w:rPr>
                <w:rFonts w:ascii="Aptos" w:hAnsi="Aptos"/>
                <w:b/>
                <w:color w:val="FFFFFF"/>
                <w:sz w:val="16"/>
                <w:lang w:val="tr-TR" w:bidi="tr-TR"/>
              </w:rPr>
              <w:t>Gözden geçirme döngüsü</w:t>
            </w:r>
          </w:p>
        </w:tc>
        <w:tc>
          <w:tcPr>
            <w:tcW w:type="dxa" w:w="2530"/>
            <w:vAlign w:val="center"/>
            <w:shd w:fill="F3F5F7"/>
          </w:tcPr>
          <w:p>
            <w:r/>
            <w:r>
              <w:rPr>
                <w:rFonts w:ascii="Aptos" w:hAnsi="Aptos"/>
                <w:b w:val="0"/>
                <w:color w:val="3D4A5C"/>
                <w:sz w:val="16"/>
                <w:lang w:val="tr-TR" w:bidi="tr-TR"/>
              </w:rPr>
              <w:t>Yıllık veya önemli değişiklik halinde</w:t>
            </w:r>
          </w:p>
        </w:tc>
        <w:tc>
          <w:tcPr>
            <w:tcW w:type="dxa" w:w="2530"/>
            <w:vAlign w:val="center"/>
            <w:shd w:fill="071A33"/>
          </w:tcPr>
          <w:p>
            <w:r/>
            <w:r>
              <w:rPr>
                <w:rFonts w:ascii="Aptos" w:hAnsi="Aptos"/>
                <w:b/>
                <w:color w:val="FFFFFF"/>
                <w:sz w:val="16"/>
                <w:lang w:val="tr-TR" w:bidi="tr-TR"/>
              </w:rPr>
              <w:t>Sonraki gözden geçirme</w:t>
            </w:r>
          </w:p>
        </w:tc>
        <w:tc>
          <w:tcPr>
            <w:tcW w:type="dxa" w:w="2530"/>
            <w:vAlign w:val="center"/>
            <w:shd w:fill="F3F5F7"/>
          </w:tcPr>
          <w:p>
            <w:r/>
            <w:r>
              <w:rPr>
                <w:rFonts w:ascii="Aptos" w:hAnsi="Aptos"/>
                <w:b w:val="0"/>
                <w:color w:val="3D4A5C"/>
                <w:sz w:val="16"/>
                <w:lang w:val="tr-TR" w:bidi="tr-TR"/>
              </w:rPr>
              <w:t>Ağustos 2027</w:t>
            </w:r>
          </w:p>
        </w:tc>
      </w:tr>
      <w:tr>
        <w:tc>
          <w:tcPr>
            <w:tcW w:type="dxa" w:w="2530"/>
            <w:vAlign w:val="center"/>
            <w:shd w:fill="071A33"/>
          </w:tcPr>
          <w:p>
            <w:r/>
            <w:r>
              <w:rPr>
                <w:rFonts w:ascii="Aptos" w:hAnsi="Aptos"/>
                <w:b/>
                <w:color w:val="FFFFFF"/>
                <w:sz w:val="16"/>
                <w:lang w:val="tr-TR" w:bidi="tr-TR"/>
              </w:rPr>
              <w:t>Kayıt durumu</w:t>
            </w:r>
          </w:p>
        </w:tc>
        <w:tc>
          <w:tcPr>
            <w:tcW w:type="dxa" w:w="2530"/>
            <w:vAlign w:val="center"/>
            <w:shd w:fill="F3F5F7"/>
          </w:tcPr>
          <w:p>
            <w:r/>
            <w:r>
              <w:rPr>
                <w:rFonts w:ascii="Aptos" w:hAnsi="Aptos"/>
                <w:b w:val="0"/>
                <w:color w:val="3D4A5C"/>
                <w:sz w:val="16"/>
                <w:lang w:val="tr-TR" w:bidi="tr-TR"/>
              </w:rPr>
              <w:t>Kontrollü ana nüsha</w:t>
            </w:r>
          </w:p>
        </w:tc>
        <w:tc>
          <w:tcPr>
            <w:tcW w:type="dxa" w:w="2530"/>
            <w:vAlign w:val="center"/>
            <w:shd w:fill="071A33"/>
          </w:tcPr>
          <w:p>
            <w:r/>
            <w:r>
              <w:rPr>
                <w:rFonts w:ascii="Aptos" w:hAnsi="Aptos"/>
                <w:b/>
                <w:color w:val="FFFFFF"/>
                <w:sz w:val="16"/>
                <w:lang w:val="tr-TR" w:bidi="tr-TR"/>
              </w:rPr>
              <w:t>Dil</w:t>
            </w:r>
          </w:p>
        </w:tc>
        <w:tc>
          <w:tcPr>
            <w:tcW w:type="dxa" w:w="2530"/>
            <w:vAlign w:val="center"/>
            <w:shd w:fill="F3F5F7"/>
          </w:tcPr>
          <w:p>
            <w:r/>
            <w:r>
              <w:rPr>
                <w:rFonts w:ascii="Aptos" w:hAnsi="Aptos"/>
                <w:b w:val="0"/>
                <w:color w:val="3D4A5C"/>
                <w:sz w:val="16"/>
                <w:lang w:val="tr-TR" w:bidi="tr-TR"/>
              </w:rPr>
              <w:t>Türkçe</w:t>
            </w:r>
          </w:p>
        </w:tc>
      </w:tr>
    </w:tbl>
    <w:p>
      <w:pPr>
        <w:pStyle w:val="Heading1"/>
        <w:keepNext/>
        <w:spacing w:after="40" w:before="80" w:line="240" w:lineRule="auto"/>
      </w:pPr>
      <w:r>
        <w:t>Proje sahibi</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Kuruluş</w:t>
            </w:r>
          </w:p>
        </w:tc>
        <w:tc>
          <w:tcPr>
            <w:tcW w:type="dxa" w:w="6552"/>
            <w:vAlign w:val="center"/>
            <w:tcMar>
              <w:top w:w="45" w:type="dxa"/>
              <w:bottom w:w="45" w:type="dxa"/>
              <w:left w:w="70" w:type="dxa"/>
              <w:right w:w="70" w:type="dxa"/>
            </w:tcMar>
          </w:tcPr>
          <w:p>
            <w:sdt>
              <w:sdtPr>
                <w:alias w:val="Kuruluş"/>
                <w:tag w:val="olyelectra-project-enquiry-form-tr_2_0_1_1"/>
                <w:id w:val="162185068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Ülke</w:t>
            </w:r>
          </w:p>
        </w:tc>
        <w:tc>
          <w:tcPr>
            <w:tcW w:type="dxa" w:w="6552"/>
            <w:vAlign w:val="center"/>
            <w:tcMar>
              <w:top w:w="45" w:type="dxa"/>
              <w:bottom w:w="45" w:type="dxa"/>
              <w:left w:w="70" w:type="dxa"/>
              <w:right w:w="70" w:type="dxa"/>
            </w:tcMar>
          </w:tcPr>
          <w:p>
            <w:sdt>
              <w:sdtPr>
                <w:alias w:val="Ülke"/>
                <w:tag w:val="olyelectra-project-enquiry-form-tr_2_1_1_2"/>
                <w:id w:val="152837081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İrtibat kişisi</w:t>
            </w:r>
          </w:p>
        </w:tc>
        <w:tc>
          <w:tcPr>
            <w:tcW w:type="dxa" w:w="6552"/>
            <w:vAlign w:val="center"/>
            <w:tcMar>
              <w:top w:w="45" w:type="dxa"/>
              <w:bottom w:w="45" w:type="dxa"/>
              <w:left w:w="70" w:type="dxa"/>
              <w:right w:w="70" w:type="dxa"/>
            </w:tcMar>
          </w:tcPr>
          <w:p>
            <w:sdt>
              <w:sdtPr>
                <w:alias w:val="İrtibat kişisi"/>
                <w:tag w:val="olyelectra-project-enquiry-form-tr_2_2_1_3"/>
                <w:id w:val="34741039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Proje türü</w:t>
            </w:r>
          </w:p>
        </w:tc>
        <w:tc>
          <w:tcPr>
            <w:tcW w:type="dxa" w:w="6552"/>
            <w:vAlign w:val="center"/>
            <w:tcMar>
              <w:top w:w="45" w:type="dxa"/>
              <w:bottom w:w="45" w:type="dxa"/>
              <w:left w:w="70" w:type="dxa"/>
              <w:right w:w="70" w:type="dxa"/>
            </w:tcMar>
          </w:tcPr>
          <w:p>
            <w:sdt>
              <w:sdtPr>
                <w:alias w:val="Proje türü"/>
                <w:tag w:val="olyelectra-project-enquiry-form-tr_2_3_1_4"/>
                <w:id w:val="1270490843"/>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Saha ve kapsam</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Saha adresi</w:t>
            </w:r>
          </w:p>
        </w:tc>
        <w:tc>
          <w:tcPr>
            <w:tcW w:type="dxa" w:w="6552"/>
            <w:vAlign w:val="center"/>
            <w:tcMar>
              <w:top w:w="45" w:type="dxa"/>
              <w:bottom w:w="45" w:type="dxa"/>
              <w:left w:w="70" w:type="dxa"/>
              <w:right w:w="70" w:type="dxa"/>
            </w:tcMar>
          </w:tcPr>
          <w:p>
            <w:sdt>
              <w:sdtPr>
                <w:alias w:val="Saha adresi"/>
                <w:tag w:val="olyelectra-project-enquiry-form-tr_3_0_1_5"/>
                <w:id w:val="126045290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Filo / kamusal / iş yeri / endüstriyel</w:t>
            </w:r>
          </w:p>
        </w:tc>
        <w:tc>
          <w:tcPr>
            <w:tcW w:type="dxa" w:w="6552"/>
            <w:vAlign w:val="center"/>
            <w:tcMar>
              <w:top w:w="45" w:type="dxa"/>
              <w:bottom w:w="45" w:type="dxa"/>
              <w:left w:w="70" w:type="dxa"/>
              <w:right w:w="70" w:type="dxa"/>
            </w:tcMar>
          </w:tcPr>
          <w:p>
            <w:sdt>
              <w:sdtPr>
                <w:alias w:val="Filo / kamusal / iş yeri / endüstriyel"/>
                <w:tag w:val="olyelectra-project-enquiry-form-tr_3_1_1_6"/>
                <w:id w:val="118796807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Şarj noktası veya varlık sayısı</w:t>
            </w:r>
          </w:p>
        </w:tc>
        <w:tc>
          <w:tcPr>
            <w:tcW w:type="dxa" w:w="6552"/>
            <w:vAlign w:val="center"/>
            <w:tcMar>
              <w:top w:w="45" w:type="dxa"/>
              <w:bottom w:w="45" w:type="dxa"/>
              <w:left w:w="70" w:type="dxa"/>
              <w:right w:w="70" w:type="dxa"/>
            </w:tcMar>
          </w:tcPr>
          <w:p>
            <w:sdt>
              <w:sdtPr>
                <w:alias w:val="Şarj noktası veya varlık sayısı"/>
                <w:tag w:val="olyelectra-project-enquiry-form-tr_3_2_1_7"/>
                <w:id w:val="152681180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Mevcut güç kapasitesi</w:t>
            </w:r>
          </w:p>
        </w:tc>
        <w:tc>
          <w:tcPr>
            <w:tcW w:type="dxa" w:w="6552"/>
            <w:vAlign w:val="center"/>
            <w:tcMar>
              <w:top w:w="45" w:type="dxa"/>
              <w:bottom w:w="45" w:type="dxa"/>
              <w:left w:w="70" w:type="dxa"/>
              <w:right w:w="70" w:type="dxa"/>
            </w:tcMar>
          </w:tcPr>
          <w:p>
            <w:sdt>
              <w:sdtPr>
                <w:alias w:val="Mevcut güç kapasitesi"/>
                <w:tag w:val="olyelectra-project-enquiry-form-tr_3_3_1_8"/>
                <w:id w:val="92918510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Şebeke bağlantı durumu</w:t>
            </w:r>
          </w:p>
        </w:tc>
        <w:tc>
          <w:tcPr>
            <w:tcW w:type="dxa" w:w="6552"/>
            <w:vAlign w:val="center"/>
            <w:tcMar>
              <w:top w:w="45" w:type="dxa"/>
              <w:bottom w:w="45" w:type="dxa"/>
              <w:left w:w="70" w:type="dxa"/>
              <w:right w:w="70" w:type="dxa"/>
            </w:tcMar>
          </w:tcPr>
          <w:p>
            <w:sdt>
              <w:sdtPr>
                <w:alias w:val="Şebeke bağlantı durumu"/>
                <w:tag w:val="olyelectra-project-enquiry-form-tr_3_4_1_9"/>
                <w:id w:val="65328007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Hedef devreye alma tarihi</w:t>
            </w:r>
          </w:p>
        </w:tc>
        <w:tc>
          <w:tcPr>
            <w:tcW w:type="dxa" w:w="6552"/>
            <w:vAlign w:val="center"/>
            <w:tcMar>
              <w:top w:w="45" w:type="dxa"/>
              <w:bottom w:w="45" w:type="dxa"/>
              <w:left w:w="70" w:type="dxa"/>
              <w:right w:w="70" w:type="dxa"/>
            </w:tcMar>
          </w:tcPr>
          <w:p>
            <w:sdt>
              <w:sdtPr>
                <w:alias w:val="Hedef devreye alma tarihi"/>
                <w:tag w:val="olyelectra-project-enquiry-form-tr_3_5_1_10"/>
                <w:id w:val="1120105443"/>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Teknik bilgiler</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AC/DC gereksinimi</w:t>
            </w:r>
          </w:p>
        </w:tc>
        <w:tc>
          <w:tcPr>
            <w:tcW w:type="dxa" w:w="6552"/>
            <w:vAlign w:val="center"/>
            <w:tcMar>
              <w:top w:w="45" w:type="dxa"/>
              <w:bottom w:w="45" w:type="dxa"/>
              <w:left w:w="70" w:type="dxa"/>
              <w:right w:w="70" w:type="dxa"/>
            </w:tcMar>
          </w:tcPr>
          <w:p>
            <w:sdt>
              <w:sdtPr>
                <w:alias w:val="AC/DC gereksinimi"/>
                <w:tag w:val="olyelectra-project-enquiry-form-tr_4_0_1_11"/>
                <w:id w:val="34737646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Güç değeri</w:t>
            </w:r>
          </w:p>
        </w:tc>
        <w:tc>
          <w:tcPr>
            <w:tcW w:type="dxa" w:w="6552"/>
            <w:vAlign w:val="center"/>
            <w:tcMar>
              <w:top w:w="45" w:type="dxa"/>
              <w:bottom w:w="45" w:type="dxa"/>
              <w:left w:w="70" w:type="dxa"/>
              <w:right w:w="70" w:type="dxa"/>
            </w:tcMar>
          </w:tcPr>
          <w:p>
            <w:sdt>
              <w:sdtPr>
                <w:alias w:val="Güç değeri"/>
                <w:tag w:val="olyelectra-project-enquiry-form-tr_4_1_1_12"/>
                <w:id w:val="178214728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Konnektör standardı</w:t>
            </w:r>
          </w:p>
        </w:tc>
        <w:tc>
          <w:tcPr>
            <w:tcW w:type="dxa" w:w="6552"/>
            <w:vAlign w:val="center"/>
            <w:tcMar>
              <w:top w:w="45" w:type="dxa"/>
              <w:bottom w:w="45" w:type="dxa"/>
              <w:left w:w="70" w:type="dxa"/>
              <w:right w:w="70" w:type="dxa"/>
            </w:tcMar>
          </w:tcPr>
          <w:p>
            <w:sdt>
              <w:sdtPr>
                <w:alias w:val="Konnektör standardı"/>
                <w:tag w:val="olyelectra-project-enquiry-form-tr_4_2_1_13"/>
                <w:id w:val="53842577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Ödeme/arka uç sistem gereksinimi</w:t>
            </w:r>
          </w:p>
        </w:tc>
        <w:tc>
          <w:tcPr>
            <w:tcW w:type="dxa" w:w="6552"/>
            <w:vAlign w:val="center"/>
            <w:tcMar>
              <w:top w:w="45" w:type="dxa"/>
              <w:bottom w:w="45" w:type="dxa"/>
              <w:left w:w="70" w:type="dxa"/>
              <w:right w:w="70" w:type="dxa"/>
            </w:tcMar>
          </w:tcPr>
          <w:p>
            <w:sdt>
              <w:sdtPr>
                <w:alias w:val="Ödeme/arka uç sistem gereksinimi"/>
                <w:tag w:val="olyelectra-project-enquiry-form-tr_4_3_1_14"/>
                <w:id w:val="109440047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Enerji depolama / güneş enerjisi entegrasyonu</w:t>
            </w:r>
          </w:p>
        </w:tc>
        <w:tc>
          <w:tcPr>
            <w:tcW w:type="dxa" w:w="6552"/>
            <w:vAlign w:val="center"/>
            <w:tcMar>
              <w:top w:w="45" w:type="dxa"/>
              <w:bottom w:w="45" w:type="dxa"/>
              <w:left w:w="70" w:type="dxa"/>
              <w:right w:w="70" w:type="dxa"/>
            </w:tcMar>
          </w:tcPr>
          <w:p>
            <w:sdt>
              <w:sdtPr>
                <w:alias w:val="Enerji depolama / güneş enerjisi entegrasyonu"/>
                <w:tag w:val="olyelectra-project-enquiry-form-tr_4_4_1_15"/>
                <w:id w:val="158090467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İnşaat işleri kapsamı</w:t>
            </w:r>
          </w:p>
        </w:tc>
        <w:tc>
          <w:tcPr>
            <w:tcW w:type="dxa" w:w="6552"/>
            <w:vAlign w:val="center"/>
            <w:tcMar>
              <w:top w:w="45" w:type="dxa"/>
              <w:bottom w:w="45" w:type="dxa"/>
              <w:left w:w="70" w:type="dxa"/>
              <w:right w:w="70" w:type="dxa"/>
            </w:tcMar>
          </w:tcPr>
          <w:p>
            <w:sdt>
              <w:sdtPr>
                <w:alias w:val="İnşaat işleri kapsamı"/>
                <w:tag w:val="olyelectra-project-enquiry-form-tr_4_5_1_16"/>
                <w:id w:val="730236888"/>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Ticari bilgiler</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Bütçe aralığı</w:t>
            </w:r>
          </w:p>
        </w:tc>
        <w:tc>
          <w:tcPr>
            <w:tcW w:type="dxa" w:w="6552"/>
            <w:vAlign w:val="center"/>
            <w:tcMar>
              <w:top w:w="45" w:type="dxa"/>
              <w:bottom w:w="45" w:type="dxa"/>
              <w:left w:w="70" w:type="dxa"/>
              <w:right w:w="70" w:type="dxa"/>
            </w:tcMar>
          </w:tcPr>
          <w:p>
            <w:sdt>
              <w:sdtPr>
                <w:alias w:val="Bütçe aralığı"/>
                <w:tag w:val="olyelectra-project-enquiry-form-tr_5_0_1_17"/>
                <w:id w:val="61606535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Tedarik yöntemi</w:t>
            </w:r>
          </w:p>
        </w:tc>
        <w:tc>
          <w:tcPr>
            <w:tcW w:type="dxa" w:w="6552"/>
            <w:vAlign w:val="center"/>
            <w:tcMar>
              <w:top w:w="45" w:type="dxa"/>
              <w:bottom w:w="45" w:type="dxa"/>
              <w:left w:w="70" w:type="dxa"/>
              <w:right w:w="70" w:type="dxa"/>
            </w:tcMar>
          </w:tcPr>
          <w:p>
            <w:sdt>
              <w:sdtPr>
                <w:alias w:val="Tedarik yöntemi"/>
                <w:tag w:val="olyelectra-project-enquiry-form-tr_5_1_1_18"/>
                <w:id w:val="101688244"/>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Finansman ihtiyacı</w:t>
            </w:r>
          </w:p>
        </w:tc>
        <w:tc>
          <w:tcPr>
            <w:tcW w:type="dxa" w:w="6552"/>
            <w:vAlign w:val="center"/>
            <w:tcMar>
              <w:top w:w="45" w:type="dxa"/>
              <w:bottom w:w="45" w:type="dxa"/>
              <w:left w:w="70" w:type="dxa"/>
              <w:right w:w="70" w:type="dxa"/>
            </w:tcMar>
          </w:tcPr>
          <w:p>
            <w:sdt>
              <w:sdtPr>
                <w:alias w:val="Finansman ihtiyacı"/>
                <w:tag w:val="olyelectra-project-enquiry-form-tr_5_2_1_19"/>
                <w:id w:val="1397851354"/>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Garanti ve hizmet beklentileri</w:t>
            </w:r>
          </w:p>
        </w:tc>
        <w:tc>
          <w:tcPr>
            <w:tcW w:type="dxa" w:w="6552"/>
            <w:vAlign w:val="center"/>
            <w:tcMar>
              <w:top w:w="45" w:type="dxa"/>
              <w:bottom w:w="45" w:type="dxa"/>
              <w:left w:w="70" w:type="dxa"/>
              <w:right w:w="70" w:type="dxa"/>
            </w:tcMar>
          </w:tcPr>
          <w:p>
            <w:sdt>
              <w:sdtPr>
                <w:alias w:val="Garanti ve hizmet beklentileri"/>
                <w:tag w:val="olyelectra-project-enquiry-form-tr_5_3_1_20"/>
                <w:id w:val="1231015598"/>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Yetkili imzalar</w:t>
      </w:r>
    </w:p>
    <w:tbl>
      <w:tblPr>
        <w:tblStyle w:val="TableGrid"/>
        <w:tblW w:type="auto" w:w="0"/>
        <w:tblLook w:firstColumn="1" w:firstRow="1" w:lastColumn="0" w:lastRow="0" w:noHBand="0" w:noVBand="1" w:val="04A0"/>
        <w:tblCaption w:val="Form alanları ve yanıtlar"/>
        <w:tblDescription w:val="Form alanları ve yanıtlar"/>
      </w:tblPr>
      <w:tblGrid>
        <w:gridCol w:w="10119"/>
      </w:tblGrid>
      <w:tr>
        <w:tc>
          <w:tcPr>
            <w:tcW w:type="dxa" w:w="10119"/>
            <w:vAlign w:val="center"/>
            <w:shd w:fill="F3F5F7"/>
          </w:tcPr>
          <w:p>
            <w:r/>
            <w:r>
              <w:rPr>
                <w:rFonts w:ascii="Aptos" w:hAnsi="Aptos"/>
                <w:b/>
                <w:color w:val="071A33"/>
                <w:sz w:val="16"/>
                <w:lang w:val="tr-TR" w:bidi="tr-TR"/>
              </w:rPr>
              <w:t>Kuruluş / taraf - Taraf 1</w:t>
            </w:r>
          </w:p>
        </w:tc>
      </w:tr>
      <w:tr>
        <w:tc>
          <w:tcPr>
            <w:tcW w:type="dxa" w:w="10119"/>
            <w:vAlign w:val="center"/>
            <w:shd w:fill="FFFFFF"/>
          </w:tcPr>
          <w:p>
            <w:sdt>
              <w:sdtPr>
                <w:alias w:val="Yetkili kişinin adı ve unvanı"/>
                <w:tag w:val="olyelectra-project-enquiry-form-tr_signature_1_21"/>
                <w:id w:val="1807096579"/>
                <w:color w:val="B08A28"/>
                <w:appearance w:val="boundingBox"/>
                <w:text/>
              </w:sdtPr>
              <w:sdtContent>
                <w:r>
                  <w:rPr>
                    <w:color w:val="6D7D87"/>
                    <w:i/>
                    <w:sz w:val="18"/>
                    <w:lang w:val="tr-TR" w:bidi="tr-TR"/>
                  </w:rPr>
                  <w:t>Yetkili kişinin adını ve unvanını girin.</w:t>
                </w:r>
              </w:sdtContent>
            </w:sdt>
          </w:p>
        </w:tc>
      </w:tr>
      <w:tr>
        <w:tc>
          <w:tcPr>
            <w:tcW w:type="dxa" w:w="10119"/>
            <w:vAlign w:val="center"/>
            <w:shd w:fill="FFFFFF"/>
          </w:tcPr>
          <w:p>
            <w:sdt>
              <w:sdtPr>
                <w:alias w:val="İmza"/>
                <w:tag w:val="olyelectra-project-enquiry-form-tr_signature_2_22"/>
                <w:id w:val="799238021"/>
                <w:color w:val="B08A28"/>
                <w:appearance w:val="boundingBox"/>
                <w:text/>
              </w:sdtPr>
              <w:sdtContent>
                <w:r>
                  <w:rPr>
                    <w:color w:val="6D7D87"/>
                    <w:i/>
                    <w:sz w:val="18"/>
                    <w:lang w:val="tr-TR" w:bidi="tr-TR"/>
                  </w:rPr>
                  <w:t>Burayı imzalayın.</w:t>
                </w:r>
              </w:sdtContent>
            </w:sdt>
          </w:p>
        </w:tc>
      </w:tr>
      <w:tr>
        <w:tc>
          <w:tcPr>
            <w:tcW w:type="dxa" w:w="10119"/>
            <w:vAlign w:val="center"/>
            <w:shd w:fill="FFFFFF"/>
          </w:tcPr>
          <w:p>
            <w:sdt>
              <w:sdtPr>
                <w:alias w:val="Tarih"/>
                <w:tag w:val="olyelectra-project-enquiry-form-tr_signature_3_23"/>
                <w:id w:val="1706786278"/>
                <w:color w:val="B08A28"/>
                <w:appearance w:val="boundingBox"/>
                <w:text/>
              </w:sdtPr>
              <w:sdtContent>
                <w:r>
                  <w:rPr>
                    <w:color w:val="6D7D87"/>
                    <w:i/>
                    <w:sz w:val="18"/>
                    <w:lang w:val="tr-TR" w:bidi="tr-TR"/>
                  </w:rPr>
                  <w:t>Tarihi girin.</w:t>
                </w:r>
              </w:sdtContent>
            </w:sdt>
          </w:p>
        </w:tc>
      </w:tr>
      <w:tr>
        <w:tc>
          <w:tcPr>
            <w:tcW w:type="dxa" w:w="10119"/>
            <w:vAlign w:val="center"/>
            <w:shd w:fill="FFFFFF"/>
          </w:tcPr>
          <w:p>
            <w:r/>
            <w:r>
              <w:rPr>
                <w:rFonts w:ascii="Aptos" w:hAnsi="Aptos"/>
                <w:b w:val="0"/>
                <w:color w:val="071A33"/>
                <w:sz w:val="16"/>
                <w:lang w:val="tr-TR" w:bidi="tr-TR"/>
              </w:rPr>
            </w:r>
          </w:p>
        </w:tc>
      </w:tr>
    </w:tbl>
    <w:p>
      <w:pPr>
        <w:spacing w:after="40" w:line="240" w:lineRule="auto"/>
      </w:pPr>
      <w:r>
        <w:t>Profesyonel iş kullanımı için hazırlanmış bir şablondur. Hukuki, düzenleyici, ihracat kontrolü, tıbbi veya teknik tavsiye niteliğinde değildir. İmzalamadan veya dayanak olarak kullanmadan önce ilgili işlem ve yargı alanına göre gözden geçirin ve uyarlayın.</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lang w:val="tr-TR" w:bidi="tr-TR"/>
      </w:rPr>
      <w:t>OLYVENRA LTD | 71-75 Shelton Street, Covent Garden, London WC2H 9JQ, United Kingdom | info@olyvenra.com | +44 7874 271673 | www.olyvenra.com</w:t>
      <w:br/>
    </w:r>
    <w:r>
      <w:rPr>
        <w:color w:val="C7A24B"/>
        <w:sz w:val="14"/>
        <w:lang w:val="tr-TR" w:bidi="tr-TR"/>
      </w:rPr>
      <w:t>OE-FRM-001 | Sürüm 2.0 | Yürürlük tarihi 1 Ağustos 2026 | Elektronik olarak görüntülendiğinde kontrollü kopyadır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52424"/>
                <wp:docPr id="1" name="Picture 1" descr="OLYELECTRA logo" title="OLYELECTRA logo"/>
                <wp:cNvGraphicFramePr>
                  <a:graphicFrameLocks noChangeAspect="1"/>
                </wp:cNvGraphicFramePr>
                <a:graphic>
                  <a:graphicData uri="http://schemas.openxmlformats.org/drawingml/2006/picture">
                    <pic:pic>
                      <pic:nvPicPr>
                        <pic:cNvPr id="0" name="olyelectra-logo-wordmark.png"/>
                        <pic:cNvPicPr/>
                      </pic:nvPicPr>
                      <pic:blipFill>
                        <a:blip r:embed="rId1"/>
                        <a:stretch>
                          <a:fillRect/>
                        </a:stretch>
                      </pic:blipFill>
                      <pic:spPr>
                        <a:xfrm>
                          <a:off x="0" y="0"/>
                          <a:ext cx="1417320" cy="152424"/>
                        </a:xfrm>
                        <a:prstGeom prst="rect"/>
                      </pic:spPr>
                    </pic:pic>
                  </a:graphicData>
                </a:graphic>
              </wp:inline>
            </w:drawing>
          </w:r>
        </w:p>
      </w:tc>
      <w:tc>
        <w:tcPr>
          <w:tcW w:type="dxa" w:w="5040"/>
          <w:vAlign w:val="center"/>
        </w:tcPr>
        <w:p>
          <w:pPr>
            <w:jc w:val="right"/>
          </w:pPr>
          <w:r/>
          <w:r>
            <w:rPr>
              <w:rFonts w:ascii="Aptos" w:hAnsi="Aptos"/>
              <w:b/>
              <w:color w:val="071A33"/>
              <w:sz w:val="16"/>
              <w:lang w:val="tr-TR" w:bidi="tr-TR"/>
            </w:rPr>
            <w:t>OE-FRM-001</w:t>
            <w:br/>
            <w:t>Sürüm 2.0 | İŞ FORMU</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tr-TR" w:bidi="tr-TR"/>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tr-TR" w:bidi="tr-TR"/>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tr-TR" w:bidi="tr-TR"/>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tr-TR" w:bidi="tr-T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tr-TR" w:eastAsia="ja-JP" w:bidi="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tr-TR" w:bidi="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Enerji ve Mobilite Projesi Talep Formu</dc:title>
  <dc:subject>OLYVENRA doldurulabilir uzman sektör iş formu</dc:subject>
  <dc:creator>OLYVENRA LTD</dc:creator>
  <cp:keywords>OLYVENRA, uluslararası iş, stratejik tedarik, pazar erişimi</cp:keywords>
  <dc:description>İş kullanımı için hazırlanmış kontrollü kurumsal doküman.</dc:description>
  <cp:lastModifiedBy>OLYVENRA LTD</cp:lastModifiedBy>
  <cp:revision>2</cp:revision>
  <dcterms:created xsi:type="dcterms:W3CDTF">2013-12-23T23:15:00Z</dcterms:created>
  <dcterms:modified xsi:type="dcterms:W3CDTF">2013-12-23T23:15:00Z</dcterms:modified>
  <cp:category/>
  <dc:language>tr-TR</dc:language>
</cp:coreProperties>
</file>