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OLYMEDICA</w:t>
      </w:r>
    </w:p>
    <w:p>
      <w:pPr>
        <w:pStyle w:val="Title"/>
        <w:spacing w:after="40" w:line="240" w:lineRule="auto"/>
        <w:jc w:val="center"/>
      </w:pPr>
      <w:r>
        <w:t>Tıbbi Ürün Talep Formu</w:t>
      </w:r>
    </w:p>
    <w:p>
      <w:pPr>
        <w:spacing w:after="40" w:line="240" w:lineRule="auto"/>
        <w:jc w:val="center"/>
      </w:pPr>
      <w:r>
        <w:t>Doldurulabilir başvuru şablonu</w:t>
      </w:r>
    </w:p>
    <w:p>
      <w:pPr>
        <w:spacing w:after="40" w:line="240" w:lineRule="auto"/>
        <w:jc w:val="center"/>
      </w:pPr>
      <w:r>
        <w:t>İlaç dışı tıbbi ekipman ve sağlık tedariki</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OM-FRM-001</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Amaçlanan kullanım, düzenleyici kanıtlar, izlenebilirlik, teslimat ve destek ihtiyaçları dâhil olmak üzere ilaç dışı tıbbi ekipman, cihaz, sarf malzemesi veya hizmet gereksinimini kaydetmek.</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Talep sahibi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Kuruluş</w:t>
            </w:r>
          </w:p>
        </w:tc>
        <w:tc>
          <w:tcPr>
            <w:tcW w:type="dxa" w:w="6552"/>
            <w:vAlign w:val="center"/>
            <w:tcMar>
              <w:top w:w="45" w:type="dxa"/>
              <w:bottom w:w="45" w:type="dxa"/>
              <w:left w:w="70" w:type="dxa"/>
              <w:right w:w="70" w:type="dxa"/>
            </w:tcMar>
          </w:tcPr>
          <w:p>
            <w:sdt>
              <w:sdtPr>
                <w:alias w:val="Kuruluş"/>
                <w:tag w:val="olymedica-product-enquiry-form-tr_2_0_1_1"/>
                <w:id w:val="11494735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Ülke</w:t>
            </w:r>
          </w:p>
        </w:tc>
        <w:tc>
          <w:tcPr>
            <w:tcW w:type="dxa" w:w="6552"/>
            <w:vAlign w:val="center"/>
            <w:tcMar>
              <w:top w:w="45" w:type="dxa"/>
              <w:bottom w:w="45" w:type="dxa"/>
              <w:left w:w="70" w:type="dxa"/>
              <w:right w:w="70" w:type="dxa"/>
            </w:tcMar>
          </w:tcPr>
          <w:p>
            <w:sdt>
              <w:sdtPr>
                <w:alias w:val="Ülke"/>
                <w:tag w:val="olymedica-product-enquiry-form-tr_2_1_1_2"/>
                <w:id w:val="29369411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İrtibat kişisi</w:t>
            </w:r>
          </w:p>
        </w:tc>
        <w:tc>
          <w:tcPr>
            <w:tcW w:type="dxa" w:w="6552"/>
            <w:vAlign w:val="center"/>
            <w:tcMar>
              <w:top w:w="45" w:type="dxa"/>
              <w:bottom w:w="45" w:type="dxa"/>
              <w:left w:w="70" w:type="dxa"/>
              <w:right w:w="70" w:type="dxa"/>
            </w:tcMar>
          </w:tcPr>
          <w:p>
            <w:sdt>
              <w:sdtPr>
                <w:alias w:val="İrtibat kişisi"/>
                <w:tag w:val="olymedica-product-enquiry-form-tr_2_2_1_3"/>
                <w:id w:val="198582246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Alıcı / distribütör / hizmet sağlayıcı</w:t>
            </w:r>
          </w:p>
        </w:tc>
        <w:tc>
          <w:tcPr>
            <w:tcW w:type="dxa" w:w="6552"/>
            <w:vAlign w:val="center"/>
            <w:tcMar>
              <w:top w:w="45" w:type="dxa"/>
              <w:bottom w:w="45" w:type="dxa"/>
              <w:left w:w="70" w:type="dxa"/>
              <w:right w:w="70" w:type="dxa"/>
            </w:tcMar>
          </w:tcPr>
          <w:p>
            <w:sdt>
              <w:sdtPr>
                <w:alias w:val="Alıcı / distribütör / hizmet sağlayıcı"/>
                <w:tag w:val="olymedica-product-enquiry-form-tr_2_3_1_4"/>
                <w:id w:val="996381948"/>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Ürün</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Jenerik ürün adı</w:t>
            </w:r>
          </w:p>
        </w:tc>
        <w:tc>
          <w:tcPr>
            <w:tcW w:type="dxa" w:w="6552"/>
            <w:vAlign w:val="center"/>
            <w:tcMar>
              <w:top w:w="45" w:type="dxa"/>
              <w:bottom w:w="45" w:type="dxa"/>
              <w:left w:w="70" w:type="dxa"/>
              <w:right w:w="70" w:type="dxa"/>
            </w:tcMar>
          </w:tcPr>
          <w:p>
            <w:sdt>
              <w:sdtPr>
                <w:alias w:val="Jenerik ürün adı"/>
                <w:tag w:val="olymedica-product-enquiry-form-tr_3_0_1_5"/>
                <w:id w:val="138854202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Marka/üretici</w:t>
            </w:r>
          </w:p>
        </w:tc>
        <w:tc>
          <w:tcPr>
            <w:tcW w:type="dxa" w:w="6552"/>
            <w:vAlign w:val="center"/>
            <w:tcMar>
              <w:top w:w="45" w:type="dxa"/>
              <w:bottom w:w="45" w:type="dxa"/>
              <w:left w:w="70" w:type="dxa"/>
              <w:right w:w="70" w:type="dxa"/>
            </w:tcMar>
          </w:tcPr>
          <w:p>
            <w:sdt>
              <w:sdtPr>
                <w:alias w:val="Marka/üretici"/>
                <w:tag w:val="olymedica-product-enquiry-form-tr_3_1_1_6"/>
                <w:id w:val="112341286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Model/katalog numarası</w:t>
            </w:r>
          </w:p>
        </w:tc>
        <w:tc>
          <w:tcPr>
            <w:tcW w:type="dxa" w:w="6552"/>
            <w:vAlign w:val="center"/>
            <w:tcMar>
              <w:top w:w="45" w:type="dxa"/>
              <w:bottom w:w="45" w:type="dxa"/>
              <w:left w:w="70" w:type="dxa"/>
              <w:right w:w="70" w:type="dxa"/>
            </w:tcMar>
          </w:tcPr>
          <w:p>
            <w:sdt>
              <w:sdtPr>
                <w:alias w:val="Model/katalog numarası"/>
                <w:tag w:val="olymedica-product-enquiry-form-tr_3_2_1_7"/>
                <w:id w:val="58585131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Miktar</w:t>
            </w:r>
          </w:p>
        </w:tc>
        <w:tc>
          <w:tcPr>
            <w:tcW w:type="dxa" w:w="6552"/>
            <w:vAlign w:val="center"/>
            <w:tcMar>
              <w:top w:w="45" w:type="dxa"/>
              <w:bottom w:w="45" w:type="dxa"/>
              <w:left w:w="70" w:type="dxa"/>
              <w:right w:w="70" w:type="dxa"/>
            </w:tcMar>
          </w:tcPr>
          <w:p>
            <w:sdt>
              <w:sdtPr>
                <w:alias w:val="Miktar"/>
                <w:tag w:val="olymedica-product-enquiry-form-tr_3_3_1_8"/>
                <w:id w:val="49790776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Ambalaj</w:t>
            </w:r>
          </w:p>
        </w:tc>
        <w:tc>
          <w:tcPr>
            <w:tcW w:type="dxa" w:w="6552"/>
            <w:vAlign w:val="center"/>
            <w:tcMar>
              <w:top w:w="45" w:type="dxa"/>
              <w:bottom w:w="45" w:type="dxa"/>
              <w:left w:w="70" w:type="dxa"/>
              <w:right w:w="70" w:type="dxa"/>
            </w:tcMar>
          </w:tcPr>
          <w:p>
            <w:sdt>
              <w:sdtPr>
                <w:alias w:val="Ambalaj"/>
                <w:tag w:val="olymedica-product-enquiry-form-tr_3_4_1_9"/>
                <w:id w:val="140833244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Steril / steril olmayan</w:t>
            </w:r>
          </w:p>
        </w:tc>
        <w:tc>
          <w:tcPr>
            <w:tcW w:type="dxa" w:w="6552"/>
            <w:vAlign w:val="center"/>
            <w:tcMar>
              <w:top w:w="45" w:type="dxa"/>
              <w:bottom w:w="45" w:type="dxa"/>
              <w:left w:w="70" w:type="dxa"/>
              <w:right w:w="70" w:type="dxa"/>
            </w:tcMar>
          </w:tcPr>
          <w:p>
            <w:sdt>
              <w:sdtPr>
                <w:alias w:val="Steril / steril olmayan"/>
                <w:tag w:val="olymedica-product-enquiry-form-tr_3_5_1_10"/>
                <w:id w:val="174264751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Raf ömrü gereksinimi</w:t>
            </w:r>
          </w:p>
        </w:tc>
        <w:tc>
          <w:tcPr>
            <w:tcW w:type="dxa" w:w="6552"/>
            <w:vAlign w:val="center"/>
            <w:tcMar>
              <w:top w:w="45" w:type="dxa"/>
              <w:bottom w:w="45" w:type="dxa"/>
              <w:left w:w="70" w:type="dxa"/>
              <w:right w:w="70" w:type="dxa"/>
            </w:tcMar>
          </w:tcPr>
          <w:p>
            <w:sdt>
              <w:sdtPr>
                <w:alias w:val="Raf ömrü gereksinimi"/>
                <w:tag w:val="olymedica-product-enquiry-form-tr_3_6_1_11"/>
                <w:id w:val="532318974"/>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Düzenleyici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Amaçlanan kullanım</w:t>
            </w:r>
          </w:p>
        </w:tc>
        <w:tc>
          <w:tcPr>
            <w:tcW w:type="dxa" w:w="6552"/>
            <w:vAlign w:val="center"/>
            <w:tcMar>
              <w:top w:w="45" w:type="dxa"/>
              <w:bottom w:w="45" w:type="dxa"/>
              <w:left w:w="70" w:type="dxa"/>
              <w:right w:w="70" w:type="dxa"/>
            </w:tcMar>
          </w:tcPr>
          <w:p>
            <w:sdt>
              <w:sdtPr>
                <w:alias w:val="Amaçlanan kullanım"/>
                <w:tag w:val="olymedica-product-enquiry-form-tr_4_0_1_12"/>
                <w:id w:val="53987575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Kullanım ortamı</w:t>
            </w:r>
          </w:p>
        </w:tc>
        <w:tc>
          <w:tcPr>
            <w:tcW w:type="dxa" w:w="6552"/>
            <w:vAlign w:val="center"/>
            <w:tcMar>
              <w:top w:w="45" w:type="dxa"/>
              <w:bottom w:w="45" w:type="dxa"/>
              <w:left w:w="70" w:type="dxa"/>
              <w:right w:w="70" w:type="dxa"/>
            </w:tcMar>
          </w:tcPr>
          <w:p>
            <w:sdt>
              <w:sdtPr>
                <w:alias w:val="Kullanım ortamı"/>
                <w:tag w:val="olymedica-product-enquiry-form-tr_4_1_1_13"/>
                <w:id w:val="17818919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Biliniyorsa risk sınıfı</w:t>
            </w:r>
          </w:p>
        </w:tc>
        <w:tc>
          <w:tcPr>
            <w:tcW w:type="dxa" w:w="6552"/>
            <w:vAlign w:val="center"/>
            <w:tcMar>
              <w:top w:w="45" w:type="dxa"/>
              <w:bottom w:w="45" w:type="dxa"/>
              <w:left w:w="70" w:type="dxa"/>
              <w:right w:w="70" w:type="dxa"/>
            </w:tcMar>
          </w:tcPr>
          <w:p>
            <w:sdt>
              <w:sdtPr>
                <w:alias w:val="Biliniyorsa risk sınıfı"/>
                <w:tag w:val="olymedica-product-enquiry-form-tr_4_2_1_14"/>
                <w:id w:val="12253317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Gerekli pazar izni</w:t>
            </w:r>
          </w:p>
        </w:tc>
        <w:tc>
          <w:tcPr>
            <w:tcW w:type="dxa" w:w="6552"/>
            <w:vAlign w:val="center"/>
            <w:tcMar>
              <w:top w:w="45" w:type="dxa"/>
              <w:bottom w:w="45" w:type="dxa"/>
              <w:left w:w="70" w:type="dxa"/>
              <w:right w:w="70" w:type="dxa"/>
            </w:tcMar>
          </w:tcPr>
          <w:p>
            <w:sdt>
              <w:sdtPr>
                <w:alias w:val="Gerekli pazar izni"/>
                <w:tag w:val="olymedica-product-enquiry-form-tr_4_3_1_15"/>
                <w:id w:val="67783019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Talep edilen CE/UKCA/FDA veya diğer kanıtlar</w:t>
            </w:r>
          </w:p>
        </w:tc>
        <w:tc>
          <w:tcPr>
            <w:tcW w:type="dxa" w:w="6552"/>
            <w:vAlign w:val="center"/>
            <w:tcMar>
              <w:top w:w="45" w:type="dxa"/>
              <w:bottom w:w="45" w:type="dxa"/>
              <w:left w:w="70" w:type="dxa"/>
              <w:right w:w="70" w:type="dxa"/>
            </w:tcMar>
          </w:tcPr>
          <w:p>
            <w:sdt>
              <w:sdtPr>
                <w:alias w:val="Talep edilen CE/UKCA/FDA veya diğer kanıtlar"/>
                <w:tag w:val="olymedica-product-enquiry-form-tr_4_4_1_16"/>
                <w:id w:val="132936101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UDI / lot izlenebilirliği gereksinimi</w:t>
            </w:r>
          </w:p>
        </w:tc>
        <w:tc>
          <w:tcPr>
            <w:tcW w:type="dxa" w:w="6552"/>
            <w:vAlign w:val="center"/>
            <w:tcMar>
              <w:top w:w="45" w:type="dxa"/>
              <w:bottom w:w="45" w:type="dxa"/>
              <w:left w:w="70" w:type="dxa"/>
              <w:right w:w="70" w:type="dxa"/>
            </w:tcMar>
          </w:tcPr>
          <w:p>
            <w:sdt>
              <w:sdtPr>
                <w:alias w:val="UDI / lot izlenebilirliği gereksinimi"/>
                <w:tag w:val="olymedica-product-enquiry-form-tr_4_5_1_17"/>
                <w:id w:val="1548046347"/>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Teslimat ve hizmet</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Varış yeri</w:t>
            </w:r>
          </w:p>
        </w:tc>
        <w:tc>
          <w:tcPr>
            <w:tcW w:type="dxa" w:w="6552"/>
            <w:vAlign w:val="center"/>
            <w:tcMar>
              <w:top w:w="45" w:type="dxa"/>
              <w:bottom w:w="45" w:type="dxa"/>
              <w:left w:w="70" w:type="dxa"/>
              <w:right w:w="70" w:type="dxa"/>
            </w:tcMar>
          </w:tcPr>
          <w:p>
            <w:sdt>
              <w:sdtPr>
                <w:alias w:val="Varış yeri"/>
                <w:tag w:val="olymedica-product-enquiry-form-tr_5_0_1_18"/>
                <w:id w:val="55400450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Gerekli tarih</w:t>
            </w:r>
          </w:p>
        </w:tc>
        <w:tc>
          <w:tcPr>
            <w:tcW w:type="dxa" w:w="6552"/>
            <w:vAlign w:val="center"/>
            <w:tcMar>
              <w:top w:w="45" w:type="dxa"/>
              <w:bottom w:w="45" w:type="dxa"/>
              <w:left w:w="70" w:type="dxa"/>
              <w:right w:w="70" w:type="dxa"/>
            </w:tcMar>
          </w:tcPr>
          <w:p>
            <w:sdt>
              <w:sdtPr>
                <w:alias w:val="Gerekli tarih"/>
                <w:tag w:val="olymedica-product-enquiry-form-tr_5_1_1_19"/>
                <w:id w:val="25306203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Incoterm</w:t>
            </w:r>
          </w:p>
        </w:tc>
        <w:tc>
          <w:tcPr>
            <w:tcW w:type="dxa" w:w="6552"/>
            <w:vAlign w:val="center"/>
            <w:tcMar>
              <w:top w:w="45" w:type="dxa"/>
              <w:bottom w:w="45" w:type="dxa"/>
              <w:left w:w="70" w:type="dxa"/>
              <w:right w:w="70" w:type="dxa"/>
            </w:tcMar>
          </w:tcPr>
          <w:p>
            <w:sdt>
              <w:sdtPr>
                <w:alias w:val="Incoterm"/>
                <w:tag w:val="olymedica-product-enquiry-form-tr_5_2_1_20"/>
                <w:id w:val="64486237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Kurulum</w:t>
            </w:r>
          </w:p>
        </w:tc>
        <w:tc>
          <w:tcPr>
            <w:tcW w:type="dxa" w:w="6552"/>
            <w:vAlign w:val="center"/>
            <w:tcMar>
              <w:top w:w="45" w:type="dxa"/>
              <w:bottom w:w="45" w:type="dxa"/>
              <w:left w:w="70" w:type="dxa"/>
              <w:right w:w="70" w:type="dxa"/>
            </w:tcMar>
          </w:tcPr>
          <w:p>
            <w:sdt>
              <w:sdtPr>
                <w:alias w:val="Kurulum"/>
                <w:tag w:val="olymedica-product-enquiry-form-tr_5_3_1_21"/>
                <w:id w:val="145791089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Eğitim</w:t>
            </w:r>
          </w:p>
        </w:tc>
        <w:tc>
          <w:tcPr>
            <w:tcW w:type="dxa" w:w="6552"/>
            <w:vAlign w:val="center"/>
            <w:tcMar>
              <w:top w:w="45" w:type="dxa"/>
              <w:bottom w:w="45" w:type="dxa"/>
              <w:left w:w="70" w:type="dxa"/>
              <w:right w:w="70" w:type="dxa"/>
            </w:tcMar>
          </w:tcPr>
          <w:p>
            <w:sdt>
              <w:sdtPr>
                <w:alias w:val="Eğitim"/>
                <w:tag w:val="olymedica-product-enquiry-form-tr_5_4_1_22"/>
                <w:id w:val="184358986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Garanti / bakım</w:t>
            </w:r>
          </w:p>
        </w:tc>
        <w:tc>
          <w:tcPr>
            <w:tcW w:type="dxa" w:w="6552"/>
            <w:vAlign w:val="center"/>
            <w:tcMar>
              <w:top w:w="45" w:type="dxa"/>
              <w:bottom w:w="45" w:type="dxa"/>
              <w:left w:w="70" w:type="dxa"/>
              <w:right w:w="70" w:type="dxa"/>
            </w:tcMar>
          </w:tcPr>
          <w:p>
            <w:sdt>
              <w:sdtPr>
                <w:alias w:val="Garanti / bakım"/>
                <w:tag w:val="olymedica-product-enquiry-form-tr_5_5_1_23"/>
                <w:id w:val="441672492"/>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olymedica-product-enquiry-form-tr_signature_1_24"/>
                <w:id w:val="394441313"/>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olymedica-product-enquiry-form-tr_signature_2_25"/>
                <w:id w:val="940630399"/>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olymedica-product-enquiry-form-tr_signature_3_26"/>
                <w:id w:val="874130778"/>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OM-FRM-001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OM-FRM-001</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Tıbbi Ürün Talep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