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OLYVENRA BUSINESS PLATFORM</w:t>
      </w:r>
    </w:p>
    <w:p>
      <w:pPr>
        <w:pStyle w:val="Title"/>
        <w:spacing w:after="40" w:line="240" w:lineRule="auto"/>
        <w:jc w:val="right"/>
        <w:bidi/>
      </w:pPr>
      <w:r>
        <w:rPr>
          <w:rtl/>
        </w:rPr>
        <w:t>نموذج طلب عرض سعر</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التوريد الاستراتيجي ودخول الأسواق وحوكمة المجموعة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OV-FRM-002</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متطلب واضح لمنتج أو خدمة أو حل تقني كي تتمكن OLYVENRA من تقييم إمكانية التوريد وحساسية الامتثال والمعلومات اللازمة لإعداد رد تجاري.</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مقدم الطلب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المؤسسة</w:t>
            </w:r>
          </w:p>
        </w:tc>
        <w:tc>
          <w:tcPr>
            <w:tcW w:type="dxa" w:w="6552"/>
            <w:vAlign w:val="center"/>
            <w:tcMar>
              <w:top w:w="45" w:type="dxa"/>
              <w:bottom w:w="45" w:type="dxa"/>
              <w:left w:w="70" w:type="dxa"/>
              <w:right w:w="70" w:type="dxa"/>
            </w:tcMar>
          </w:tcPr>
          <w:p>
            <w:pPr>
              <w:bidi/>
              <w:jc w:val="right"/>
            </w:pPr>
            <w:sdt>
              <w:sdtPr>
                <w:alias w:val="المؤسسة"/>
                <w:tag w:val="group-rfq-form-ar_2_0_1_1"/>
                <w:id w:val="97490343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w:t>
            </w:r>
          </w:p>
        </w:tc>
        <w:tc>
          <w:tcPr>
            <w:tcW w:type="dxa" w:w="6552"/>
            <w:vAlign w:val="center"/>
            <w:tcMar>
              <w:top w:w="45" w:type="dxa"/>
              <w:bottom w:w="45" w:type="dxa"/>
              <w:left w:w="70" w:type="dxa"/>
              <w:right w:w="70" w:type="dxa"/>
            </w:tcMar>
          </w:tcPr>
          <w:p>
            <w:pPr>
              <w:bidi/>
              <w:jc w:val="right"/>
            </w:pPr>
            <w:sdt>
              <w:sdtPr>
                <w:alias w:val="جهة الاتصال"/>
                <w:tag w:val="group-rfq-form-ar_2_1_1_2"/>
                <w:id w:val="150732150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البريد الإلكتروني</w:t>
            </w:r>
          </w:p>
        </w:tc>
        <w:tc>
          <w:tcPr>
            <w:tcW w:type="dxa" w:w="6552"/>
            <w:vAlign w:val="center"/>
            <w:tcMar>
              <w:top w:w="45" w:type="dxa"/>
              <w:bottom w:w="45" w:type="dxa"/>
              <w:left w:w="70" w:type="dxa"/>
              <w:right w:w="70" w:type="dxa"/>
            </w:tcMar>
          </w:tcPr>
          <w:p>
            <w:pPr>
              <w:bidi/>
              <w:jc w:val="right"/>
            </w:pPr>
            <w:sdt>
              <w:sdtPr>
                <w:alias w:val="البريد الإلكتروني"/>
                <w:tag w:val="group-rfq-form-ar_2_2_1_3"/>
                <w:id w:val="97919768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الهاتف</w:t>
            </w:r>
          </w:p>
        </w:tc>
        <w:tc>
          <w:tcPr>
            <w:tcW w:type="dxa" w:w="6552"/>
            <w:vAlign w:val="center"/>
            <w:tcMar>
              <w:top w:w="45" w:type="dxa"/>
              <w:bottom w:w="45" w:type="dxa"/>
              <w:left w:w="70" w:type="dxa"/>
              <w:right w:w="70" w:type="dxa"/>
            </w:tcMar>
          </w:tcPr>
          <w:p>
            <w:pPr>
              <w:bidi/>
              <w:jc w:val="right"/>
            </w:pPr>
            <w:sdt>
              <w:sdtPr>
                <w:alias w:val="الهاتف"/>
                <w:tag w:val="group-rfq-form-ar_2_3_1_4"/>
                <w:id w:val="143918429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الفوترة</w:t>
            </w:r>
          </w:p>
        </w:tc>
        <w:tc>
          <w:tcPr>
            <w:tcW w:type="dxa" w:w="6552"/>
            <w:vAlign w:val="center"/>
            <w:tcMar>
              <w:top w:w="45" w:type="dxa"/>
              <w:bottom w:w="45" w:type="dxa"/>
              <w:left w:w="70" w:type="dxa"/>
              <w:right w:w="70" w:type="dxa"/>
            </w:tcMar>
          </w:tcPr>
          <w:p>
            <w:pPr>
              <w:bidi/>
              <w:jc w:val="right"/>
            </w:pPr>
            <w:sdt>
              <w:sdtPr>
                <w:alias w:val="بلد الفوترة"/>
                <w:tag w:val="group-rfq-form-ar_2_4_1_5"/>
                <w:id w:val="69038672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التسليم</w:t>
            </w:r>
          </w:p>
        </w:tc>
        <w:tc>
          <w:tcPr>
            <w:tcW w:type="dxa" w:w="6552"/>
            <w:vAlign w:val="center"/>
            <w:tcMar>
              <w:top w:w="45" w:type="dxa"/>
              <w:bottom w:w="45" w:type="dxa"/>
              <w:left w:w="70" w:type="dxa"/>
              <w:right w:w="70" w:type="dxa"/>
            </w:tcMar>
          </w:tcPr>
          <w:p>
            <w:pPr>
              <w:bidi/>
              <w:jc w:val="right"/>
            </w:pPr>
            <w:sdt>
              <w:sdtPr>
                <w:alias w:val="بلد التسليم"/>
                <w:tag w:val="group-rfq-form-ar_2_5_1_6"/>
                <w:id w:val="954650632"/>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المتطلب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وصف المنتج/الخدمة</w:t>
            </w:r>
          </w:p>
        </w:tc>
        <w:tc>
          <w:tcPr>
            <w:tcW w:type="dxa" w:w="6552"/>
            <w:vAlign w:val="center"/>
            <w:tcMar>
              <w:top w:w="45" w:type="dxa"/>
              <w:bottom w:w="45" w:type="dxa"/>
              <w:left w:w="70" w:type="dxa"/>
              <w:right w:w="70" w:type="dxa"/>
            </w:tcMar>
          </w:tcPr>
          <w:p>
            <w:pPr>
              <w:bidi/>
              <w:jc w:val="right"/>
            </w:pPr>
            <w:sdt>
              <w:sdtPr>
                <w:alias w:val="وصف المنتج/الخدمة"/>
                <w:tag w:val="group-rfq-form-ar_3_0_1_7"/>
                <w:id w:val="91371356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تفضيل المصنع / العلامة التجارية</w:t>
            </w:r>
          </w:p>
        </w:tc>
        <w:tc>
          <w:tcPr>
            <w:tcW w:type="dxa" w:w="6552"/>
            <w:vAlign w:val="center"/>
            <w:tcMar>
              <w:top w:w="45" w:type="dxa"/>
              <w:bottom w:w="45" w:type="dxa"/>
              <w:left w:w="70" w:type="dxa"/>
              <w:right w:w="70" w:type="dxa"/>
            </w:tcMar>
          </w:tcPr>
          <w:p>
            <w:pPr>
              <w:bidi/>
              <w:jc w:val="right"/>
            </w:pPr>
            <w:sdt>
              <w:sdtPr>
                <w:alias w:val="تفضيل المصنع / العلامة التجارية"/>
                <w:tag w:val="group-rfq-form-ar_3_1_1_8"/>
                <w:id w:val="124098263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رقم القطعة / المواصفة</w:t>
            </w:r>
          </w:p>
        </w:tc>
        <w:tc>
          <w:tcPr>
            <w:tcW w:type="dxa" w:w="6552"/>
            <w:vAlign w:val="center"/>
            <w:tcMar>
              <w:top w:w="45" w:type="dxa"/>
              <w:bottom w:w="45" w:type="dxa"/>
              <w:left w:w="70" w:type="dxa"/>
              <w:right w:w="70" w:type="dxa"/>
            </w:tcMar>
          </w:tcPr>
          <w:p>
            <w:pPr>
              <w:bidi/>
              <w:jc w:val="right"/>
            </w:pPr>
            <w:sdt>
              <w:sdtPr>
                <w:alias w:val="رقم القطعة / المواصفة"/>
                <w:tag w:val="group-rfq-form-ar_3_2_1_9"/>
                <w:id w:val="142833556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الكمية</w:t>
            </w:r>
          </w:p>
        </w:tc>
        <w:tc>
          <w:tcPr>
            <w:tcW w:type="dxa" w:w="6552"/>
            <w:vAlign w:val="center"/>
            <w:tcMar>
              <w:top w:w="45" w:type="dxa"/>
              <w:bottom w:w="45" w:type="dxa"/>
              <w:left w:w="70" w:type="dxa"/>
              <w:right w:w="70" w:type="dxa"/>
            </w:tcMar>
          </w:tcPr>
          <w:p>
            <w:pPr>
              <w:bidi/>
              <w:jc w:val="right"/>
            </w:pPr>
            <w:sdt>
              <w:sdtPr>
                <w:alias w:val="الكمية"/>
                <w:tag w:val="group-rfq-form-ar_3_3_1_10"/>
                <w:id w:val="123766118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تاريخ التسليم المطلوب</w:t>
            </w:r>
          </w:p>
        </w:tc>
        <w:tc>
          <w:tcPr>
            <w:tcW w:type="dxa" w:w="6552"/>
            <w:vAlign w:val="center"/>
            <w:tcMar>
              <w:top w:w="45" w:type="dxa"/>
              <w:bottom w:w="45" w:type="dxa"/>
              <w:left w:w="70" w:type="dxa"/>
              <w:right w:w="70" w:type="dxa"/>
            </w:tcMar>
          </w:tcPr>
          <w:p>
            <w:pPr>
              <w:bidi/>
              <w:jc w:val="right"/>
            </w:pPr>
            <w:sdt>
              <w:sdtPr>
                <w:alias w:val="تاريخ التسليم المطلوب"/>
                <w:tag w:val="group-rfq-form-ar_3_4_1_11"/>
                <w:id w:val="108870835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موقع التسليم</w:t>
            </w:r>
          </w:p>
        </w:tc>
        <w:tc>
          <w:tcPr>
            <w:tcW w:type="dxa" w:w="6552"/>
            <w:vAlign w:val="center"/>
            <w:tcMar>
              <w:top w:w="45" w:type="dxa"/>
              <w:bottom w:w="45" w:type="dxa"/>
              <w:left w:w="70" w:type="dxa"/>
              <w:right w:w="70" w:type="dxa"/>
            </w:tcMar>
          </w:tcPr>
          <w:p>
            <w:pPr>
              <w:bidi/>
              <w:jc w:val="right"/>
            </w:pPr>
            <w:sdt>
              <w:sdtPr>
                <w:alias w:val="موقع التسليم"/>
                <w:tag w:val="group-rfq-form-ar_3_5_1_12"/>
                <w:id w:val="90011702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شرط Incoterm المفضل</w:t>
            </w:r>
          </w:p>
        </w:tc>
        <w:tc>
          <w:tcPr>
            <w:tcW w:type="dxa" w:w="6552"/>
            <w:vAlign w:val="center"/>
            <w:tcMar>
              <w:top w:w="45" w:type="dxa"/>
              <w:bottom w:w="45" w:type="dxa"/>
              <w:left w:w="70" w:type="dxa"/>
              <w:right w:w="70" w:type="dxa"/>
            </w:tcMar>
          </w:tcPr>
          <w:p>
            <w:pPr>
              <w:bidi/>
              <w:jc w:val="right"/>
            </w:pPr>
            <w:sdt>
              <w:sdtPr>
                <w:alias w:val="شرط Incoterm المفضل"/>
                <w:tag w:val="group-rfq-form-ar_3_6_1_13"/>
                <w:id w:val="11508857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الميزانية أو السعر المستهدف (اختياري)</w:t>
            </w:r>
          </w:p>
        </w:tc>
        <w:tc>
          <w:tcPr>
            <w:tcW w:type="dxa" w:w="6552"/>
            <w:vAlign w:val="center"/>
            <w:tcMar>
              <w:top w:w="45" w:type="dxa"/>
              <w:bottom w:w="45" w:type="dxa"/>
              <w:left w:w="70" w:type="dxa"/>
              <w:right w:w="70" w:type="dxa"/>
            </w:tcMar>
          </w:tcPr>
          <w:p>
            <w:pPr>
              <w:bidi/>
              <w:jc w:val="right"/>
            </w:pPr>
            <w:sdt>
              <w:sdtPr>
                <w:alias w:val="الميزانية أو السعر المستهدف (اختياري)"/>
                <w:tag w:val="group-rfq-form-ar_3_7_1_14"/>
                <w:id w:val="1697924924"/>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التقنية والامتثال</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الاستخدام المقصود</w:t>
            </w:r>
          </w:p>
        </w:tc>
        <w:tc>
          <w:tcPr>
            <w:tcW w:type="dxa" w:w="6552"/>
            <w:vAlign w:val="center"/>
            <w:tcMar>
              <w:top w:w="45" w:type="dxa"/>
              <w:bottom w:w="45" w:type="dxa"/>
              <w:left w:w="70" w:type="dxa"/>
              <w:right w:w="70" w:type="dxa"/>
            </w:tcMar>
          </w:tcPr>
          <w:p>
            <w:pPr>
              <w:bidi/>
              <w:jc w:val="right"/>
            </w:pPr>
            <w:sdt>
              <w:sdtPr>
                <w:alias w:val="الاستخدام المقصود"/>
                <w:tag w:val="group-rfq-form-ar_4_0_1_15"/>
                <w:id w:val="99846716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المستخدم النهائي</w:t>
            </w:r>
          </w:p>
        </w:tc>
        <w:tc>
          <w:tcPr>
            <w:tcW w:type="dxa" w:w="6552"/>
            <w:vAlign w:val="center"/>
            <w:tcMar>
              <w:top w:w="45" w:type="dxa"/>
              <w:bottom w:w="45" w:type="dxa"/>
              <w:left w:w="70" w:type="dxa"/>
              <w:right w:w="70" w:type="dxa"/>
            </w:tcMar>
          </w:tcPr>
          <w:p>
            <w:pPr>
              <w:bidi/>
              <w:jc w:val="right"/>
            </w:pPr>
            <w:sdt>
              <w:sdtPr>
                <w:alias w:val="المستخدم النهائي"/>
                <w:tag w:val="group-rfq-form-ar_4_1_1_16"/>
                <w:id w:val="182439573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الشهادات المطلوبة</w:t>
            </w:r>
          </w:p>
        </w:tc>
        <w:tc>
          <w:tcPr>
            <w:tcW w:type="dxa" w:w="6552"/>
            <w:vAlign w:val="center"/>
            <w:tcMar>
              <w:top w:w="45" w:type="dxa"/>
              <w:bottom w:w="45" w:type="dxa"/>
              <w:left w:w="70" w:type="dxa"/>
              <w:right w:w="70" w:type="dxa"/>
            </w:tcMar>
          </w:tcPr>
          <w:p>
            <w:pPr>
              <w:bidi/>
              <w:jc w:val="right"/>
            </w:pPr>
            <w:sdt>
              <w:sdtPr>
                <w:alias w:val="الشهادات المطلوبة"/>
                <w:tag w:val="group-rfq-form-ar_4_2_1_17"/>
                <w:id w:val="176427494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المتطلبات التنظيمية</w:t>
            </w:r>
          </w:p>
        </w:tc>
        <w:tc>
          <w:tcPr>
            <w:tcW w:type="dxa" w:w="6552"/>
            <w:vAlign w:val="center"/>
            <w:tcMar>
              <w:top w:w="45" w:type="dxa"/>
              <w:bottom w:w="45" w:type="dxa"/>
              <w:left w:w="70" w:type="dxa"/>
              <w:right w:w="70" w:type="dxa"/>
            </w:tcMar>
          </w:tcPr>
          <w:p>
            <w:pPr>
              <w:bidi/>
              <w:jc w:val="right"/>
            </w:pPr>
            <w:sdt>
              <w:sdtPr>
                <w:alias w:val="المتطلبات التنظيمية"/>
                <w:tag w:val="group-rfq-form-ar_4_3_1_18"/>
                <w:id w:val="192690178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تصنيف ضوابط التصدير إن كان معروفا</w:t>
            </w:r>
          </w:p>
        </w:tc>
        <w:tc>
          <w:tcPr>
            <w:tcW w:type="dxa" w:w="6552"/>
            <w:vAlign w:val="center"/>
            <w:tcMar>
              <w:top w:w="45" w:type="dxa"/>
              <w:bottom w:w="45" w:type="dxa"/>
              <w:left w:w="70" w:type="dxa"/>
              <w:right w:w="70" w:type="dxa"/>
            </w:tcMar>
          </w:tcPr>
          <w:p>
            <w:pPr>
              <w:bidi/>
              <w:jc w:val="right"/>
            </w:pPr>
            <w:sdt>
              <w:sdtPr>
                <w:alias w:val="تصنيف ضوابط التصدير إن كان معروفا"/>
                <w:tag w:val="group-rfq-form-ar_4_4_1_19"/>
                <w:id w:val="127681615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المرفقات / الرسومات</w:t>
            </w:r>
          </w:p>
        </w:tc>
        <w:tc>
          <w:tcPr>
            <w:tcW w:type="dxa" w:w="6552"/>
            <w:vAlign w:val="center"/>
            <w:tcMar>
              <w:top w:w="45" w:type="dxa"/>
              <w:bottom w:w="45" w:type="dxa"/>
              <w:left w:w="70" w:type="dxa"/>
              <w:right w:w="70" w:type="dxa"/>
            </w:tcMar>
          </w:tcPr>
          <w:p>
            <w:pPr>
              <w:bidi/>
              <w:jc w:val="right"/>
            </w:pPr>
            <w:sdt>
              <w:sdtPr>
                <w:alias w:val="المرفقات / الرسومات"/>
                <w:tag w:val="group-rfq-form-ar_4_5_1_20"/>
                <w:id w:val="97627693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التجارية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مدة صلاحية العرض المطلوبة</w:t>
            </w:r>
          </w:p>
        </w:tc>
        <w:tc>
          <w:tcPr>
            <w:tcW w:type="dxa" w:w="6552"/>
            <w:vAlign w:val="center"/>
            <w:tcMar>
              <w:top w:w="45" w:type="dxa"/>
              <w:bottom w:w="45" w:type="dxa"/>
              <w:left w:w="70" w:type="dxa"/>
              <w:right w:w="70" w:type="dxa"/>
            </w:tcMar>
          </w:tcPr>
          <w:p>
            <w:pPr>
              <w:bidi/>
              <w:jc w:val="right"/>
            </w:pPr>
            <w:sdt>
              <w:sdtPr>
                <w:alias w:val="مدة صلاحية العرض المطلوبة"/>
                <w:tag w:val="group-rfq-form-ar_5_0_1_21"/>
                <w:id w:val="80851706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تفضيل الدفع</w:t>
            </w:r>
          </w:p>
        </w:tc>
        <w:tc>
          <w:tcPr>
            <w:tcW w:type="dxa" w:w="6552"/>
            <w:vAlign w:val="center"/>
            <w:tcMar>
              <w:top w:w="45" w:type="dxa"/>
              <w:bottom w:w="45" w:type="dxa"/>
              <w:left w:w="70" w:type="dxa"/>
              <w:right w:w="70" w:type="dxa"/>
            </w:tcMar>
          </w:tcPr>
          <w:p>
            <w:pPr>
              <w:bidi/>
              <w:jc w:val="right"/>
            </w:pPr>
            <w:sdt>
              <w:sdtPr>
                <w:alias w:val="تفضيل الدفع"/>
                <w:tag w:val="group-rfq-form-ar_5_1_1_22"/>
                <w:id w:val="109055342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توقعات الضمان</w:t>
            </w:r>
          </w:p>
        </w:tc>
        <w:tc>
          <w:tcPr>
            <w:tcW w:type="dxa" w:w="6552"/>
            <w:vAlign w:val="center"/>
            <w:tcMar>
              <w:top w:w="45" w:type="dxa"/>
              <w:bottom w:w="45" w:type="dxa"/>
              <w:left w:w="70" w:type="dxa"/>
              <w:right w:w="70" w:type="dxa"/>
            </w:tcMar>
          </w:tcPr>
          <w:p>
            <w:pPr>
              <w:bidi/>
              <w:jc w:val="right"/>
            </w:pPr>
            <w:sdt>
              <w:sdtPr>
                <w:alias w:val="توقعات الضمان"/>
                <w:tag w:val="group-rfq-form-ar_5_2_1_23"/>
                <w:id w:val="40178915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متطلبات التركيب/التدريب</w:t>
            </w:r>
          </w:p>
        </w:tc>
        <w:tc>
          <w:tcPr>
            <w:tcW w:type="dxa" w:w="6552"/>
            <w:vAlign w:val="center"/>
            <w:tcMar>
              <w:top w:w="45" w:type="dxa"/>
              <w:bottom w:w="45" w:type="dxa"/>
              <w:left w:w="70" w:type="dxa"/>
              <w:right w:w="70" w:type="dxa"/>
            </w:tcMar>
          </w:tcPr>
          <w:p>
            <w:pPr>
              <w:bidi/>
              <w:jc w:val="right"/>
            </w:pPr>
            <w:sdt>
              <w:sdtPr>
                <w:alias w:val="متطلبات التركيب/التدريب"/>
                <w:tag w:val="group-rfq-form-ar_5_3_1_24"/>
                <w:id w:val="1663521724"/>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group-rfq-form-ar_signature_1_25"/>
                <w:id w:val="900077074"/>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group-rfq-form-ar_signature_2_26"/>
                <w:id w:val="693648565"/>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group-rfq-form-ar_signature_3_27"/>
                <w:id w:val="197714094"/>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OV-FRM-002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5905"/>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
                        <a:stretch>
                          <a:fillRect/>
                        </a:stretch>
                      </pic:blipFill>
                      <pic:spPr>
                        <a:xfrm>
                          <a:off x="0" y="0"/>
                          <a:ext cx="1417320" cy="155905"/>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OV-FRM-002</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عرض سعر</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