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OLYVENRA BUSINESS PLATFORM</w:t>
      </w:r>
    </w:p>
    <w:p>
      <w:pPr>
        <w:pStyle w:val="Title"/>
        <w:spacing w:after="40" w:line="240" w:lineRule="auto"/>
        <w:jc w:val="right"/>
        <w:bidi/>
      </w:pPr>
      <w:r>
        <w:rPr>
          <w:rtl/>
        </w:rPr>
        <w:t>نموذج تسجيل المورد</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التوريد الاستراتيجي ودخول الأسواق وحوكمة المجموعة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OV-FRM-001</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جمع معلومات متناسبة عن هوية المورد وملكيته وقدراته والجودة والامتثال والجوانب التجارية لأغراض التأهيل الأولي والتسجيل القائم على المخاطر.</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بيانات المؤسسة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الاسم القانوني</w:t>
            </w:r>
          </w:p>
        </w:tc>
        <w:tc>
          <w:tcPr>
            <w:tcW w:type="dxa" w:w="6552"/>
            <w:vAlign w:val="center"/>
            <w:tcMar>
              <w:top w:w="45" w:type="dxa"/>
              <w:bottom w:w="45" w:type="dxa"/>
              <w:left w:w="70" w:type="dxa"/>
              <w:right w:w="70" w:type="dxa"/>
            </w:tcMar>
          </w:tcPr>
          <w:p>
            <w:pPr>
              <w:bidi/>
              <w:jc w:val="right"/>
            </w:pPr>
            <w:sdt>
              <w:sdtPr>
                <w:alias w:val="الاسم القانوني"/>
                <w:tag w:val="group-supplier-registration-form-ar_2_0_1_1"/>
                <w:id w:val="183867217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الاسم التجاري</w:t>
            </w:r>
          </w:p>
        </w:tc>
        <w:tc>
          <w:tcPr>
            <w:tcW w:type="dxa" w:w="6552"/>
            <w:vAlign w:val="center"/>
            <w:tcMar>
              <w:top w:w="45" w:type="dxa"/>
              <w:bottom w:w="45" w:type="dxa"/>
              <w:left w:w="70" w:type="dxa"/>
              <w:right w:w="70" w:type="dxa"/>
            </w:tcMar>
          </w:tcPr>
          <w:p>
            <w:pPr>
              <w:bidi/>
              <w:jc w:val="right"/>
            </w:pPr>
            <w:sdt>
              <w:sdtPr>
                <w:alias w:val="الاسم التجاري"/>
                <w:tag w:val="group-supplier-registration-form-ar_2_1_1_2"/>
                <w:id w:val="111335345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رقم التسجيل</w:t>
            </w:r>
          </w:p>
        </w:tc>
        <w:tc>
          <w:tcPr>
            <w:tcW w:type="dxa" w:w="6552"/>
            <w:vAlign w:val="center"/>
            <w:tcMar>
              <w:top w:w="45" w:type="dxa"/>
              <w:bottom w:w="45" w:type="dxa"/>
              <w:left w:w="70" w:type="dxa"/>
              <w:right w:w="70" w:type="dxa"/>
            </w:tcMar>
          </w:tcPr>
          <w:p>
            <w:pPr>
              <w:bidi/>
              <w:jc w:val="right"/>
            </w:pPr>
            <w:sdt>
              <w:sdtPr>
                <w:alias w:val="رقم التسجيل"/>
                <w:tag w:val="group-supplier-registration-form-ar_2_2_1_3"/>
                <w:id w:val="54239390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التأسيس</w:t>
            </w:r>
          </w:p>
        </w:tc>
        <w:tc>
          <w:tcPr>
            <w:tcW w:type="dxa" w:w="6552"/>
            <w:vAlign w:val="center"/>
            <w:tcMar>
              <w:top w:w="45" w:type="dxa"/>
              <w:bottom w:w="45" w:type="dxa"/>
              <w:left w:w="70" w:type="dxa"/>
              <w:right w:w="70" w:type="dxa"/>
            </w:tcMar>
          </w:tcPr>
          <w:p>
            <w:pPr>
              <w:bidi/>
              <w:jc w:val="right"/>
            </w:pPr>
            <w:sdt>
              <w:sdtPr>
                <w:alias w:val="بلد التأسيس"/>
                <w:tag w:val="group-supplier-registration-form-ar_2_3_1_4"/>
                <w:id w:val="158464443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العنوان المسجل</w:t>
            </w:r>
          </w:p>
        </w:tc>
        <w:tc>
          <w:tcPr>
            <w:tcW w:type="dxa" w:w="6552"/>
            <w:vAlign w:val="center"/>
            <w:tcMar>
              <w:top w:w="45" w:type="dxa"/>
              <w:bottom w:w="45" w:type="dxa"/>
              <w:left w:w="70" w:type="dxa"/>
              <w:right w:w="70" w:type="dxa"/>
            </w:tcMar>
          </w:tcPr>
          <w:p>
            <w:pPr>
              <w:bidi/>
              <w:jc w:val="right"/>
            </w:pPr>
            <w:sdt>
              <w:sdtPr>
                <w:alias w:val="العنوان المسجل"/>
                <w:tag w:val="group-supplier-registration-form-ar_2_4_1_5"/>
                <w:id w:val="127201775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الموقع الإلكتروني</w:t>
            </w:r>
          </w:p>
        </w:tc>
        <w:tc>
          <w:tcPr>
            <w:tcW w:type="dxa" w:w="6552"/>
            <w:vAlign w:val="center"/>
            <w:tcMar>
              <w:top w:w="45" w:type="dxa"/>
              <w:bottom w:w="45" w:type="dxa"/>
              <w:left w:w="70" w:type="dxa"/>
              <w:right w:w="70" w:type="dxa"/>
            </w:tcMar>
          </w:tcPr>
          <w:p>
            <w:pPr>
              <w:bidi/>
              <w:jc w:val="right"/>
            </w:pPr>
            <w:sdt>
              <w:sdtPr>
                <w:alias w:val="الموقع الإلكتروني"/>
                <w:tag w:val="group-supplier-registration-form-ar_2_5_1_6"/>
                <w:id w:val="193555372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اسم/صفة جهة الاتصال الرئيسية</w:t>
            </w:r>
          </w:p>
        </w:tc>
        <w:tc>
          <w:tcPr>
            <w:tcW w:type="dxa" w:w="6552"/>
            <w:vAlign w:val="center"/>
            <w:tcMar>
              <w:top w:w="45" w:type="dxa"/>
              <w:bottom w:w="45" w:type="dxa"/>
              <w:left w:w="70" w:type="dxa"/>
              <w:right w:w="70" w:type="dxa"/>
            </w:tcMar>
          </w:tcPr>
          <w:p>
            <w:pPr>
              <w:bidi/>
              <w:jc w:val="right"/>
            </w:pPr>
            <w:sdt>
              <w:sdtPr>
                <w:alias w:val="اسم/صفة جهة الاتصال الرئيسية"/>
                <w:tag w:val="group-supplier-registration-form-ar_2_6_1_7"/>
                <w:id w:val="167344324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البريد الإلكتروني</w:t>
            </w:r>
          </w:p>
        </w:tc>
        <w:tc>
          <w:tcPr>
            <w:tcW w:type="dxa" w:w="6552"/>
            <w:vAlign w:val="center"/>
            <w:tcMar>
              <w:top w:w="45" w:type="dxa"/>
              <w:bottom w:w="45" w:type="dxa"/>
              <w:left w:w="70" w:type="dxa"/>
              <w:right w:w="70" w:type="dxa"/>
            </w:tcMar>
          </w:tcPr>
          <w:p>
            <w:pPr>
              <w:bidi/>
              <w:jc w:val="right"/>
            </w:pPr>
            <w:sdt>
              <w:sdtPr>
                <w:alias w:val="البريد الإلكتروني"/>
                <w:tag w:val="group-supplier-registration-form-ar_2_7_1_8"/>
                <w:id w:val="191035661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الهاتف</w:t>
            </w:r>
          </w:p>
        </w:tc>
        <w:tc>
          <w:tcPr>
            <w:tcW w:type="dxa" w:w="6552"/>
            <w:vAlign w:val="center"/>
            <w:tcMar>
              <w:top w:w="45" w:type="dxa"/>
              <w:bottom w:w="45" w:type="dxa"/>
              <w:left w:w="70" w:type="dxa"/>
              <w:right w:w="70" w:type="dxa"/>
            </w:tcMar>
          </w:tcPr>
          <w:p>
            <w:pPr>
              <w:bidi/>
              <w:jc w:val="right"/>
            </w:pPr>
            <w:sdt>
              <w:sdtPr>
                <w:alias w:val="الهاتف"/>
                <w:tag w:val="group-supplier-registration-form-ar_2_8_1_9"/>
                <w:id w:val="136972163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ملف النشاط التجاري</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المنتجات/الخدمات المقدمة</w:t>
            </w:r>
          </w:p>
        </w:tc>
        <w:tc>
          <w:tcPr>
            <w:tcW w:type="dxa" w:w="6552"/>
            <w:vAlign w:val="center"/>
            <w:tcMar>
              <w:top w:w="45" w:type="dxa"/>
              <w:bottom w:w="45" w:type="dxa"/>
              <w:left w:w="70" w:type="dxa"/>
              <w:right w:w="70" w:type="dxa"/>
            </w:tcMar>
          </w:tcPr>
          <w:p>
            <w:pPr>
              <w:bidi/>
              <w:jc w:val="right"/>
            </w:pPr>
            <w:sdt>
              <w:sdtPr>
                <w:alias w:val="المنتجات/الخدمات المقدمة"/>
                <w:tag w:val="group-supplier-registration-form-ar_3_0_1_10"/>
                <w:id w:val="139969302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بلدان التصنيع/المنشأ</w:t>
            </w:r>
          </w:p>
        </w:tc>
        <w:tc>
          <w:tcPr>
            <w:tcW w:type="dxa" w:w="6552"/>
            <w:vAlign w:val="center"/>
            <w:tcMar>
              <w:top w:w="45" w:type="dxa"/>
              <w:bottom w:w="45" w:type="dxa"/>
              <w:left w:w="70" w:type="dxa"/>
              <w:right w:w="70" w:type="dxa"/>
            </w:tcMar>
          </w:tcPr>
          <w:p>
            <w:pPr>
              <w:bidi/>
              <w:jc w:val="right"/>
            </w:pPr>
            <w:sdt>
              <w:sdtPr>
                <w:alias w:val="بلدان التصنيع/المنشأ"/>
                <w:tag w:val="group-supplier-registration-form-ar_3_1_1_11"/>
                <w:id w:val="137108883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الأسواق الرئيسية</w:t>
            </w:r>
          </w:p>
        </w:tc>
        <w:tc>
          <w:tcPr>
            <w:tcW w:type="dxa" w:w="6552"/>
            <w:vAlign w:val="center"/>
            <w:tcMar>
              <w:top w:w="45" w:type="dxa"/>
              <w:bottom w:w="45" w:type="dxa"/>
              <w:left w:w="70" w:type="dxa"/>
              <w:right w:w="70" w:type="dxa"/>
            </w:tcMar>
          </w:tcPr>
          <w:p>
            <w:pPr>
              <w:bidi/>
              <w:jc w:val="right"/>
            </w:pPr>
            <w:sdt>
              <w:sdtPr>
                <w:alias w:val="الأسواق الرئيسية"/>
                <w:tag w:val="group-supplier-registration-form-ar_3_2_1_12"/>
                <w:id w:val="87447282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سنوات العمل</w:t>
            </w:r>
          </w:p>
        </w:tc>
        <w:tc>
          <w:tcPr>
            <w:tcW w:type="dxa" w:w="6552"/>
            <w:vAlign w:val="center"/>
            <w:tcMar>
              <w:top w:w="45" w:type="dxa"/>
              <w:bottom w:w="45" w:type="dxa"/>
              <w:left w:w="70" w:type="dxa"/>
              <w:right w:w="70" w:type="dxa"/>
            </w:tcMar>
          </w:tcPr>
          <w:p>
            <w:pPr>
              <w:bidi/>
              <w:jc w:val="right"/>
            </w:pPr>
            <w:sdt>
              <w:sdtPr>
                <w:alias w:val="سنوات العمل"/>
                <w:tag w:val="group-supplier-registration-form-ar_3_3_1_13"/>
                <w:id w:val="113608536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شهادات الجودة</w:t>
            </w:r>
          </w:p>
        </w:tc>
        <w:tc>
          <w:tcPr>
            <w:tcW w:type="dxa" w:w="6552"/>
            <w:vAlign w:val="center"/>
            <w:tcMar>
              <w:top w:w="45" w:type="dxa"/>
              <w:bottom w:w="45" w:type="dxa"/>
              <w:left w:w="70" w:type="dxa"/>
              <w:right w:w="70" w:type="dxa"/>
            </w:tcMar>
          </w:tcPr>
          <w:p>
            <w:pPr>
              <w:bidi/>
              <w:jc w:val="right"/>
            </w:pPr>
            <w:sdt>
              <w:sdtPr>
                <w:alias w:val="شهادات الجودة"/>
                <w:tag w:val="group-supplier-registration-form-ar_3_4_1_14"/>
                <w:id w:val="143284640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التراخيص أو التسجيلات التنظيمية</w:t>
            </w:r>
          </w:p>
        </w:tc>
        <w:tc>
          <w:tcPr>
            <w:tcW w:type="dxa" w:w="6552"/>
            <w:vAlign w:val="center"/>
            <w:tcMar>
              <w:top w:w="45" w:type="dxa"/>
              <w:bottom w:w="45" w:type="dxa"/>
              <w:left w:w="70" w:type="dxa"/>
              <w:right w:w="70" w:type="dxa"/>
            </w:tcMar>
          </w:tcPr>
          <w:p>
            <w:pPr>
              <w:bidi/>
              <w:jc w:val="right"/>
            </w:pPr>
            <w:sdt>
              <w:sdtPr>
                <w:alias w:val="التراخيص أو التسجيلات التنظيمية"/>
                <w:tag w:val="group-supplier-registration-form-ar_3_5_1_15"/>
                <w:id w:val="40043839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إقرارات الامتثال</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المستفيدون الحقيقيون النهائيون</w:t>
            </w:r>
          </w:p>
        </w:tc>
        <w:tc>
          <w:tcPr>
            <w:tcW w:type="dxa" w:w="6552"/>
            <w:vAlign w:val="center"/>
            <w:tcMar>
              <w:top w:w="45" w:type="dxa"/>
              <w:bottom w:w="45" w:type="dxa"/>
              <w:left w:w="70" w:type="dxa"/>
              <w:right w:w="70" w:type="dxa"/>
            </w:tcMar>
          </w:tcPr>
          <w:p>
            <w:pPr>
              <w:bidi/>
              <w:jc w:val="right"/>
            </w:pPr>
            <w:sdt>
              <w:sdtPr>
                <w:alias w:val="المستفيدون الحقيقيون النهائيون"/>
                <w:tag w:val="group-supplier-registration-form-ar_4_0_1_16"/>
                <w:id w:val="102526440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الارتباط بأشخاص معرضين سياسيا</w:t>
            </w:r>
          </w:p>
        </w:tc>
        <w:tc>
          <w:tcPr>
            <w:tcW w:type="dxa" w:w="6552"/>
            <w:vAlign w:val="center"/>
            <w:tcMar>
              <w:top w:w="45" w:type="dxa"/>
              <w:bottom w:w="45" w:type="dxa"/>
              <w:left w:w="70" w:type="dxa"/>
              <w:right w:w="70" w:type="dxa"/>
            </w:tcMar>
          </w:tcPr>
          <w:p>
            <w:pPr>
              <w:bidi/>
              <w:jc w:val="right"/>
            </w:pPr>
            <w:sdt>
              <w:sdtPr>
                <w:alias w:val="الارتباط بأشخاص معرضين سياسيا"/>
                <w:tag w:val="group-supplier-registration-form-ar_4_1_1_17"/>
                <w:id w:val="112034251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سجل العقوبات أو الاستبعاد</w:t>
            </w:r>
          </w:p>
        </w:tc>
        <w:tc>
          <w:tcPr>
            <w:tcW w:type="dxa" w:w="6552"/>
            <w:vAlign w:val="center"/>
            <w:tcMar>
              <w:top w:w="45" w:type="dxa"/>
              <w:bottom w:w="45" w:type="dxa"/>
              <w:left w:w="70" w:type="dxa"/>
              <w:right w:w="70" w:type="dxa"/>
            </w:tcMar>
          </w:tcPr>
          <w:p>
            <w:pPr>
              <w:bidi/>
              <w:jc w:val="right"/>
            </w:pPr>
            <w:sdt>
              <w:sdtPr>
                <w:alias w:val="سجل العقوبات أو الاستبعاد"/>
                <w:tag w:val="group-supplier-registration-form-ar_4_2_1_18"/>
                <w:id w:val="108978919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تحقيقات الرشوة/الفساد</w:t>
            </w:r>
          </w:p>
        </w:tc>
        <w:tc>
          <w:tcPr>
            <w:tcW w:type="dxa" w:w="6552"/>
            <w:vAlign w:val="center"/>
            <w:tcMar>
              <w:top w:w="45" w:type="dxa"/>
              <w:bottom w:w="45" w:type="dxa"/>
              <w:left w:w="70" w:type="dxa"/>
              <w:right w:w="70" w:type="dxa"/>
            </w:tcMar>
          </w:tcPr>
          <w:p>
            <w:pPr>
              <w:bidi/>
              <w:jc w:val="right"/>
            </w:pPr>
            <w:sdt>
              <w:sdtPr>
                <w:alias w:val="تحقيقات الرشوة/الفساد"/>
                <w:tag w:val="group-supplier-registration-form-ar_4_3_1_19"/>
                <w:id w:val="107122366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ضوابط مكافحة العبودية الحديثة</w:t>
            </w:r>
          </w:p>
        </w:tc>
        <w:tc>
          <w:tcPr>
            <w:tcW w:type="dxa" w:w="6552"/>
            <w:vAlign w:val="center"/>
            <w:tcMar>
              <w:top w:w="45" w:type="dxa"/>
              <w:bottom w:w="45" w:type="dxa"/>
              <w:left w:w="70" w:type="dxa"/>
              <w:right w:w="70" w:type="dxa"/>
            </w:tcMar>
          </w:tcPr>
          <w:p>
            <w:pPr>
              <w:bidi/>
              <w:jc w:val="right"/>
            </w:pPr>
            <w:sdt>
              <w:sdtPr>
                <w:alias w:val="ضوابط مكافحة العبودية الحديثة"/>
                <w:tag w:val="group-supplier-registration-form-ar_4_4_1_20"/>
                <w:id w:val="174398262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اتصال حماية البيانات</w:t>
            </w:r>
          </w:p>
        </w:tc>
        <w:tc>
          <w:tcPr>
            <w:tcW w:type="dxa" w:w="6552"/>
            <w:vAlign w:val="center"/>
            <w:tcMar>
              <w:top w:w="45" w:type="dxa"/>
              <w:bottom w:w="45" w:type="dxa"/>
              <w:left w:w="70" w:type="dxa"/>
              <w:right w:w="70" w:type="dxa"/>
            </w:tcMar>
          </w:tcPr>
          <w:p>
            <w:pPr>
              <w:bidi/>
              <w:jc w:val="right"/>
            </w:pPr>
            <w:sdt>
              <w:sdtPr>
                <w:alias w:val="جهة اتصال حماية البيانات"/>
                <w:tag w:val="group-supplier-registration-form-ar_4_5_1_21"/>
                <w:id w:val="152508066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المعلومات المصرفية والتجارية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عملة التسوية</w:t>
            </w:r>
          </w:p>
        </w:tc>
        <w:tc>
          <w:tcPr>
            <w:tcW w:type="dxa" w:w="6552"/>
            <w:vAlign w:val="center"/>
            <w:tcMar>
              <w:top w:w="45" w:type="dxa"/>
              <w:bottom w:w="45" w:type="dxa"/>
              <w:left w:w="70" w:type="dxa"/>
              <w:right w:w="70" w:type="dxa"/>
            </w:tcMar>
          </w:tcPr>
          <w:p>
            <w:pPr>
              <w:bidi/>
              <w:jc w:val="right"/>
            </w:pPr>
            <w:sdt>
              <w:sdtPr>
                <w:alias w:val="عملة التسوية"/>
                <w:tag w:val="group-supplier-registration-form-ar_5_0_1_22"/>
                <w:id w:val="28982682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المصرف</w:t>
            </w:r>
          </w:p>
        </w:tc>
        <w:tc>
          <w:tcPr>
            <w:tcW w:type="dxa" w:w="6552"/>
            <w:vAlign w:val="center"/>
            <w:tcMar>
              <w:top w:w="45" w:type="dxa"/>
              <w:bottom w:w="45" w:type="dxa"/>
              <w:left w:w="70" w:type="dxa"/>
              <w:right w:w="70" w:type="dxa"/>
            </w:tcMar>
          </w:tcPr>
          <w:p>
            <w:pPr>
              <w:bidi/>
              <w:jc w:val="right"/>
            </w:pPr>
            <w:sdt>
              <w:sdtPr>
                <w:alias w:val="بلد المصرف"/>
                <w:tag w:val="group-supplier-registration-form-ar_5_1_1_23"/>
                <w:id w:val="75792507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شروط الدفع المطلوبة</w:t>
            </w:r>
          </w:p>
        </w:tc>
        <w:tc>
          <w:tcPr>
            <w:tcW w:type="dxa" w:w="6552"/>
            <w:vAlign w:val="center"/>
            <w:tcMar>
              <w:top w:w="45" w:type="dxa"/>
              <w:bottom w:w="45" w:type="dxa"/>
              <w:left w:w="70" w:type="dxa"/>
              <w:right w:w="70" w:type="dxa"/>
            </w:tcMar>
          </w:tcPr>
          <w:p>
            <w:pPr>
              <w:bidi/>
              <w:jc w:val="right"/>
            </w:pPr>
            <w:sdt>
              <w:sdtPr>
                <w:alias w:val="شروط الدفع المطلوبة"/>
                <w:tag w:val="group-supplier-registration-form-ar_5_2_1_24"/>
                <w:id w:val="121742476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القدرة على تطبيق شروط Incoterms</w:t>
            </w:r>
          </w:p>
        </w:tc>
        <w:tc>
          <w:tcPr>
            <w:tcW w:type="dxa" w:w="6552"/>
            <w:vAlign w:val="center"/>
            <w:tcMar>
              <w:top w:w="45" w:type="dxa"/>
              <w:bottom w:w="45" w:type="dxa"/>
              <w:left w:w="70" w:type="dxa"/>
              <w:right w:w="70" w:type="dxa"/>
            </w:tcMar>
          </w:tcPr>
          <w:p>
            <w:pPr>
              <w:bidi/>
              <w:jc w:val="right"/>
            </w:pPr>
            <w:sdt>
              <w:sdtPr>
                <w:alias w:val="القدرة على تطبيق شروط Incoterms"/>
                <w:tag w:val="group-supplier-registration-form-ar_5_3_1_25"/>
                <w:id w:val="69674943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الحد الأدنى لقيمة الطلب</w:t>
            </w:r>
          </w:p>
        </w:tc>
        <w:tc>
          <w:tcPr>
            <w:tcW w:type="dxa" w:w="6552"/>
            <w:vAlign w:val="center"/>
            <w:tcMar>
              <w:top w:w="45" w:type="dxa"/>
              <w:bottom w:w="45" w:type="dxa"/>
              <w:left w:w="70" w:type="dxa"/>
              <w:right w:w="70" w:type="dxa"/>
            </w:tcMar>
          </w:tcPr>
          <w:p>
            <w:pPr>
              <w:bidi/>
              <w:jc w:val="right"/>
            </w:pPr>
            <w:sdt>
              <w:sdtPr>
                <w:alias w:val="الحد الأدنى لقيمة الطلب"/>
                <w:tag w:val="group-supplier-registration-form-ar_5_4_1_26"/>
                <w:id w:val="10715957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المرفقات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شهادة التأسيس</w:t>
            </w:r>
          </w:p>
        </w:tc>
        <w:tc>
          <w:tcPr>
            <w:tcW w:type="dxa" w:w="6552"/>
            <w:vAlign w:val="center"/>
            <w:tcMar>
              <w:top w:w="45" w:type="dxa"/>
              <w:bottom w:w="45" w:type="dxa"/>
              <w:left w:w="70" w:type="dxa"/>
              <w:right w:w="70" w:type="dxa"/>
            </w:tcMar>
          </w:tcPr>
          <w:p>
            <w:pPr>
              <w:bidi/>
              <w:jc w:val="right"/>
            </w:pPr>
            <w:sdt>
              <w:sdtPr>
                <w:alias w:val="شهادة التأسيس"/>
                <w:tag w:val="group-supplier-registration-form-ar_6_0_1_27"/>
                <w:id w:val="72187024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مخطط الملكية</w:t>
            </w:r>
          </w:p>
        </w:tc>
        <w:tc>
          <w:tcPr>
            <w:tcW w:type="dxa" w:w="6552"/>
            <w:vAlign w:val="center"/>
            <w:tcMar>
              <w:top w:w="45" w:type="dxa"/>
              <w:bottom w:w="45" w:type="dxa"/>
              <w:left w:w="70" w:type="dxa"/>
              <w:right w:w="70" w:type="dxa"/>
            </w:tcMar>
          </w:tcPr>
          <w:p>
            <w:pPr>
              <w:bidi/>
              <w:jc w:val="right"/>
            </w:pPr>
            <w:sdt>
              <w:sdtPr>
                <w:alias w:val="مخطط الملكية"/>
                <w:tag w:val="group-supplier-registration-form-ar_6_1_1_28"/>
                <w:id w:val="16780815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إثبات الضريبة/ضريبة القيمة المضافة</w:t>
            </w:r>
          </w:p>
        </w:tc>
        <w:tc>
          <w:tcPr>
            <w:tcW w:type="dxa" w:w="6552"/>
            <w:vAlign w:val="center"/>
            <w:tcMar>
              <w:top w:w="45" w:type="dxa"/>
              <w:bottom w:w="45" w:type="dxa"/>
              <w:left w:w="70" w:type="dxa"/>
              <w:right w:w="70" w:type="dxa"/>
            </w:tcMar>
          </w:tcPr>
          <w:p>
            <w:pPr>
              <w:bidi/>
              <w:jc w:val="right"/>
            </w:pPr>
            <w:sdt>
              <w:sdtPr>
                <w:alias w:val="إثبات الضريبة/ضريبة القيمة المضافة"/>
                <w:tag w:val="group-supplier-registration-form-ar_6_2_1_29"/>
                <w:id w:val="153407234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تأكيد مصرفي</w:t>
            </w:r>
          </w:p>
        </w:tc>
        <w:tc>
          <w:tcPr>
            <w:tcW w:type="dxa" w:w="6552"/>
            <w:vAlign w:val="center"/>
            <w:tcMar>
              <w:top w:w="45" w:type="dxa"/>
              <w:bottom w:w="45" w:type="dxa"/>
              <w:left w:w="70" w:type="dxa"/>
              <w:right w:w="70" w:type="dxa"/>
            </w:tcMar>
          </w:tcPr>
          <w:p>
            <w:pPr>
              <w:bidi/>
              <w:jc w:val="right"/>
            </w:pPr>
            <w:sdt>
              <w:sdtPr>
                <w:alias w:val="تأكيد مصرفي"/>
                <w:tag w:val="group-supplier-registration-form-ar_6_3_1_30"/>
                <w:id w:val="38190491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شهادات الجودة</w:t>
            </w:r>
          </w:p>
        </w:tc>
        <w:tc>
          <w:tcPr>
            <w:tcW w:type="dxa" w:w="6552"/>
            <w:vAlign w:val="center"/>
            <w:tcMar>
              <w:top w:w="45" w:type="dxa"/>
              <w:bottom w:w="45" w:type="dxa"/>
              <w:left w:w="70" w:type="dxa"/>
              <w:right w:w="70" w:type="dxa"/>
            </w:tcMar>
          </w:tcPr>
          <w:p>
            <w:pPr>
              <w:bidi/>
              <w:jc w:val="right"/>
            </w:pPr>
            <w:sdt>
              <w:sdtPr>
                <w:alias w:val="شهادات الجودة"/>
                <w:tag w:val="group-supplier-registration-form-ar_6_4_1_31"/>
                <w:id w:val="84019256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دليل المنتجات</w:t>
            </w:r>
          </w:p>
        </w:tc>
        <w:tc>
          <w:tcPr>
            <w:tcW w:type="dxa" w:w="6552"/>
            <w:vAlign w:val="center"/>
            <w:tcMar>
              <w:top w:w="45" w:type="dxa"/>
              <w:bottom w:w="45" w:type="dxa"/>
              <w:left w:w="70" w:type="dxa"/>
              <w:right w:w="70" w:type="dxa"/>
            </w:tcMar>
          </w:tcPr>
          <w:p>
            <w:pPr>
              <w:bidi/>
              <w:jc w:val="right"/>
            </w:pPr>
            <w:sdt>
              <w:sdtPr>
                <w:alias w:val="دليل المنتجات"/>
                <w:tag w:val="group-supplier-registration-form-ar_6_5_1_32"/>
                <w:id w:val="123950170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شهادات التأمين</w:t>
            </w:r>
          </w:p>
        </w:tc>
        <w:tc>
          <w:tcPr>
            <w:tcW w:type="dxa" w:w="6552"/>
            <w:vAlign w:val="center"/>
            <w:tcMar>
              <w:top w:w="45" w:type="dxa"/>
              <w:bottom w:w="45" w:type="dxa"/>
              <w:left w:w="70" w:type="dxa"/>
              <w:right w:w="70" w:type="dxa"/>
            </w:tcMar>
          </w:tcPr>
          <w:p>
            <w:pPr>
              <w:bidi/>
              <w:jc w:val="right"/>
            </w:pPr>
            <w:sdt>
              <w:sdtPr>
                <w:alias w:val="شهادات التأمين"/>
                <w:tag w:val="group-supplier-registration-form-ar_6_6_1_33"/>
                <w:id w:val="1071032162"/>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group-supplier-registration-form-ar_signature_1_34"/>
                <w:id w:val="1137917035"/>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group-supplier-registration-form-ar_signature_2_35"/>
                <w:id w:val="1623375831"/>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group-supplier-registration-form-ar_signature_3_36"/>
                <w:id w:val="197123546"/>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OV-FRM-001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5905"/>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
                        <a:stretch>
                          <a:fillRect/>
                        </a:stretch>
                      </pic:blipFill>
                      <pic:spPr>
                        <a:xfrm>
                          <a:off x="0" y="0"/>
                          <a:ext cx="1417320" cy="155905"/>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OV-FRM-001</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المورد</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