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fr-FR" w:bidi="fr-FR"/>
        </w:rPr>
        <w:t>OLYAEROSPACE</w:t>
      </w:r>
    </w:p>
    <w:p>
      <w:pPr>
        <w:pStyle w:val="Title"/>
        <w:spacing w:after="40" w:line="240" w:lineRule="auto"/>
        <w:jc w:val="center"/>
      </w:pPr>
      <w:r>
        <w:t>Formulaire de demande technique aérospatiale</w:t>
      </w:r>
    </w:p>
    <w:p>
      <w:pPr>
        <w:spacing w:after="40" w:line="240" w:lineRule="auto"/>
        <w:jc w:val="center"/>
      </w:pPr>
      <w:r>
        <w:t>Modèle de formulaire remplissable</w:t>
      </w:r>
    </w:p>
    <w:p>
      <w:pPr>
        <w:spacing w:after="40" w:line="240" w:lineRule="auto"/>
        <w:jc w:val="center"/>
      </w:pPr>
      <w:r>
        <w:rPr>
          <w:i/>
          <w:lang w:val="fr-FR" w:bidi="fr-FR"/>
        </w:rPr>
        <w:t>Aérospatial, aviation et systèmes sans pilote</w:t>
      </w:r>
    </w:p>
    <w:tbl>
      <w:tblPr>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vAlign w:val="center"/>
            <w:shd w:fill="071A33"/>
          </w:tcPr>
          <w:p>
            <w:r/>
            <w:r>
              <w:rPr>
                <w:rFonts w:ascii="Aptos" w:hAnsi="Aptos"/>
                <w:b/>
                <w:color w:val="FFFFFF"/>
                <w:sz w:val="16"/>
                <w:lang w:val="fr-FR" w:bidi="fr-FR"/>
              </w:rPr>
              <w:t>Code du document</w:t>
            </w:r>
          </w:p>
        </w:tc>
        <w:tc>
          <w:tcPr>
            <w:tcW w:type="dxa" w:w="5059"/>
            <w:vAlign w:val="center"/>
            <w:shd w:fill="F3F5F7"/>
          </w:tcPr>
          <w:p>
            <w:r/>
            <w:r>
              <w:rPr>
                <w:rFonts w:ascii="Aptos" w:hAnsi="Aptos"/>
                <w:b w:val="0"/>
                <w:color w:val="3D4A5C"/>
                <w:sz w:val="16"/>
                <w:lang w:val="fr-FR" w:bidi="fr-FR"/>
              </w:rPr>
              <w:t>OA-FRM-001</w:t>
            </w:r>
          </w:p>
        </w:tc>
      </w:tr>
      <w:tr>
        <w:tc>
          <w:tcPr>
            <w:tcW w:type="dxa" w:w="5059"/>
            <w:vAlign w:val="center"/>
            <w:shd w:fill="071A33"/>
          </w:tcPr>
          <w:p>
            <w:r/>
            <w:r>
              <w:rPr>
                <w:rFonts w:ascii="Aptos" w:hAnsi="Aptos"/>
                <w:b/>
                <w:color w:val="FFFFFF"/>
                <w:sz w:val="16"/>
                <w:lang w:val="fr-FR" w:bidi="fr-FR"/>
              </w:rPr>
              <w:t>Version / date d'entrée en vigueur</w:t>
            </w:r>
          </w:p>
        </w:tc>
        <w:tc>
          <w:tcPr>
            <w:tcW w:type="dxa" w:w="5059"/>
            <w:vAlign w:val="center"/>
            <w:shd w:fill="F3F5F7"/>
          </w:tcPr>
          <w:p>
            <w:r/>
            <w:r>
              <w:rPr>
                <w:rFonts w:ascii="Aptos" w:hAnsi="Aptos"/>
                <w:b w:val="0"/>
                <w:color w:val="3D4A5C"/>
                <w:sz w:val="16"/>
                <w:lang w:val="fr-FR" w:bidi="fr-FR"/>
              </w:rPr>
              <w:t>2.0 / 1 août 2026</w:t>
            </w:r>
          </w:p>
        </w:tc>
      </w:tr>
      <w:tr>
        <w:tc>
          <w:tcPr>
            <w:tcW w:type="dxa" w:w="5059"/>
            <w:vAlign w:val="center"/>
            <w:shd w:fill="071A33"/>
          </w:tcPr>
          <w:p>
            <w:r/>
            <w:r>
              <w:rPr>
                <w:rFonts w:ascii="Aptos" w:hAnsi="Aptos"/>
                <w:b/>
                <w:color w:val="FFFFFF"/>
                <w:sz w:val="16"/>
                <w:lang w:val="fr-FR" w:bidi="fr-FR"/>
              </w:rPr>
              <w:t>Classification</w:t>
            </w:r>
          </w:p>
        </w:tc>
        <w:tc>
          <w:tcPr>
            <w:tcW w:type="dxa" w:w="5059"/>
            <w:vAlign w:val="center"/>
            <w:shd w:fill="F3F5F7"/>
          </w:tcPr>
          <w:p>
            <w:r/>
            <w:r>
              <w:rPr>
                <w:rFonts w:ascii="Aptos" w:hAnsi="Aptos"/>
                <w:b w:val="0"/>
                <w:color w:val="3D4A5C"/>
                <w:sz w:val="16"/>
                <w:lang w:val="fr-FR" w:bidi="fr-FR"/>
              </w:rPr>
              <w:t>FORMULAIRE PROFESSIONNEL</w:t>
            </w:r>
          </w:p>
        </w:tc>
      </w:tr>
      <w:tr>
        <w:tc>
          <w:tcPr>
            <w:tcW w:type="dxa" w:w="5059"/>
            <w:vAlign w:val="center"/>
            <w:shd w:fill="071A33"/>
          </w:tcPr>
          <w:p>
            <w:r/>
            <w:r>
              <w:rPr>
                <w:rFonts w:ascii="Aptos" w:hAnsi="Aptos"/>
                <w:b/>
                <w:color w:val="FFFFFF"/>
                <w:sz w:val="16"/>
                <w:lang w:val="fr-FR" w:bidi="fr-FR"/>
              </w:rPr>
              <w:t>Responsable du document</w:t>
            </w:r>
          </w:p>
        </w:tc>
        <w:tc>
          <w:tcPr>
            <w:tcW w:type="dxa" w:w="5059"/>
            <w:vAlign w:val="center"/>
            <w:shd w:fill="F3F5F7"/>
          </w:tcPr>
          <w:p>
            <w:r/>
            <w:r>
              <w:rPr>
                <w:rFonts w:ascii="Aptos" w:hAnsi="Aptos"/>
                <w:b w:val="0"/>
                <w:color w:val="3D4A5C"/>
                <w:sz w:val="16"/>
                <w:lang w:val="fr-FR" w:bidi="fr-FR"/>
              </w:rPr>
              <w:t>OLYVENRA LTD - Gouvernance d'entreprise</w:t>
            </w:r>
          </w:p>
        </w:tc>
      </w:tr>
    </w:tbl>
    <w:p>
      <w:pPr>
        <w:pStyle w:val="Heading1"/>
        <w:keepNext/>
        <w:spacing w:after="40" w:before="80" w:line="240" w:lineRule="auto"/>
      </w:pPr>
      <w:r>
        <w:t>Objet du document</w:t>
      </w:r>
    </w:p>
    <w:p>
      <w:pPr>
        <w:spacing w:after="40" w:line="240" w:lineRule="auto"/>
      </w:pPr>
      <w:r>
        <w:t>Consigner, aux fins d'un premier examen, un besoin aérospatial, aéronautique ou relatif aux systèmes sans pilote, notamment la plateforme, les spécifications, la traçabilité, la navigabilité, l'utilisation finale et les considérations de contrôle des exportations.</w:t>
      </w:r>
    </w:p>
    <w:p>
      <w:pPr>
        <w:pStyle w:val="Heading1"/>
        <w:keepNext/>
        <w:spacing w:after="40" w:before="80" w:line="240" w:lineRule="auto"/>
      </w:pPr>
      <w:r>
        <w:t>Périmètre et utilisation</w:t>
      </w:r>
    </w:p>
    <w:p>
      <w:pPr>
        <w:spacing w:after="40" w:line="240" w:lineRule="auto"/>
      </w:pPr>
      <w:r>
        <w:t>Renseignez tous les champs applicables et indiquez « Sans objet » si nécessaire. Joignez les justificatifs à jour et envoyez le formulaire à info@olyvenra.com. N'envoyez pas par e-mail de mots de passe, de données de carte de paiement, de données permettant d'identifier un patient, d'informations classifiées, d'identifiants bancaires ou de données techniques soumises au contrôle des exportations ; demandez d'abord un canal sécurisé approuvé. L'envoi du formulaire ne crée aucune obligation d'établir un devis, d'approuver, de référencer ou de conclure une transaction.</w:t>
      </w:r>
    </w:p>
    <w:p>
      <w:r>
        <w:rPr>
          <w:b/>
          <w:lang w:val="fr-FR" w:bidi="fr-FR"/>
        </w:rPr>
        <w:t xml:space="preserve">Confidentialité : </w:t>
      </w:r>
      <w:r>
        <w:t xml:space="preserve"> </w:t>
      </w:r>
      <w:hyperlink r:id="rId11">
        <w:r>
          <w:rPr>
            <w:color w:val="8A6A10"/>
            <w:u w:val="single"/>
            <w:lang w:val="fr-FR" w:bidi="fr-FR"/>
          </w:rPr>
          <w:t>Lire l'Avis de confidentialité OLYVENRA</w:t>
        </w:r>
      </w:hyperlink>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2530"/>
        <w:gridCol w:w="2530"/>
        <w:gridCol w:w="2530"/>
        <w:gridCol w:w="2530"/>
      </w:tblGrid>
      <w:tr>
        <w:tc>
          <w:tcPr>
            <w:tcW w:type="dxa" w:w="2530"/>
            <w:vAlign w:val="center"/>
            <w:shd w:fill="071A33"/>
          </w:tcPr>
          <w:p>
            <w:r/>
            <w:r>
              <w:rPr>
                <w:rFonts w:ascii="Aptos" w:hAnsi="Aptos"/>
                <w:b/>
                <w:color w:val="FFFFFF"/>
                <w:sz w:val="16"/>
                <w:lang w:val="fr-FR" w:bidi="fr-FR"/>
              </w:rPr>
              <w:t>Préparé par</w:t>
            </w:r>
          </w:p>
        </w:tc>
        <w:tc>
          <w:tcPr>
            <w:tcW w:type="dxa" w:w="2530"/>
            <w:vAlign w:val="center"/>
            <w:shd w:fill="F3F5F7"/>
          </w:tcPr>
          <w:p>
            <w:r/>
            <w:r>
              <w:rPr>
                <w:rFonts w:ascii="Aptos" w:hAnsi="Aptos"/>
                <w:b w:val="0"/>
                <w:color w:val="3D4A5C"/>
                <w:sz w:val="16"/>
                <w:lang w:val="fr-FR" w:bidi="fr-FR"/>
              </w:rPr>
              <w:t>Gouvernance d'entreprise</w:t>
            </w:r>
          </w:p>
        </w:tc>
        <w:tc>
          <w:tcPr>
            <w:tcW w:type="dxa" w:w="2530"/>
            <w:vAlign w:val="center"/>
            <w:shd w:fill="071A33"/>
          </w:tcPr>
          <w:p>
            <w:r/>
            <w:r>
              <w:rPr>
                <w:rFonts w:ascii="Aptos" w:hAnsi="Aptos"/>
                <w:b/>
                <w:color w:val="FFFFFF"/>
                <w:sz w:val="16"/>
                <w:lang w:val="fr-FR" w:bidi="fr-FR"/>
              </w:rPr>
              <w:t>Approuvé par</w:t>
            </w:r>
          </w:p>
        </w:tc>
        <w:tc>
          <w:tcPr>
            <w:tcW w:type="dxa" w:w="2530"/>
            <w:vAlign w:val="center"/>
            <w:shd w:fill="F3F5F7"/>
          </w:tcPr>
          <w:p>
            <w:r/>
            <w:r>
              <w:rPr>
                <w:rFonts w:ascii="Aptos" w:hAnsi="Aptos"/>
                <w:b w:val="0"/>
                <w:color w:val="3D4A5C"/>
                <w:sz w:val="16"/>
                <w:lang w:val="fr-FR" w:bidi="fr-FR"/>
              </w:rPr>
              <w:t>Direction</w:t>
            </w:r>
          </w:p>
        </w:tc>
      </w:tr>
      <w:tr>
        <w:tc>
          <w:tcPr>
            <w:tcW w:type="dxa" w:w="2530"/>
            <w:vAlign w:val="center"/>
            <w:shd w:fill="071A33"/>
          </w:tcPr>
          <w:p>
            <w:r/>
            <w:r>
              <w:rPr>
                <w:rFonts w:ascii="Aptos" w:hAnsi="Aptos"/>
                <w:b/>
                <w:color w:val="FFFFFF"/>
                <w:sz w:val="16"/>
                <w:lang w:val="fr-FR" w:bidi="fr-FR"/>
              </w:rPr>
              <w:t>Cycle de révision</w:t>
            </w:r>
          </w:p>
        </w:tc>
        <w:tc>
          <w:tcPr>
            <w:tcW w:type="dxa" w:w="2530"/>
            <w:vAlign w:val="center"/>
            <w:shd w:fill="F3F5F7"/>
          </w:tcPr>
          <w:p>
            <w:r/>
            <w:r>
              <w:rPr>
                <w:rFonts w:ascii="Aptos" w:hAnsi="Aptos"/>
                <w:b w:val="0"/>
                <w:color w:val="3D4A5C"/>
                <w:sz w:val="16"/>
                <w:lang w:val="fr-FR" w:bidi="fr-FR"/>
              </w:rPr>
              <w:t>Annuelle ou en cas de changement important</w:t>
            </w:r>
          </w:p>
        </w:tc>
        <w:tc>
          <w:tcPr>
            <w:tcW w:type="dxa" w:w="2530"/>
            <w:vAlign w:val="center"/>
            <w:shd w:fill="071A33"/>
          </w:tcPr>
          <w:p>
            <w:r/>
            <w:r>
              <w:rPr>
                <w:rFonts w:ascii="Aptos" w:hAnsi="Aptos"/>
                <w:b/>
                <w:color w:val="FFFFFF"/>
                <w:sz w:val="16"/>
                <w:lang w:val="fr-FR" w:bidi="fr-FR"/>
              </w:rPr>
              <w:t>Prochaine révision</w:t>
            </w:r>
          </w:p>
        </w:tc>
        <w:tc>
          <w:tcPr>
            <w:tcW w:type="dxa" w:w="2530"/>
            <w:vAlign w:val="center"/>
            <w:shd w:fill="F3F5F7"/>
          </w:tcPr>
          <w:p>
            <w:r/>
            <w:r>
              <w:rPr>
                <w:rFonts w:ascii="Aptos" w:hAnsi="Aptos"/>
                <w:b w:val="0"/>
                <w:color w:val="3D4A5C"/>
                <w:sz w:val="16"/>
                <w:lang w:val="fr-FR" w:bidi="fr-FR"/>
              </w:rPr>
              <w:t>Août 2027</w:t>
            </w:r>
          </w:p>
        </w:tc>
      </w:tr>
      <w:tr>
        <w:tc>
          <w:tcPr>
            <w:tcW w:type="dxa" w:w="2530"/>
            <w:vAlign w:val="center"/>
            <w:shd w:fill="071A33"/>
          </w:tcPr>
          <w:p>
            <w:r/>
            <w:r>
              <w:rPr>
                <w:rFonts w:ascii="Aptos" w:hAnsi="Aptos"/>
                <w:b/>
                <w:color w:val="FFFFFF"/>
                <w:sz w:val="16"/>
                <w:lang w:val="fr-FR" w:bidi="fr-FR"/>
              </w:rPr>
              <w:t>Statut de l'enregistrement</w:t>
            </w:r>
          </w:p>
        </w:tc>
        <w:tc>
          <w:tcPr>
            <w:tcW w:type="dxa" w:w="2530"/>
            <w:vAlign w:val="center"/>
            <w:shd w:fill="F3F5F7"/>
          </w:tcPr>
          <w:p>
            <w:r/>
            <w:r>
              <w:rPr>
                <w:rFonts w:ascii="Aptos" w:hAnsi="Aptos"/>
                <w:b w:val="0"/>
                <w:color w:val="3D4A5C"/>
                <w:sz w:val="16"/>
                <w:lang w:val="fr-FR" w:bidi="fr-FR"/>
              </w:rPr>
              <w:t>Original contrôlé</w:t>
            </w:r>
          </w:p>
        </w:tc>
        <w:tc>
          <w:tcPr>
            <w:tcW w:type="dxa" w:w="2530"/>
            <w:vAlign w:val="center"/>
            <w:shd w:fill="071A33"/>
          </w:tcPr>
          <w:p>
            <w:r/>
            <w:r>
              <w:rPr>
                <w:rFonts w:ascii="Aptos" w:hAnsi="Aptos"/>
                <w:b/>
                <w:color w:val="FFFFFF"/>
                <w:sz w:val="16"/>
                <w:lang w:val="fr-FR" w:bidi="fr-FR"/>
              </w:rPr>
              <w:t>Langue</w:t>
            </w:r>
          </w:p>
        </w:tc>
        <w:tc>
          <w:tcPr>
            <w:tcW w:type="dxa" w:w="2530"/>
            <w:vAlign w:val="center"/>
            <w:shd w:fill="F3F5F7"/>
          </w:tcPr>
          <w:p>
            <w:r/>
            <w:r>
              <w:rPr>
                <w:rFonts w:ascii="Aptos" w:hAnsi="Aptos"/>
                <w:b w:val="0"/>
                <w:color w:val="3D4A5C"/>
                <w:sz w:val="16"/>
                <w:lang w:val="fr-FR" w:bidi="fr-FR"/>
              </w:rPr>
              <w:t>Français</w:t>
            </w:r>
          </w:p>
        </w:tc>
      </w:tr>
    </w:tbl>
    <w:p>
      <w:pPr>
        <w:pStyle w:val="Heading1"/>
        <w:keepNext/>
        <w:spacing w:after="40" w:before="80" w:line="240" w:lineRule="auto"/>
      </w:pPr>
      <w:r>
        <w:t>Demandeur</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Organisation</w:t>
            </w:r>
          </w:p>
        </w:tc>
        <w:tc>
          <w:tcPr>
            <w:tcW w:type="dxa" w:w="6552"/>
            <w:vAlign w:val="center"/>
            <w:tcMar>
              <w:top w:w="45" w:type="dxa"/>
              <w:bottom w:w="45" w:type="dxa"/>
              <w:left w:w="70" w:type="dxa"/>
              <w:right w:w="70" w:type="dxa"/>
            </w:tcMar>
          </w:tcPr>
          <w:p>
            <w:sdt>
              <w:sdtPr>
                <w:alias w:val="Organisation"/>
                <w:tag w:val="olyaerospace-technical-enquiry-form-fr_2_0_1_1"/>
                <w:id w:val="62593684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w:t>
            </w:r>
          </w:p>
        </w:tc>
        <w:tc>
          <w:tcPr>
            <w:tcW w:type="dxa" w:w="6552"/>
            <w:vAlign w:val="center"/>
            <w:tcMar>
              <w:top w:w="45" w:type="dxa"/>
              <w:bottom w:w="45" w:type="dxa"/>
              <w:left w:w="70" w:type="dxa"/>
              <w:right w:w="70" w:type="dxa"/>
            </w:tcMar>
          </w:tcPr>
          <w:p>
            <w:sdt>
              <w:sdtPr>
                <w:alias w:val="Pays"/>
                <w:tag w:val="olyaerospace-technical-enquiry-form-fr_2_1_1_2"/>
                <w:id w:val="124950740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Opérateur / OEM / MRO / intégrateur</w:t>
            </w:r>
          </w:p>
        </w:tc>
        <w:tc>
          <w:tcPr>
            <w:tcW w:type="dxa" w:w="6552"/>
            <w:vAlign w:val="center"/>
            <w:tcMar>
              <w:top w:w="45" w:type="dxa"/>
              <w:bottom w:w="45" w:type="dxa"/>
              <w:left w:w="70" w:type="dxa"/>
              <w:right w:w="70" w:type="dxa"/>
            </w:tcMar>
          </w:tcPr>
          <w:p>
            <w:sdt>
              <w:sdtPr>
                <w:alias w:val="Opérateur / OEM / MRO / intégrateur"/>
                <w:tag w:val="olyaerospace-technical-enquiry-form-fr_2_2_1_3"/>
                <w:id w:val="179406728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Contact</w:t>
            </w:r>
          </w:p>
        </w:tc>
        <w:tc>
          <w:tcPr>
            <w:tcW w:type="dxa" w:w="6552"/>
            <w:vAlign w:val="center"/>
            <w:tcMar>
              <w:top w:w="45" w:type="dxa"/>
              <w:bottom w:w="45" w:type="dxa"/>
              <w:left w:w="70" w:type="dxa"/>
              <w:right w:w="70" w:type="dxa"/>
            </w:tcMar>
          </w:tcPr>
          <w:p>
            <w:sdt>
              <w:sdtPr>
                <w:alias w:val="Contact"/>
                <w:tag w:val="olyaerospace-technical-enquiry-form-fr_2_3_1_4"/>
                <w:id w:val="848114510"/>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Besoin</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Pièce/système/service</w:t>
            </w:r>
          </w:p>
        </w:tc>
        <w:tc>
          <w:tcPr>
            <w:tcW w:type="dxa" w:w="6552"/>
            <w:vAlign w:val="center"/>
            <w:tcMar>
              <w:top w:w="45" w:type="dxa"/>
              <w:bottom w:w="45" w:type="dxa"/>
              <w:left w:w="70" w:type="dxa"/>
              <w:right w:w="70" w:type="dxa"/>
            </w:tcMar>
          </w:tcPr>
          <w:p>
            <w:sdt>
              <w:sdtPr>
                <w:alias w:val="Pièce/système/service"/>
                <w:tag w:val="olyaerospace-technical-enquiry-form-fr_3_0_1_5"/>
                <w:id w:val="66439483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Référence de la pièce</w:t>
            </w:r>
          </w:p>
        </w:tc>
        <w:tc>
          <w:tcPr>
            <w:tcW w:type="dxa" w:w="6552"/>
            <w:vAlign w:val="center"/>
            <w:tcMar>
              <w:top w:w="45" w:type="dxa"/>
              <w:bottom w:w="45" w:type="dxa"/>
              <w:left w:w="70" w:type="dxa"/>
              <w:right w:w="70" w:type="dxa"/>
            </w:tcMar>
          </w:tcPr>
          <w:p>
            <w:sdt>
              <w:sdtPr>
                <w:alias w:val="Référence de la pièce"/>
                <w:tag w:val="olyaerospace-technical-enquiry-form-fr_3_1_1_6"/>
                <w:id w:val="44771708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Plateforme</w:t>
            </w:r>
          </w:p>
        </w:tc>
        <w:tc>
          <w:tcPr>
            <w:tcW w:type="dxa" w:w="6552"/>
            <w:vAlign w:val="center"/>
            <w:tcMar>
              <w:top w:w="45" w:type="dxa"/>
              <w:bottom w:w="45" w:type="dxa"/>
              <w:left w:w="70" w:type="dxa"/>
              <w:right w:w="70" w:type="dxa"/>
            </w:tcMar>
          </w:tcPr>
          <w:p>
            <w:sdt>
              <w:sdtPr>
                <w:alias w:val="Plateforme"/>
                <w:tag w:val="olyaerospace-technical-enquiry-form-fr_3_2_1_7"/>
                <w:id w:val="125662145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Quantité</w:t>
            </w:r>
          </w:p>
        </w:tc>
        <w:tc>
          <w:tcPr>
            <w:tcW w:type="dxa" w:w="6552"/>
            <w:vAlign w:val="center"/>
            <w:tcMar>
              <w:top w:w="45" w:type="dxa"/>
              <w:bottom w:w="45" w:type="dxa"/>
              <w:left w:w="70" w:type="dxa"/>
              <w:right w:w="70" w:type="dxa"/>
            </w:tcMar>
          </w:tcPr>
          <w:p>
            <w:sdt>
              <w:sdtPr>
                <w:alias w:val="Quantité"/>
                <w:tag w:val="olyaerospace-technical-enquiry-form-fr_3_3_1_8"/>
                <w:id w:val="175771018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État requis</w:t>
            </w:r>
          </w:p>
        </w:tc>
        <w:tc>
          <w:tcPr>
            <w:tcW w:type="dxa" w:w="6552"/>
            <w:vAlign w:val="center"/>
            <w:tcMar>
              <w:top w:w="45" w:type="dxa"/>
              <w:bottom w:w="45" w:type="dxa"/>
              <w:left w:w="70" w:type="dxa"/>
              <w:right w:w="70" w:type="dxa"/>
            </w:tcMar>
          </w:tcPr>
          <w:p>
            <w:sdt>
              <w:sdtPr>
                <w:alias w:val="État requis"/>
                <w:tag w:val="olyaerospace-technical-enquiry-form-fr_3_4_1_9"/>
                <w:id w:val="173654300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Date de livraison</w:t>
            </w:r>
          </w:p>
        </w:tc>
        <w:tc>
          <w:tcPr>
            <w:tcW w:type="dxa" w:w="6552"/>
            <w:vAlign w:val="center"/>
            <w:tcMar>
              <w:top w:w="45" w:type="dxa"/>
              <w:bottom w:w="45" w:type="dxa"/>
              <w:left w:w="70" w:type="dxa"/>
              <w:right w:w="70" w:type="dxa"/>
            </w:tcMar>
          </w:tcPr>
          <w:p>
            <w:sdt>
              <w:sdtPr>
                <w:alias w:val="Date de livraison"/>
                <w:tag w:val="olyaerospace-technical-enquiry-form-fr_3_5_1_10"/>
                <w:id w:val="1367853746"/>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Technique</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Révision de spécification / plan</w:t>
            </w:r>
          </w:p>
        </w:tc>
        <w:tc>
          <w:tcPr>
            <w:tcW w:type="dxa" w:w="6552"/>
            <w:vAlign w:val="center"/>
            <w:tcMar>
              <w:top w:w="45" w:type="dxa"/>
              <w:bottom w:w="45" w:type="dxa"/>
              <w:left w:w="70" w:type="dxa"/>
              <w:right w:w="70" w:type="dxa"/>
            </w:tcMar>
          </w:tcPr>
          <w:p>
            <w:sdt>
              <w:sdtPr>
                <w:alias w:val="Révision de spécification / plan"/>
                <w:tag w:val="olyaerospace-technical-enquiry-form-fr_4_0_1_11"/>
                <w:id w:val="185812955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Agrément de navigabilité requis</w:t>
            </w:r>
          </w:p>
        </w:tc>
        <w:tc>
          <w:tcPr>
            <w:tcW w:type="dxa" w:w="6552"/>
            <w:vAlign w:val="center"/>
            <w:tcMar>
              <w:top w:w="45" w:type="dxa"/>
              <w:bottom w:w="45" w:type="dxa"/>
              <w:left w:w="70" w:type="dxa"/>
              <w:right w:w="70" w:type="dxa"/>
            </w:tcMar>
          </w:tcPr>
          <w:p>
            <w:sdt>
              <w:sdtPr>
                <w:alias w:val="Agrément de navigabilité requis"/>
                <w:tag w:val="olyaerospace-technical-enquiry-form-fr_4_1_1_12"/>
                <w:id w:val="85171202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Exigence de traçabilité</w:t>
            </w:r>
          </w:p>
        </w:tc>
        <w:tc>
          <w:tcPr>
            <w:tcW w:type="dxa" w:w="6552"/>
            <w:vAlign w:val="center"/>
            <w:tcMar>
              <w:top w:w="45" w:type="dxa"/>
              <w:bottom w:w="45" w:type="dxa"/>
              <w:left w:w="70" w:type="dxa"/>
              <w:right w:w="70" w:type="dxa"/>
            </w:tcMar>
          </w:tcPr>
          <w:p>
            <w:sdt>
              <w:sdtPr>
                <w:alias w:val="Exigence de traçabilité"/>
                <w:tag w:val="olyaerospace-technical-enquiry-form-fr_4_2_1_13"/>
                <w:id w:val="138349698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Contraintes de configuration</w:t>
            </w:r>
          </w:p>
        </w:tc>
        <w:tc>
          <w:tcPr>
            <w:tcW w:type="dxa" w:w="6552"/>
            <w:vAlign w:val="center"/>
            <w:tcMar>
              <w:top w:w="45" w:type="dxa"/>
              <w:bottom w:w="45" w:type="dxa"/>
              <w:left w:w="70" w:type="dxa"/>
              <w:right w:w="70" w:type="dxa"/>
            </w:tcMar>
          </w:tcPr>
          <w:p>
            <w:sdt>
              <w:sdtPr>
                <w:alias w:val="Contraintes de configuration"/>
                <w:tag w:val="olyaerospace-technical-enquiry-form-fr_4_3_1_14"/>
                <w:id w:val="131304103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Périmètre de maintenance ou d'ingénierie</w:t>
            </w:r>
          </w:p>
        </w:tc>
        <w:tc>
          <w:tcPr>
            <w:tcW w:type="dxa" w:w="6552"/>
            <w:vAlign w:val="center"/>
            <w:tcMar>
              <w:top w:w="45" w:type="dxa"/>
              <w:bottom w:w="45" w:type="dxa"/>
              <w:left w:w="70" w:type="dxa"/>
              <w:right w:w="70" w:type="dxa"/>
            </w:tcMar>
          </w:tcPr>
          <w:p>
            <w:sdt>
              <w:sdtPr>
                <w:alias w:val="Périmètre de maintenance ou d'ingénierie"/>
                <w:tag w:val="olyaerospace-technical-enquiry-form-fr_4_4_1_15"/>
                <w:id w:val="329947671"/>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Utilisation finale et contrôles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Utilisateur final/opérateur</w:t>
            </w:r>
          </w:p>
        </w:tc>
        <w:tc>
          <w:tcPr>
            <w:tcW w:type="dxa" w:w="6552"/>
            <w:vAlign w:val="center"/>
            <w:tcMar>
              <w:top w:w="45" w:type="dxa"/>
              <w:bottom w:w="45" w:type="dxa"/>
              <w:left w:w="70" w:type="dxa"/>
              <w:right w:w="70" w:type="dxa"/>
            </w:tcMar>
          </w:tcPr>
          <w:p>
            <w:sdt>
              <w:sdtPr>
                <w:alias w:val="Utilisateur final/opérateur"/>
                <w:tag w:val="olyaerospace-technical-enquiry-form-fr_5_0_1_16"/>
                <w:id w:val="22522350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 d'exploitation</w:t>
            </w:r>
          </w:p>
        </w:tc>
        <w:tc>
          <w:tcPr>
            <w:tcW w:type="dxa" w:w="6552"/>
            <w:vAlign w:val="center"/>
            <w:tcMar>
              <w:top w:w="45" w:type="dxa"/>
              <w:bottom w:w="45" w:type="dxa"/>
              <w:left w:w="70" w:type="dxa"/>
              <w:right w:w="70" w:type="dxa"/>
            </w:tcMar>
          </w:tcPr>
          <w:p>
            <w:sdt>
              <w:sdtPr>
                <w:alias w:val="Pays d'exploitation"/>
                <w:tag w:val="olyaerospace-technical-enquiry-form-fr_5_1_1_17"/>
                <w:id w:val="34419604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Civil / militaire / double usage</w:t>
            </w:r>
          </w:p>
        </w:tc>
        <w:tc>
          <w:tcPr>
            <w:tcW w:type="dxa" w:w="6552"/>
            <w:vAlign w:val="center"/>
            <w:tcMar>
              <w:top w:w="45" w:type="dxa"/>
              <w:bottom w:w="45" w:type="dxa"/>
              <w:left w:w="70" w:type="dxa"/>
              <w:right w:w="70" w:type="dxa"/>
            </w:tcMar>
          </w:tcPr>
          <w:p>
            <w:sdt>
              <w:sdtPr>
                <w:alias w:val="Civil / militaire / double usage"/>
                <w:tag w:val="olyaerospace-technical-enquiry-form-fr_5_2_1_18"/>
                <w:id w:val="116620228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Classification d'exportation connue</w:t>
            </w:r>
          </w:p>
        </w:tc>
        <w:tc>
          <w:tcPr>
            <w:tcW w:type="dxa" w:w="6552"/>
            <w:vAlign w:val="center"/>
            <w:tcMar>
              <w:top w:w="45" w:type="dxa"/>
              <w:bottom w:w="45" w:type="dxa"/>
              <w:left w:w="70" w:type="dxa"/>
              <w:right w:w="70" w:type="dxa"/>
            </w:tcMar>
          </w:tcPr>
          <w:p>
            <w:sdt>
              <w:sdtPr>
                <w:alias w:val="Classification d'exportation connue"/>
                <w:tag w:val="olyaerospace-technical-enquiry-form-fr_5_3_1_19"/>
                <w:id w:val="56023589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Réexportation envisagée</w:t>
            </w:r>
          </w:p>
        </w:tc>
        <w:tc>
          <w:tcPr>
            <w:tcW w:type="dxa" w:w="6552"/>
            <w:vAlign w:val="center"/>
            <w:tcMar>
              <w:top w:w="45" w:type="dxa"/>
              <w:bottom w:w="45" w:type="dxa"/>
              <w:left w:w="70" w:type="dxa"/>
              <w:right w:w="70" w:type="dxa"/>
            </w:tcMar>
          </w:tcPr>
          <w:p>
            <w:sdt>
              <w:sdtPr>
                <w:alias w:val="Réexportation envisagée"/>
                <w:tag w:val="olyaerospace-technical-enquiry-form-fr_5_4_1_20"/>
                <w:id w:val="362000123"/>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Signatures autorisées</w:t>
      </w:r>
    </w:p>
    <w:tbl>
      <w:tblPr>
        <w:tblStyle w:val="TableGrid"/>
        <w:tblW w:type="auto" w:w="0"/>
        <w:tblLook w:firstColumn="1" w:firstRow="1" w:lastColumn="0" w:lastRow="0" w:noHBand="0" w:noVBand="1" w:val="04A0"/>
        <w:tblCaption w:val="Champs du formulaire et réponses"/>
        <w:tblDescription w:val="Champs du formulaire et réponses"/>
      </w:tblPr>
      <w:tblGrid>
        <w:gridCol w:w="10119"/>
      </w:tblGrid>
      <w:tr>
        <w:tc>
          <w:tcPr>
            <w:tcW w:type="dxa" w:w="10119"/>
            <w:vAlign w:val="center"/>
            <w:shd w:fill="F3F5F7"/>
          </w:tcPr>
          <w:p>
            <w:r/>
            <w:r>
              <w:rPr>
                <w:rFonts w:ascii="Aptos" w:hAnsi="Aptos"/>
                <w:b/>
                <w:color w:val="071A33"/>
                <w:sz w:val="16"/>
                <w:lang w:val="fr-FR" w:bidi="fr-FR"/>
              </w:rPr>
              <w:t>Organisation / partie - Partie 1</w:t>
            </w:r>
          </w:p>
        </w:tc>
      </w:tr>
      <w:tr>
        <w:tc>
          <w:tcPr>
            <w:tcW w:type="dxa" w:w="10119"/>
            <w:vAlign w:val="center"/>
            <w:shd w:fill="FFFFFF"/>
          </w:tcPr>
          <w:p>
            <w:sdt>
              <w:sdtPr>
                <w:alias w:val="Nom et fonction de la personne autorisée"/>
                <w:tag w:val="olyaerospace-technical-enquiry-form-fr_signature_1_21"/>
                <w:id w:val="603503103"/>
                <w:color w:val="B08A28"/>
                <w:appearance w:val="boundingBox"/>
                <w:text/>
              </w:sdtPr>
              <w:sdtContent>
                <w:r>
                  <w:rPr>
                    <w:color w:val="6D7D87"/>
                    <w:i/>
                    <w:sz w:val="18"/>
                    <w:lang w:val="fr-FR" w:bidi="fr-FR"/>
                  </w:rPr>
                  <w:t>Saisissez le nom et la fonction de la personne autorisée.</w:t>
                </w:r>
              </w:sdtContent>
            </w:sdt>
          </w:p>
        </w:tc>
      </w:tr>
      <w:tr>
        <w:tc>
          <w:tcPr>
            <w:tcW w:type="dxa" w:w="10119"/>
            <w:vAlign w:val="center"/>
            <w:shd w:fill="FFFFFF"/>
          </w:tcPr>
          <w:p>
            <w:sdt>
              <w:sdtPr>
                <w:alias w:val="Signature"/>
                <w:tag w:val="olyaerospace-technical-enquiry-form-fr_signature_2_22"/>
                <w:id w:val="1979215109"/>
                <w:color w:val="B08A28"/>
                <w:appearance w:val="boundingBox"/>
                <w:text/>
              </w:sdtPr>
              <w:sdtContent>
                <w:r>
                  <w:rPr>
                    <w:color w:val="6D7D87"/>
                    <w:i/>
                    <w:sz w:val="18"/>
                    <w:lang w:val="fr-FR" w:bidi="fr-FR"/>
                  </w:rPr>
                  <w:t>Signez ici.</w:t>
                </w:r>
              </w:sdtContent>
            </w:sdt>
          </w:p>
        </w:tc>
      </w:tr>
      <w:tr>
        <w:tc>
          <w:tcPr>
            <w:tcW w:type="dxa" w:w="10119"/>
            <w:vAlign w:val="center"/>
            <w:shd w:fill="FFFFFF"/>
          </w:tcPr>
          <w:p>
            <w:sdt>
              <w:sdtPr>
                <w:alias w:val="Date"/>
                <w:tag w:val="olyaerospace-technical-enquiry-form-fr_signature_3_23"/>
                <w:id w:val="1097646668"/>
                <w:color w:val="B08A28"/>
                <w:appearance w:val="boundingBox"/>
                <w:text/>
              </w:sdtPr>
              <w:sdtContent>
                <w:r>
                  <w:rPr>
                    <w:color w:val="6D7D87"/>
                    <w:i/>
                    <w:sz w:val="18"/>
                    <w:lang w:val="fr-FR" w:bidi="fr-FR"/>
                  </w:rPr>
                  <w:t>Saisissez la date.</w:t>
                </w:r>
              </w:sdtContent>
            </w:sdt>
          </w:p>
        </w:tc>
      </w:tr>
      <w:tr>
        <w:tc>
          <w:tcPr>
            <w:tcW w:type="dxa" w:w="10119"/>
            <w:vAlign w:val="center"/>
            <w:shd w:fill="FFFFFF"/>
          </w:tcPr>
          <w:p>
            <w:r/>
            <w:r>
              <w:rPr>
                <w:rFonts w:ascii="Aptos" w:hAnsi="Aptos"/>
                <w:b w:val="0"/>
                <w:color w:val="071A33"/>
                <w:sz w:val="16"/>
                <w:lang w:val="fr-FR" w:bidi="fr-FR"/>
              </w:rPr>
            </w:r>
          </w:p>
        </w:tc>
      </w:tr>
    </w:tbl>
    <w:p>
      <w:pPr>
        <w:spacing w:after="40" w:line="240" w:lineRule="auto"/>
      </w:pPr>
      <w:r>
        <w:t>Modèle professionnel destiné à un usage commercial. Il ne constitue pas un conseil juridique, réglementaire, médical, technique ou relatif au contrôle des exportations. Examinez-le et adaptez-le à la transaction et à la juridiction concernées avant toute signature ou utilisation.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fr-FR" w:bidi="fr-FR"/>
      </w:rPr>
      <w:t>OLYVENRA LTD | 71-75 Shelton Street, Covent Garden, London WC2H 9JQ, United Kingdom | info@olyvenra.com | +44 7874 271673 | www.olyvenra.com</w:t>
      <w:br/>
    </w:r>
    <w:r>
      <w:rPr>
        <w:color w:val="C7A24B"/>
        <w:sz w:val="14"/>
        <w:lang w:val="fr-FR" w:bidi="fr-FR"/>
      </w:rPr>
      <w:t>OA-FRM-001 | Version 2.0 | En vigueur le 1 août 2026 | Copie contrôlée lorsqu'elle est consultée électroniquement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pPr>
          <w:r/>
          <w:r>
            <w:rPr>
              <w:rFonts w:ascii="Aptos" w:hAnsi="Aptos"/>
              <w:b/>
              <w:color w:val="071A33"/>
              <w:sz w:val="16"/>
              <w:lang w:val="fr-FR" w:bidi="fr-FR"/>
            </w:rPr>
            <w:t>OA-FRM-001</w:t>
            <w:br/>
            <w:t>Version 2.0 | FORMULAIRE PROFESSIONNEL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fr-FR" w:bidi="fr-F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fr-FR" w:bidi="fr-F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fr-FR" w:bidi="fr-F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fr-FR" w:bidi="fr-F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technique aérospatiale</dc:title>
  <dc:subject>Formulaire professionnel sectoriel remplissable OLYVENRA</dc:subject>
  <dc:creator>OLYVENRA LTD</dc:creator>
  <cp:keywords>OLYVENRA, commerce international, approvisionnement stratégique, accès aux marchés</cp:keywords>
  <dc:description>Document d'entreprise contrôlé préparé pour un usage professionnel.</dc:description>
  <cp:lastModifiedBy>OLYVENRA LTD</cp:lastModifiedBy>
  <cp:revision>2</cp:revision>
  <dcterms:created xsi:type="dcterms:W3CDTF">2013-12-23T23:15:00Z</dcterms:created>
  <dcterms:modified xsi:type="dcterms:W3CDTF">2013-12-23T23:15:00Z</dcterms:modified>
  <cp:category/>
  <dc:language>fr-FR</dc:language>
</cp:coreProperties>
</file>