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OLYAEROSPACE</w:t>
      </w:r>
    </w:p>
    <w:p>
      <w:pPr>
        <w:pStyle w:val="Title"/>
        <w:spacing w:after="40" w:line="240" w:lineRule="auto"/>
        <w:jc w:val="center"/>
      </w:pPr>
      <w:r>
        <w:t>Aerospace Technical Enquiry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rPr>
          <w:i/>
        </w:rPr>
        <w:t>Aerospace, aviation and unmanned systems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OA-FRM-001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capture an aerospace, aviation or unmanned-systems requirement, including platform, specification, traceability, airworthiness, end-use and export-control considerations for initial review.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Applicant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olyaerospace-technical-enquiry-form-en_2_0_1_1"/>
                <w:id w:val="62593684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y"/>
                <w:tag w:val="olyaerospace-technical-enquiry-form-en_2_1_1_2"/>
                <w:id w:val="12495074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Operator / OEM / MRO / integrator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perator / OEM / MRO / integrator"/>
                <w:tag w:val="olyaerospace-technical-enquiry-form-en_2_2_1_3"/>
                <w:id w:val="179406728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"/>
                <w:tag w:val="olyaerospace-technical-enquiry-form-en_2_3_1_4"/>
                <w:id w:val="84811451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Requirement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Part/system/service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rt/system/service"/>
                <w:tag w:val="olyaerospace-technical-enquiry-form-en_3_0_1_5"/>
                <w:id w:val="6643948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Part number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rt number"/>
                <w:tag w:val="olyaerospace-technical-enquiry-form-en_3_1_1_6"/>
                <w:id w:val="4477170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Platform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latform"/>
                <w:tag w:val="olyaerospace-technical-enquiry-form-en_3_2_1_7"/>
                <w:id w:val="125662145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Quantity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y"/>
                <w:tag w:val="olyaerospace-technical-enquiry-form-en_3_3_1_8"/>
                <w:id w:val="17577101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Condition required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dition required"/>
                <w:tag w:val="olyaerospace-technical-enquiry-form-en_3_4_1_9"/>
                <w:id w:val="17365430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Delivery date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livery date"/>
                <w:tag w:val="olyaerospace-technical-enquiry-form-en_3_5_1_10"/>
                <w:id w:val="136785374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Technical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Specification / drawing revision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pecification / drawing revision"/>
                <w:tag w:val="olyaerospace-technical-enquiry-form-en_4_0_1_11"/>
                <w:id w:val="185812955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Airworthiness approval required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irworthiness approval required"/>
                <w:tag w:val="olyaerospace-technical-enquiry-form-en_4_1_1_12"/>
                <w:id w:val="8517120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Traceability requirement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raceability requirement"/>
                <w:tag w:val="olyaerospace-technical-enquiry-form-en_4_2_1_13"/>
                <w:id w:val="13834969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Configuration constraints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figuration constraints"/>
                <w:tag w:val="olyaerospace-technical-enquiry-form-en_4_3_1_14"/>
                <w:id w:val="131304103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Maintenance or engineering scope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aintenance or engineering scope"/>
                <w:tag w:val="olyaerospace-technical-enquiry-form-en_4_4_1_15"/>
                <w:id w:val="32994767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End use and controls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End user/operator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nd user/operator"/>
                <w:tag w:val="olyaerospace-technical-enquiry-form-en_5_0_1_16"/>
                <w:id w:val="22522350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Country of operation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y of operation"/>
                <w:tag w:val="olyaerospace-technical-enquiry-form-en_5_1_1_17"/>
                <w:id w:val="3441960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Civil / military / dual-use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ivil / military / dual-use"/>
                <w:tag w:val="olyaerospace-technical-enquiry-form-en_5_2_1_18"/>
                <w:id w:val="11662022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Known export classification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Known export classification"/>
                <w:tag w:val="olyaerospace-technical-enquiry-form-en_5_3_1_19"/>
                <w:id w:val="5602358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Re-export anticipated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-export anticipated"/>
                <w:tag w:val="olyaerospace-technical-enquiry-form-en_5_4_1_20"/>
                <w:id w:val="36200012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olyaerospace-technical-enquiry-form-en_signature_1_21"/>
                <w:id w:val="6035031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aerospace-technical-enquiry-form-en_signature_2_22"/>
                <w:id w:val="19792151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aerospace-technical-enquiry-form-en_signature_3_23"/>
                <w:id w:val="10976466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OA-FRM-001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46161"/>
                <wp:docPr id="1" name="Picture 1" descr="OLYAEROSPACE logo" title="OLYAEROSPA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aerospa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4616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OA-FRM-001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Technical Enquiry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