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OLYDEFENCE</w:t>
      </w:r>
    </w:p>
    <w:p>
      <w:pPr>
        <w:pStyle w:val="Title"/>
        <w:spacing w:after="40" w:line="240" w:lineRule="auto"/>
        <w:jc w:val="center"/>
      </w:pPr>
      <w:r>
        <w:t>Controlled Enquiry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Defence, security and controlled requirements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OD-FRM-001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record a high-level controlled requirement, destination, consignee, end user, end use and known licensing position for initial legal, sanctions and export-control screening. Do not use this form to transmit classified material or controlled technical data.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Applicant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Legal entity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egal entity"/>
                <w:tag w:val="olydefence-controlled-enquiry-form-en_2_0_1_1"/>
                <w:id w:val="2130124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Registration number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gistration number"/>
                <w:tag w:val="olydefence-controlled-enquiry-form-en_2_1_1_2"/>
                <w:id w:val="4538099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untry"/>
                <w:tag w:val="olydefence-controlled-enquiry-form-en_2_2_1_3"/>
                <w:id w:val="5341944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Authorised 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uthorised contact"/>
                <w:tag w:val="olydefence-controlled-enquiry-form-en_2_3_1_4"/>
                <w:id w:val="2598749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name / sign as applicable.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Government / commercial status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Government / commercial status"/>
                <w:tag w:val="olydefence-controlled-enquiry-form-en_2_4_1_5"/>
                <w:id w:val="105746357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Requirement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Item, software or technology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tem, software or technology"/>
                <w:tag w:val="olydefence-controlled-enquiry-form-en_3_0_1_6"/>
                <w:id w:val="89217225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y"/>
                <w:tag w:val="olydefence-controlled-enquiry-form-en_3_1_1_7"/>
                <w:id w:val="1456012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Technical specification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echnical specification"/>
                <w:tag w:val="olydefence-controlled-enquiry-form-en_3_2_1_8"/>
                <w:id w:val="105158601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Destination 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stination country"/>
                <w:tag w:val="olydefence-controlled-enquiry-form-en_3_3_1_9"/>
                <w:id w:val="23872670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Consignee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signee"/>
                <w:tag w:val="olydefence-controlled-enquiry-form-en_3_4_1_10"/>
                <w:id w:val="97265514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End user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d user"/>
                <w:tag w:val="olydefence-controlled-enquiry-form-en_3_5_1_11"/>
                <w:id w:val="5758495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Detailed end use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tailed end use"/>
                <w:tag w:val="olydefence-controlled-enquiry-form-en_3_6_1_12"/>
                <w:id w:val="11001552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Platform or system integration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latform or system integration"/>
                <w:tag w:val="olydefence-controlled-enquiry-form-en_3_7_1_13"/>
                <w:id w:val="19093425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Control screening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Known control-list reference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Known control-list reference"/>
                <w:tag w:val="olydefence-controlled-enquiry-form-en_4_0_1_14"/>
                <w:id w:val="50755550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Licence status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Licence status"/>
                <w:tag w:val="olydefence-controlled-enquiry-form-en_4_1_1_15"/>
                <w:id w:val="5582106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Sanctions screening completed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anctions screening completed"/>
                <w:tag w:val="olydefence-controlled-enquiry-form-en_4_2_1_16"/>
                <w:id w:val="131065063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Military / security / civilian end use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ilitary / security / civilian end use"/>
                <w:tag w:val="olydefence-controlled-enquiry-form-en_4_3_1_17"/>
                <w:id w:val="25000041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Re-export or transfer anticipated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-export or transfer anticipated"/>
                <w:tag w:val="olydefence-controlled-enquiry-form-en_4_4_1_18"/>
                <w:id w:val="9735187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Undertakings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Authorised signatory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uthorised signatory"/>
                <w:tag w:val="olydefence-controlled-enquiry-form-en_5_0_1_19"/>
                <w:id w:val="66140094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name / sign as applicable.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Supporting end-use document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Supporting end-use document"/>
                <w:tag w:val="olydefence-controlled-enquiry-form-en_5_1_1_20"/>
                <w:id w:val="143078963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No diversion declaration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No diversion declaration"/>
                <w:tag w:val="olydefence-controlled-enquiry-form-en_5_2_1_21"/>
                <w:id w:val="142531050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Consent to enhanced due diligence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sent to enhanced due diligence"/>
                <w:tag w:val="olydefence-controlled-enquiry-form-en_5_3_1_22"/>
                <w:id w:val="132386419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olydefence-controlled-enquiry-form-en_signature_1_23"/>
                <w:id w:val="196554055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olydefence-controlled-enquiry-form-en_signature_2_24"/>
                <w:id w:val="26859709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olydefence-controlled-enquiry-form-en_signature_3_25"/>
                <w:id w:val="80381653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OD-FRM-001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4793"/>
                <wp:docPr id="1" name="Picture 1" descr="OLYDEFENCE logo" title="OLYDEFEN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defen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479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OD-FRM-001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Controlled Enquiry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