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</w:rPr>
        <w:t>OLYMEDICA</w:t>
      </w:r>
    </w:p>
    <w:p>
      <w:pPr>
        <w:pStyle w:val="Title"/>
        <w:spacing w:after="40" w:line="240" w:lineRule="auto"/>
        <w:jc w:val="center"/>
      </w:pPr>
      <w:r>
        <w:t>Medical Product Enquiry Form</w:t>
      </w:r>
    </w:p>
    <w:p>
      <w:pPr>
        <w:spacing w:after="40" w:line="240" w:lineRule="auto"/>
        <w:jc w:val="center"/>
      </w:pPr>
      <w:r>
        <w:t>Fillable intake template</w:t>
      </w:r>
    </w:p>
    <w:p>
      <w:pPr>
        <w:spacing w:after="40" w:line="240" w:lineRule="auto"/>
        <w:jc w:val="center"/>
      </w:pPr>
      <w:r>
        <w:t>Non-pharmaceutical medical equipment and healthcare supply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Document code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OM-FRM-001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Version / effective date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2.0 / 1 August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Classification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BUSINESS FORM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Document owner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OLYVENRA LTD - Corporate Governance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Document purpose</w:t>
      </w:r>
    </w:p>
    <w:p>
      <w:pPr>
        <w:spacing w:after="40" w:line="240" w:lineRule="auto"/>
      </w:pPr>
      <w:r>
        <w:t>To capture a non-pharmaceutical medical equipment, device, consumable or service requirement, including intended use, regulatory evidence, traceability, delivery and support needs.</w:t>
      </w:r>
    </w:p>
    <w:p>
      <w:pPr>
        <w:pStyle w:val="Heading1"/>
        <w:keepNext/>
        <w:spacing w:after="40" w:before="80" w:line="240" w:lineRule="auto"/>
      </w:pPr>
      <w:r>
        <w:t>Scope and use</w:t>
      </w:r>
    </w:p>
    <w:p>
      <w:pPr>
        <w:spacing w:after="40" w:line="240" w:lineRule="auto"/>
      </w:pPr>
      <w:r>
        <w:t>Complete all applicable fields and enter "Not applicable" where necessary. Attach current supporting evidence and submit the form to info@olyvenra.com. Do not email passwords, payment-card data, patient-identifiable records, classified information, bank-login credentials or export-controlled technical data; request an approved secure channel first. Submission does not create an obligation to quote, approve, onboard or transact.</w:t>
      </w:r>
    </w:p>
    <w:p>
      <w:r>
        <w:rPr>
          <w:b/>
        </w:rPr>
        <w:t xml:space="preserve">Privacy: </w:t>
      </w:r>
      <w:r>
        <w:t xml:space="preserve"> </w:t>
      </w:r>
      <w:hyperlink r:id="rId11">
        <w:r>
          <w:rPr>
            <w:color w:val="8A6A10"/>
            <w:u w:val="single"/>
          </w:rPr>
          <w:t>Read the OLYVENRA Privacy Notice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Prepared by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Corporate Governance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Approved by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Director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Review cycle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Annual or on material change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Next review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August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Record status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Controlled master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Language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English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Requester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Organisation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Organisation"/>
                <w:tag w:val="olymedica-product-enquiry-form-en_2_0_1_1"/>
                <w:id w:val="11494735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Country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untry"/>
                <w:tag w:val="olymedica-product-enquiry-form-en_2_1_1_2"/>
                <w:id w:val="29369411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Contact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ntact"/>
                <w:tag w:val="olymedica-product-enquiry-form-en_2_2_1_3"/>
                <w:id w:val="198582246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Buyer / distributor / provider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Buyer / distributor / provider"/>
                <w:tag w:val="olymedica-product-enquiry-form-en_2_3_1_4"/>
                <w:id w:val="99638194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Product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Generic product name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Generic product name"/>
                <w:tag w:val="olymedica-product-enquiry-form-en_3_0_1_5"/>
                <w:id w:val="138854202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Brand/manufacturer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Brand/manufacturer"/>
                <w:tag w:val="olymedica-product-enquiry-form-en_3_1_1_6"/>
                <w:id w:val="112341286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Model/catalogue number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Model/catalogue number"/>
                <w:tag w:val="olymedica-product-enquiry-form-en_3_2_1_7"/>
                <w:id w:val="58585131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Quantity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Quantity"/>
                <w:tag w:val="olymedica-product-enquiry-form-en_3_3_1_8"/>
                <w:id w:val="4979077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Packaging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ackaging"/>
                <w:tag w:val="olymedica-product-enquiry-form-en_3_4_1_9"/>
                <w:id w:val="14083324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Sterile / non-sterile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terile / non-sterile"/>
                <w:tag w:val="olymedica-product-enquiry-form-en_3_5_1_10"/>
                <w:id w:val="174264751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Shelf-life requirement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helf-life requirement"/>
                <w:tag w:val="olymedica-product-enquiry-form-en_3_6_1_11"/>
                <w:id w:val="53231897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Regulatory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Intended use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Intended use"/>
                <w:tag w:val="olymedica-product-enquiry-form-en_4_0_1_12"/>
                <w:id w:val="53987575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User environment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User environment"/>
                <w:tag w:val="olymedica-product-enquiry-form-en_4_1_1_13"/>
                <w:id w:val="17818919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Risk class if known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Risk class if known"/>
                <w:tag w:val="olymedica-product-enquiry-form-en_4_2_1_14"/>
                <w:id w:val="12253317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Required market authorisation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Required market authorisation"/>
                <w:tag w:val="olymedica-product-enquiry-form-en_4_3_1_15"/>
                <w:id w:val="67783019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CE/UKCA/FDA or other evidence requested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E/UKCA/FDA or other evidence requested"/>
                <w:tag w:val="olymedica-product-enquiry-form-en_4_4_1_16"/>
                <w:id w:val="132936101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UDI / lot traceability requirement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UDI / lot traceability requirement"/>
                <w:tag w:val="olymedica-product-enquiry-form-en_4_5_1_17"/>
                <w:id w:val="154804634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Delivery and service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Destination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Destination"/>
                <w:tag w:val="olymedica-product-enquiry-form-en_5_0_1_18"/>
                <w:id w:val="55400450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Required date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Required date"/>
                <w:tag w:val="olymedica-product-enquiry-form-en_5_1_1_19"/>
                <w:id w:val="25306203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Incoterm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Incoterm"/>
                <w:tag w:val="olymedica-product-enquiry-form-en_5_2_1_20"/>
                <w:id w:val="64486237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Installation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Installation"/>
                <w:tag w:val="olymedica-product-enquiry-form-en_5_3_1_21"/>
                <w:id w:val="145791089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Training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Training"/>
                <w:tag w:val="olymedica-product-enquiry-form-en_5_4_1_22"/>
                <w:id w:val="184358986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Warranty / maintenance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Warranty / maintenance"/>
                <w:tag w:val="olymedica-product-enquiry-form-en_5_5_1_23"/>
                <w:id w:val="44167249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Authorised signatures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Organisation / party - Party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Authorised name and title"/>
                <w:tag w:val="olymedica-product-enquiry-form-en_signature_1_24"/>
                <w:id w:val="39444131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authorised name and title.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Signature"/>
                <w:tag w:val="olymedica-product-enquiry-form-en_signature_2_25"/>
                <w:id w:val="94063039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Sign here.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Date"/>
                <w:tag w:val="olymedica-product-enquiry-form-en_signature_3_26"/>
                <w:id w:val="87413077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date.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</w:rPr>
            </w:r>
          </w:p>
        </w:tc>
      </w:tr>
    </w:tbl>
    <w:p>
      <w:pPr>
        <w:spacing w:after="40" w:line="240" w:lineRule="auto"/>
      </w:pPr>
      <w:r>
        <w:t>Professional template for business use. It does not constitute legal, regulatory, export-control, medical or technical advice. Review and adapt it for the specific transaction and jurisdiction before signature or reliance.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</w:rPr>
      <w:t>OM-FRM-001 | Version 2.0 | Effective 1 August 2026 | Controlled copy when viewed electronically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201224"/>
                <wp:docPr id="1" name="Picture 1" descr="OLYMEDICA logo" title="OLYMEDICA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medica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201224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</w:rPr>
            <w:t>OM-FRM-001</w:t>
            <w:br/>
            <w:t>Version 2.0 | BUSINESS FORM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en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Product Enquiry Form</dc:title>
  <dc:subject>OLYVENRA fillable specialist-sector business form</dc:subject>
  <dc:creator>OLYVENRA LTD</dc:creator>
  <cp:keywords>OLYVENRA, international business, strategic sourcing, market access</cp:keywords>
  <dc:description>Controlled corporate document prepared for business use.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en-GB</dc:language>
</cp:coreProperties>
</file>