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OLYDEFENCE</w:t>
      </w:r>
    </w:p>
    <w:p>
      <w:pPr>
        <w:pStyle w:val="Title"/>
        <w:spacing w:after="40" w:line="240" w:lineRule="auto"/>
        <w:jc w:val="center"/>
      </w:pPr>
      <w:r>
        <w:t>Форма регистрации поставщика оборонного сектора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Оборона, безопасность и контролируемые требования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OD-FRM-002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Собрать сведения об идентификации и владельцах поставщика оборонного сектора, его разрешённых возможностях, контрольных классификациях, подтверждениях качества и мерах соответствия для квалификации с учётом рисков.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Организация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Юридическая идентификация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Юридическая идентификация"/>
                <w:tag w:val="olydefence-supplier-registration-form-ru_2_0_1_1"/>
                <w:id w:val="6874304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Собственность и контроль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обственность и контроль"/>
                <w:tag w:val="olydefence-supplier-registration-form-ru_2_1_1_2"/>
                <w:id w:val="16089317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Объекты и страны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бъекты и страны"/>
                <w:tag w:val="olydefence-supplier-registration-form-ru_2_2_1_3"/>
                <w:id w:val="4909491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Основное контактное лицо по безопасности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сновное контактное лицо по безопасности"/>
                <w:tag w:val="olydefence-supplier-registration-form-ru_2_3_1_4"/>
                <w:id w:val="3170617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Возможности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Товары / услуги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овары / услуги"/>
                <w:tag w:val="olydefence-supplier-registration-form-ru_3_0_1_5"/>
                <w:id w:val="10349927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Контрольные классификации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рольные классификации"/>
                <w:tag w:val="olydefence-supplier-registration-form-ru_3_1_1_6"/>
                <w:id w:val="7212784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Одобрения в области качества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добрения в области качества"/>
                <w:tag w:val="olydefence-supplier-registration-form-ru_3_2_1_7"/>
                <w:id w:val="67561789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Допуски к секретной информации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опуски к секретной информации"/>
                <w:tag w:val="olydefence-supplier-registration-form-ru_3_3_1_8"/>
                <w:id w:val="9117821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Отрасли подтверждённого опыта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трасли подтверждённого опыта"/>
                <w:tag w:val="olydefence-supplier-registration-form-ru_3_4_1_9"/>
                <w:id w:val="1362362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Соответствие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Программа экспортного контроля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ограмма экспортного контроля"/>
                <w:tag w:val="olydefence-supplier-registration-form-ru_4_0_1_10"/>
                <w:id w:val="17782458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Процесс санкционной проверки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оцесс санкционной проверки"/>
                <w:tag w:val="olydefence-supplier-registration-form-ru_4_1_1_11"/>
                <w:id w:val="3270440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Антикоррупционные меры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Антикоррупционные меры"/>
                <w:tag w:val="olydefence-supplier-registration-form-ru_4_2_1_12"/>
                <w:id w:val="12050906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Меры кибербезопасности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еры кибербезопасности"/>
                <w:tag w:val="olydefence-supplier-registration-form-ru_4_3_1_13"/>
                <w:id w:val="4380474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Контроль поставщиков нижних уровней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роль поставщиков нижних уровней"/>
                <w:tag w:val="olydefence-supplier-registration-form-ru_4_4_1_14"/>
                <w:id w:val="39259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Подтверждающие документы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Регистрации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гистрации"/>
                <w:tag w:val="olydefence-supplier-registration-form-ru_5_0_1_15"/>
                <w:id w:val="2758299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Лицензии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Лицензии"/>
                <w:tag w:val="olydefence-supplier-registration-form-ru_5_1_1_16"/>
                <w:id w:val="1143689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Сертификаты качества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тификаты качества"/>
                <w:tag w:val="olydefence-supplier-registration-form-ru_5_2_1_17"/>
                <w:id w:val="134831581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Страхование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хование"/>
                <w:tag w:val="olydefence-supplier-registration-form-ru_5_3_1_18"/>
                <w:id w:val="3684456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Применимые политики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именимые политики"/>
                <w:tag w:val="olydefence-supplier-registration-form-ru_5_4_1_19"/>
                <w:id w:val="181439098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defence-supplier-registration-form-ru_signature_1_20"/>
                <w:id w:val="1585861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defence-supplier-registration-form-ru_signature_2_21"/>
                <w:id w:val="17864205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defence-supplier-registration-form-ru_signature_3_22"/>
                <w:id w:val="18896518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OD-FRM-002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4793"/>
                <wp:docPr id="1" name="Picture 1" descr="OLYDEFENCE logo" title="OLYDEFEN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defen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479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OD-FRM-002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регистрации поставщика оборонного сектора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