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ru-RU" w:bidi="ru-RU"/>
        </w:rPr>
        <w:t>OLYMEDICA</w:t>
      </w:r>
    </w:p>
    <w:p>
      <w:pPr>
        <w:pStyle w:val="Title"/>
        <w:spacing w:after="40" w:line="240" w:lineRule="auto"/>
        <w:jc w:val="center"/>
      </w:pPr>
      <w:r>
        <w:t>Форма запроса по медицинской продукции</w:t>
      </w:r>
    </w:p>
    <w:p>
      <w:pPr>
        <w:spacing w:after="40" w:line="240" w:lineRule="auto"/>
        <w:jc w:val="center"/>
      </w:pPr>
      <w:r>
        <w:t>Заполняемый шаблон анкеты</w:t>
      </w:r>
    </w:p>
    <w:p>
      <w:pPr>
        <w:spacing w:after="40" w:line="240" w:lineRule="auto"/>
        <w:jc w:val="center"/>
      </w:pPr>
      <w:r>
        <w:t>Нефармацевтическое медицинское оборудование и снабжение здравоохранения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Код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OM-FRM-001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Версия / дата вступления в силу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2.0 / 1 августа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Классификация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БИЗНЕС-ФОРМА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Владелец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OLYVENRA LTD - Корпоративное управление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Назначение документа</w:t>
      </w:r>
    </w:p>
    <w:p>
      <w:pPr>
        <w:spacing w:after="40" w:line="240" w:lineRule="auto"/>
      </w:pPr>
      <w:r>
        <w:t>Зафиксировать потребность в нефармацевтическом медицинском оборудовании, изделии, расходных материалах или услуге, включая назначение, регуляторные подтверждения, прослеживаемость, поставку и поддержку.</w:t>
      </w:r>
    </w:p>
    <w:p>
      <w:pPr>
        <w:pStyle w:val="Heading1"/>
        <w:keepNext/>
        <w:spacing w:after="40" w:before="80" w:line="240" w:lineRule="auto"/>
      </w:pPr>
      <w:r>
        <w:t>Область применения и порядок использования</w:t>
      </w:r>
    </w:p>
    <w:p>
      <w:pPr>
        <w:spacing w:after="40" w:line="240" w:lineRule="auto"/>
      </w:pPr>
      <w:r>
        <w:t>Заполните все применимые поля и при необходимости укажите «Не применимо». Приложите актуальные подтверждающие документы и направьте форму на info@olyvenra.com. Не отправляйте по электронной почте пароли, данные платёжных карт, сведения, позволяющие идентифицировать пациента, секретную информацию, банковские учётные данные или технические данные под экспортным контролем; предварительно запросите одобренный защищённый канал. Отправка формы не создаёт обязательства предоставить предложение, одобрить, зарегистрировать поставщика или заключить сделку.</w:t>
      </w:r>
    </w:p>
    <w:p>
      <w:r>
        <w:rPr>
          <w:b/>
          <w:lang w:val="ru-RU" w:bidi="ru-RU"/>
        </w:rPr>
        <w:t xml:space="preserve">Конфиденциальность: </w:t>
      </w:r>
      <w:r>
        <w:t xml:space="preserve"> </w:t>
      </w:r>
      <w:hyperlink r:id="rId11">
        <w:r>
          <w:rPr>
            <w:color w:val="8A6A10"/>
            <w:u w:val="single"/>
            <w:lang w:val="ru-RU" w:bidi="ru-RU"/>
          </w:rPr>
          <w:t>Ознакомиться с Уведомлением OLYVENRA о конфиденциальности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Подготовил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Корпоративное управление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Утвердил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Директор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Периодичность пересмотра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Ежегодно или при существенном изменении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Следующий пересмотр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Август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Статус записи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Контролируемый оригинал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Язык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Русский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Инициатор запроса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рганизация"/>
                <w:tag w:val="olymedica-product-enquiry-form-ru_2_0_1_1"/>
                <w:id w:val="1149473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а"/>
                <w:tag w:val="olymedica-product-enquiry-form-ru_2_1_1_2"/>
                <w:id w:val="2936941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Контактное лицо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тактное лицо"/>
                <w:tag w:val="olymedica-product-enquiry-form-ru_2_2_1_3"/>
                <w:id w:val="198582246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Покупатель / дистрибьютор / поставщик услуг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окупатель / дистрибьютор / поставщик услуг"/>
                <w:tag w:val="olymedica-product-enquiry-form-ru_2_3_1_4"/>
                <w:id w:val="99638194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Продукция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Общее наименование продукции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бщее наименование продукции"/>
                <w:tag w:val="olymedica-product-enquiry-form-ru_3_0_1_5"/>
                <w:id w:val="138854202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Бренд/изготовитель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Бренд/изготовитель"/>
                <w:tag w:val="olymedica-product-enquiry-form-ru_3_1_1_6"/>
                <w:id w:val="112341286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Модель/номер по каталогу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Модель/номер по каталогу"/>
                <w:tag w:val="olymedica-product-enquiry-form-ru_3_2_1_7"/>
                <w:id w:val="58585131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Количество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личество"/>
                <w:tag w:val="olymedica-product-enquiry-form-ru_3_3_1_8"/>
                <w:id w:val="4979077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Упаковка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Упаковка"/>
                <w:tag w:val="olymedica-product-enquiry-form-ru_3_4_1_9"/>
                <w:id w:val="14083324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Стерильное / нестерильное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ерильное / нестерильное"/>
                <w:tag w:val="olymedica-product-enquiry-form-ru_3_5_1_10"/>
                <w:id w:val="174264751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Требования к сроку годности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ования к сроку годности"/>
                <w:tag w:val="olymedica-product-enquiry-form-ru_3_6_1_11"/>
                <w:id w:val="5323189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Регуляторные сведения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Назначение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Назначение"/>
                <w:tag w:val="olymedica-product-enquiry-form-ru_4_0_1_12"/>
                <w:id w:val="53987575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Среда использования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реда использования"/>
                <w:tag w:val="olymedica-product-enquiry-form-ru_4_1_1_13"/>
                <w:id w:val="17818919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Класс риска, если известен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ласс риска, если известен"/>
                <w:tag w:val="olymedica-product-enquiry-form-ru_4_2_1_14"/>
                <w:id w:val="12253317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Требуемое разрешение на обращение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уемое разрешение на обращение"/>
                <w:tag w:val="olymedica-product-enquiry-form-ru_4_3_1_15"/>
                <w:id w:val="67783019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Требуемое подтверждение CE/UKCA/FDA или иное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уемое подтверждение CE/UKCA/FDA или иное"/>
                <w:tag w:val="olymedica-product-enquiry-form-ru_4_4_1_16"/>
                <w:id w:val="132936101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Требования к прослеживаемости UDI / партии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ования к прослеживаемости UDI / партии"/>
                <w:tag w:val="olymedica-product-enquiry-form-ru_4_5_1_17"/>
                <w:id w:val="154804634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Поставка и обслуживание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Пункт назначения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ункт назначения"/>
                <w:tag w:val="olymedica-product-enquiry-form-ru_5_0_1_18"/>
                <w:id w:val="5540045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Требуемая дата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уемая дата"/>
                <w:tag w:val="olymedica-product-enquiry-form-ru_5_1_1_19"/>
                <w:id w:val="25306203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Incoterm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coterm"/>
                <w:tag w:val="olymedica-product-enquiry-form-ru_5_2_1_20"/>
                <w:id w:val="6448623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Установка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Установка"/>
                <w:tag w:val="olymedica-product-enquiry-form-ru_5_3_1_21"/>
                <w:id w:val="145791089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Обучение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бучение"/>
                <w:tag w:val="olymedica-product-enquiry-form-ru_5_4_1_22"/>
                <w:id w:val="184358986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Гарантия / техническое обслуживание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Гарантия / техническое обслуживание"/>
                <w:tag w:val="olymedica-product-enquiry-form-ru_5_5_1_23"/>
                <w:id w:val="44167249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Подписи уполномоченных лиц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 / сторона - Сторона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Имя и должность уполномоченного лица"/>
                <w:tag w:val="olymedica-product-enquiry-form-ru_signature_1_24"/>
                <w:id w:val="39444131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и должность уполномоченного лица.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Подпись"/>
                <w:tag w:val="olymedica-product-enquiry-form-ru_signature_2_25"/>
                <w:id w:val="94063039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Поставьте подпись здесь.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Дата"/>
                <w:tag w:val="olymedica-product-enquiry-form-ru_signature_3_26"/>
                <w:id w:val="8741307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дату.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ru-RU" w:bidi="ru-RU"/>
              </w:rPr>
            </w:r>
          </w:p>
        </w:tc>
      </w:tr>
    </w:tbl>
    <w:p>
      <w:pPr>
        <w:spacing w:after="40" w:line="240" w:lineRule="auto"/>
      </w:pPr>
      <w:r>
        <w:t>Профессиональный шаблон для делового использования. Он не является юридической, нормативной, экспортно-контрольной, медицинской или технической консультацией. До подписания или использования в качестве основания проверьте и адаптируйте его к конкретной сделке и юрисдикции.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ru-RU" w:bidi="ru-RU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ru-RU" w:bidi="ru-RU"/>
      </w:rPr>
      <w:t>OM-FRM-001 | Версия 2.0 | Вступает в силу 1 августа 2026 | Контролируемая копия при просмотре в электронном виде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201224"/>
                <wp:docPr id="1" name="Picture 1" descr="OLYMEDICA logo" title="OLYMEDIC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medic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2012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ru-RU" w:bidi="ru-RU"/>
            </w:rPr>
            <w:t>OM-FRM-001</w:t>
            <w:br/>
            <w:t>Версия 2.0 | БИЗНЕС-ФОРМА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 w:bidi="ru-RU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ru-RU" w:bidi="ru-RU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bidi="ru-RU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 w:bidi="ru-RU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запроса по медицинской продукции</dc:title>
  <dc:subject>Заполняемая специализированная отраслевая бизнес-форма OLYVENRA</dc:subject>
  <dc:creator>OLYVENRA LTD</dc:creator>
  <cp:keywords>OLYVENRA, международный бизнес, стратегические закупки, доступ к рынкам</cp:keywords>
  <dc:description>Контролируемый корпоративный документ, подготовленный для делового использования.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ru-RU</dc:language>
</cp:coreProperties>
</file>