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0" w:lineRule="auto"/>
        <w:jc w:val="center"/>
      </w:pPr>
      <w:r>
        <w:rPr>
          <w:b/>
          <w:color w:val="C7A24B"/>
          <w:sz w:val="28"/>
        </w:rPr>
        <w:t>OLYAEROSPACE</w:t>
      </w:r>
    </w:p>
    <w:p>
      <w:pPr>
        <w:pStyle w:val="Title"/>
        <w:spacing w:after="40" w:line="240" w:lineRule="auto"/>
        <w:jc w:val="center"/>
      </w:pPr>
      <w:r>
        <w:t>Aerospace Technical Enquiry Form</w:t>
      </w:r>
    </w:p>
    <w:p>
      <w:pPr>
        <w:spacing w:after="40" w:line="240" w:lineRule="auto"/>
        <w:jc w:val="center"/>
      </w:pPr>
      <w:r>
        <w:rPr>
          <w:sz w:val="22"/>
        </w:rPr>
        <w:t>Editable intake template</w:t>
      </w:r>
    </w:p>
    <w:p>
      <w:pPr>
        <w:spacing w:after="40" w:line="240" w:lineRule="auto"/>
        <w:jc w:val="center"/>
      </w:pPr>
      <w:r>
        <w:rPr>
          <w:i/>
        </w:rPr>
        <w:t>Aerospace, aviation and unmanned systems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code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OA-FRM-001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Version / effective date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1.0 / 29 July 2026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Classification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BUSINESS FORM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owner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OLYVENRA LTD - Corporate Governance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Document purpose</w:t>
      </w:r>
    </w:p>
    <w:p>
      <w:pPr>
        <w:spacing w:after="40" w:line="240" w:lineRule="auto"/>
      </w:pPr>
      <w:r>
        <w:t>To collect consistent information for initial qualification, technical review, compliance screening and commercial response.</w:t>
      </w:r>
    </w:p>
    <w:p>
      <w:pPr>
        <w:pStyle w:val="Heading1"/>
        <w:keepNext/>
        <w:spacing w:after="40" w:before="80" w:line="240" w:lineRule="auto"/>
      </w:pPr>
      <w:r>
        <w:t>Scope and use</w:t>
      </w:r>
    </w:p>
    <w:p>
      <w:pPr>
        <w:spacing w:after="40" w:line="240" w:lineRule="auto"/>
      </w:pPr>
      <w:r>
        <w:t>Complete all applicable fields. Attach supporting evidence. Submission does not create an obligation to quote, onboard or transact. Additional information and independent verification may be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0"/>
        <w:gridCol w:w="2530"/>
        <w:gridCol w:w="2530"/>
        <w:gridCol w:w="2530"/>
      </w:tblGrid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Prepared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Corporate Governance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Approved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Director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Review cycle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Annual or on material change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Next review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July 2027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Record status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Controlled master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Language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English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Applicant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Country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Operator / OEM / MRO / integrator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Contact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Requirement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Part/system/service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Part number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Platform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Quantity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Condition required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Delivery date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Technical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Specification / drawing revision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Airworthiness approval required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Traceability requirement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Configuration constraints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Maintenance or engineering scope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End use and controls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End user/operator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Country of operation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Civil / military / dual-use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Known export classification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Re-export anticipated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Authorised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19"/>
      </w:tblGrid>
      <w:tr>
        <w:tc>
          <w:tcPr>
            <w:tcW w:type="dxa" w:w="10119"/>
            <w:vAlign w:val="center"/>
            <w:shd w:fill="F3F5F7"/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 / party - Party 1</w:t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</w:tbl>
    <w:p>
      <w:pPr>
        <w:spacing w:after="40" w:line="240" w:lineRule="auto"/>
      </w:pPr>
      <w:r>
        <w:t>Professional template for business use. It does not constitute legal, regulatory, export-control, medical or technical advice. Review and adapt it for the specific transaction and jurisdiction before signature or reliance.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749" w:right="893" w:bottom="749" w:left="893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D4A5C"/>
        <w:sz w:val="14"/>
      </w:rPr>
      <w:t>OLYVENRA LTD | 71-75 Shelton Street, Covent Garden, London WC2H 9JQ, United Kingdom | info@olyvenra.com | +44 7874 271673 | www.olyvenra.com</w:t>
      <w:br/>
    </w:r>
    <w:r>
      <w:rPr>
        <w:color w:val="C7A24B"/>
        <w:sz w:val="14"/>
      </w:rPr>
      <w:t>OA-FRM-001 | Version 1.0 | Effective 29 July 2026 | Controlled copy when viewed electronically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17320" cy="1461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lyaerospace-logo-word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1461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  <w:vAlign w:val="center"/>
        </w:tcPr>
        <w:p>
          <w:pPr>
            <w:jc w:val="right"/>
          </w:pPr>
          <w:r/>
          <w:r>
            <w:rPr>
              <w:rFonts w:ascii="Aptos" w:hAnsi="Aptos"/>
              <w:b/>
              <w:color w:val="071A33"/>
              <w:sz w:val="16"/>
            </w:rPr>
            <w:t>OA-FRM-001</w:t>
            <w:br/>
            <w:t>Version 1.0 | BUSINESS FORM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D4A5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7A24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71A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Olyaerospace Technical Enquiry Form En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