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5061"/>
        <w:gridCol w:w="5061"/>
      </w:tblGrid>
      <w:tr>
        <w:tc>
          <w:tcPr>
            <w:tcW w:type="dxa" w:w="6696"/>
            <w:shd w:fill="061B2A"/>
            <w:tcMar>
              <w:top w:w="180" w:type="dxa"/>
              <w:start w:w="180" w:type="dxa"/>
              <w:bottom w:w="180" w:type="dxa"/>
              <w:end w:w="180" w:type="dxa"/>
            </w:tcMar>
          </w:tcPr>
          <w:p>
            <w:r>
              <w:drawing>
                <wp:inline xmlns:a="http://schemas.openxmlformats.org/drawingml/2006/main" xmlns:pic="http://schemas.openxmlformats.org/drawingml/2006/picture">
                  <wp:extent cx="1828800" cy="201168"/>
                  <wp:docPr id="1" name="Picture 1"/>
                  <wp:cNvGraphicFramePr>
                    <a:graphicFrameLocks noChangeAspect="1"/>
                  </wp:cNvGraphicFramePr>
                  <a:graphic>
                    <a:graphicData uri="http://schemas.openxmlformats.org/drawingml/2006/picture">
                      <pic:pic>
                        <pic:nvPicPr>
                          <pic:cNvPr id="0" name="logo-white.png"/>
                          <pic:cNvPicPr/>
                        </pic:nvPicPr>
                        <pic:blipFill>
                          <a:blip r:embed="rId11"/>
                          <a:stretch>
                            <a:fillRect/>
                          </a:stretch>
                        </pic:blipFill>
                        <pic:spPr>
                          <a:xfrm>
                            <a:off x="0" y="0"/>
                            <a:ext cx="1828800" cy="201168"/>
                          </a:xfrm>
                          <a:prstGeom prst="rect"/>
                        </pic:spPr>
                      </pic:pic>
                    </a:graphicData>
                  </a:graphic>
                </wp:inline>
              </w:drawing>
            </w:r>
          </w:p>
          <w:p>
            <w:pPr>
              <w:spacing w:after="0"/>
            </w:pPr>
            <w:r>
              <w:rPr>
                <w:rFonts w:ascii="Arial" w:hAnsi="Arial" w:eastAsia="Arial" w:cs="Arial"/>
                <w:color w:val="D4E0E7"/>
                <w:sz w:val="17"/>
              </w:rPr>
              <w:t>Formulaire de vérification d'identité, de propriété et d'entreprise de la contrepartie.</w:t>
            </w:r>
          </w:p>
        </w:tc>
        <w:tc>
          <w:tcPr>
            <w:tcW w:type="dxa" w:w="3240"/>
            <w:shd w:fill="061B2A"/>
            <w:tcMar>
              <w:top w:w="180" w:type="dxa"/>
              <w:start w:w="180" w:type="dxa"/>
              <w:bottom w:w="180" w:type="dxa"/>
              <w:end w:w="180" w:type="dxa"/>
            </w:tcMar>
          </w:tcPr>
          <w:p>
            <w:pPr>
              <w:jc w:val="right"/>
            </w:pPr>
            <w:r>
              <w:rPr>
                <w:rFonts w:ascii="Arial" w:hAnsi="Arial" w:eastAsia="Arial" w:cs="Arial"/>
                <w:b/>
                <w:color w:val="D7B243"/>
                <w:sz w:val="17"/>
              </w:rPr>
              <w:t>OLYVENRA LTD</w:t>
            </w:r>
          </w:p>
        </w:tc>
      </w:tr>
    </w:tbl>
    <w:p>
      <w:pPr>
        <w:spacing w:before="280" w:after="60"/>
      </w:pPr>
      <w:r>
        <w:rPr>
          <w:rFonts w:ascii="Arial" w:hAnsi="Arial" w:eastAsia="Arial" w:cs="Arial"/>
          <w:b/>
          <w:color w:val="061B2A"/>
          <w:sz w:val="36"/>
        </w:rPr>
        <w:t>Formulaire de vérification de la contrepartie</w:t>
      </w:r>
    </w:p>
    <w:p>
      <w:pPr>
        <w:spacing w:after="200"/>
      </w:pPr>
      <w:r>
        <w:rPr>
          <w:rFonts w:ascii="Arial" w:hAnsi="Arial" w:eastAsia="Arial" w:cs="Arial"/>
          <w:color w:val="526577"/>
          <w:sz w:val="20"/>
        </w:rPr>
        <w:t>Formulaire de vérification d'identité, de propriété et d'entreprise de la contrepartie.</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Classification</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Formulaire commercial</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Date d'effet</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18 juin 2026</w:t>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Responsable</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Direction OLYVENRA LTD</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Cycle de revue</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Annuel ou plus tôt si nécessaire</w:t>
            </w:r>
          </w:p>
        </w:tc>
      </w:tr>
    </w:tbl>
    <w:p/>
    <w:tbl>
      <w:tblPr>
        <w:tblStyle w:val="TableGrid"/>
        <w:tblW w:type="auto" w:w="0"/>
        <w:jc w:val="center"/>
        <w:tblLook w:firstColumn="1" w:firstRow="1" w:lastColumn="0" w:lastRow="0" w:noHBand="0" w:noVBand="1" w:val="04A0"/>
      </w:tblPr>
      <w:tblGrid>
        <w:gridCol w:w="10123"/>
      </w:tblGrid>
      <w:tr>
        <w:tc>
          <w:tcPr>
            <w:tcW w:type="dxa" w:w="9936"/>
            <w:shd w:fill="F7F4EA"/>
            <w:tcMar>
              <w:top w:w="150" w:type="dxa"/>
              <w:start w:w="170" w:type="dxa"/>
              <w:bottom w:w="150" w:type="dxa"/>
              <w:end w:w="170" w:type="dxa"/>
            </w:tcMar>
          </w:tcPr>
          <w:p>
            <w:pPr>
              <w:spacing w:after="60"/>
            </w:pPr>
            <w:r>
              <w:rPr>
                <w:rFonts w:ascii="Arial" w:hAnsi="Arial" w:eastAsia="Arial" w:cs="Arial"/>
                <w:b/>
                <w:color w:val="061B2A"/>
                <w:sz w:val="20"/>
              </w:rPr>
              <w:t>Instructions de remplissage</w:t>
            </w:r>
          </w:p>
          <w:p>
            <w:pPr>
              <w:spacing w:after="0"/>
            </w:pPr>
            <w:r>
              <w:rPr>
                <w:rFonts w:ascii="Arial" w:hAnsi="Arial" w:eastAsia="Arial" w:cs="Arial"/>
                <w:color w:val="102334"/>
                <w:sz w:val="18"/>
              </w:rPr>
              <w:t>Merci de compléter ce formulaire avec des informations exactes, à jour et vérifiables. OLYVENRA peut demander des justificatifs, informations de vigilance raisonnable supplémentaires ou clarifications avant toute coopération, introduction, assistance d'accès au marché ou échange documentaire.</w:t>
            </w:r>
          </w:p>
          <w:p>
            <w:pPr>
              <w:spacing w:after="0"/>
            </w:pPr>
            <w:r>
              <w:rPr>
                <w:rFonts w:ascii="Arial" w:hAnsi="Arial" w:eastAsia="Arial" w:cs="Arial"/>
                <w:i/>
                <w:color w:val="526577"/>
                <w:sz w:val="17"/>
              </w:rPr>
              <w:t>Les formulaires complétés doivent être envoyés à info@olyvenra.com. La réception de ce formulaire n'oblige pas OLYVENRA à poursuivre.</w:t>
            </w:r>
          </w:p>
        </w:tc>
      </w:tr>
    </w:tbl>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pPr>
            <w:r>
              <w:rPr>
                <w:rFonts w:ascii="Arial" w:hAnsi="Arial" w:eastAsia="Arial" w:cs="Arial"/>
                <w:b/>
                <w:color w:val="061B2A"/>
                <w:sz w:val="18"/>
              </w:rPr>
              <w:t>Objet et utilisation du formulaire</w:t>
            </w:r>
          </w:p>
          <w:p>
            <w:pPr>
              <w:spacing w:after="0"/>
            </w:pPr>
            <w:r>
              <w:rPr>
                <w:rFonts w:ascii="Arial" w:hAnsi="Arial" w:eastAsia="Arial" w:cs="Arial"/>
                <w:color w:val="526577"/>
                <w:sz w:val="17"/>
              </w:rPr>
              <w:t>Ce formulaire recueille les premières informations structurées nécessaires à l'évaluation d'une relation commerciale potentielle. Il aide OLYVENRA à comprendre l'organisation, le besoin commercial, l'autorité de la partie soumettrice et les éventuelles sensibilités de conformité avant tout échange documentaire supplémentaire.</w:t>
            </w:r>
          </w:p>
        </w:tc>
      </w:tr>
    </w:tbl>
    <w:p/>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pPr>
            <w:r>
              <w:rPr>
                <w:rFonts w:ascii="Arial" w:hAnsi="Arial" w:eastAsia="Arial" w:cs="Arial"/>
                <w:b/>
                <w:color w:val="061B2A"/>
                <w:sz w:val="18"/>
              </w:rPr>
              <w:t>Confidentialité, données et gestion documentaire</w:t>
            </w:r>
          </w:p>
          <w:p>
            <w:pPr>
              <w:spacing w:after="0"/>
            </w:pPr>
            <w:r>
              <w:rPr>
                <w:rFonts w:ascii="Arial" w:hAnsi="Arial" w:eastAsia="Arial" w:cs="Arial"/>
                <w:color w:val="526577"/>
                <w:sz w:val="17"/>
              </w:rPr>
              <w:t>Les informations transmises à OLYVENRA sont examinées aux fins d'évaluation commerciale légitime, de revue de contrepartie, de communication et de tenue de registres. Les documents commerciaux sensibles, conditions de frais et modèles contrôlés ne sont émis que lorsque le dossier est qualifié et approuvé.</w:t>
            </w:r>
          </w:p>
        </w:tc>
      </w:tr>
    </w:tbl>
    <w:p/>
    <w:p>
      <w:r>
        <w:br w:type="page"/>
      </w:r>
    </w:p>
    <w:p>
      <w:pPr>
        <w:pStyle w:val="Heading1"/>
      </w:pPr>
      <w:r>
        <w:t>Informations organisation</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Dénomination légale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Nom commercial / marque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Numéro d'immatriculation</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Juridiction d'enregistrement</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Adresse enregistrée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Site web</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Contact principal et autorité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Contact principal</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E-mail et téléphone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Autorité de soumission / représentation</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pPr>
      <w:r>
        <w:t>Propriété et direction</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Dirigeants / mandataires / responsables autorisés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Structure de propriété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Bénéficiaires effectifs ultimes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Conformité et risque</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Exposition PPE, sanctions ou médias défavorables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Exposition sanctions, parties restreintes ou risque élevé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Biens / services réglementés, à double usage ou sensibles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Pays bancaire et devise de paiement</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pPr>
      <w:r>
        <w:t>Documents justificatifs</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Certificat d'immatriculation / preuve d'enregistrement</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Profil d'entreprise / déclaration de capacités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Politiques, licences et certificats pertinents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Documents manquants ou questions ouvertes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Checklist de préparation à la soumission</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Contrôle</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Élément de revue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La dénomination, les informations d'immatriculation et l'autorité de contact sont complètes.</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Le besoin commercial ou la demande de coopération est spécifique et praticable.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Toute sensibilité réglementaire, double usage, sanctions, sécurité produit ou confidentialité est déclarée.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Les justificatifs sont disponibles ou clairement identifiés comme en attente.</w:t>
            </w:r>
          </w:p>
        </w:tc>
      </w:tr>
    </w:tbl>
    <w:p>
      <w:pPr>
        <w:pStyle w:val="Heading1"/>
      </w:pPr>
      <w:r>
        <w:t>Critères de revue OLYVENRA</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Contrôle</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Élément de revue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Objet licite et base commerciale crédible.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Rôle attendu d'OLYVENRA clairement défini.</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Identité, propriété et fiabilité de communication de la contrepartie.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Niveau d'accès documentaire adapté au stade de la demande.</w:t>
            </w:r>
          </w:p>
        </w:tc>
      </w:tr>
    </w:tbl>
    <w:p>
      <w:pPr>
        <w:pStyle w:val="Heading1"/>
      </w:pPr>
      <w:r>
        <w:t>Déclaration et autorité</w:t>
      </w:r>
    </w:p>
    <w:p>
      <w:r>
        <w:rPr>
          <w:rFonts w:ascii="Arial" w:hAnsi="Arial" w:eastAsia="Arial" w:cs="Arial"/>
          <w:color w:val="102334"/>
          <w:sz w:val="19"/>
        </w:rPr>
        <w:t>La partie soumettant le formulaire confirme que les informations fournies sont exactes au mieux de sa connaissance, qu'elle est autorisée à soumettre ce formulaire et qu'elle informera OLYVENRA de tout changement matériel.</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Nom</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Fonction / capacité</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Signature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Date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bl>
    <w:p>
      <w:pPr>
        <w:pStyle w:val="Heading2"/>
      </w:pPr>
      <w:r>
        <w:t>Notes de revue OLYVENRA</w:t>
      </w:r>
    </w:p>
    <w:tbl>
      <w:tblPr>
        <w:tblStyle w:val="TableGrid"/>
        <w:tblW w:type="auto" w:w="0"/>
        <w:tblLook w:firstColumn="1" w:firstRow="1" w:lastColumn="0" w:lastRow="0" w:noHBand="0" w:noVBand="1" w:val="04A0"/>
      </w:tblPr>
      <w:tblGrid>
        <w:gridCol w:w="10123"/>
      </w:tblGrid>
      <w:tr>
        <w:tc>
          <w:tcPr>
            <w:tcW w:type="dxa" w:w="9936"/>
            <w:vAlign w:val="center"/>
            <w:tcMar>
              <w:top w:w="420" w:type="dxa"/>
              <w:start w:w="140" w:type="dxa"/>
              <w:bottom w:w="420" w:type="dxa"/>
              <w:end w:w="140" w:type="dxa"/>
            </w:tcMar>
          </w:tcPr>
          <w:p>
            <w:pPr>
              <w:spacing w:after="0"/>
            </w:pPr>
            <w:r/>
            <w:r>
              <w:rPr>
                <w:rFonts w:ascii="Arial" w:hAnsi="Arial" w:eastAsia="Arial" w:cs="Arial"/>
                <w:b w:val="0"/>
                <w:color w:val="102334"/>
                <w:sz w:val="18"/>
              </w:rPr>
            </w:r>
          </w:p>
        </w:tc>
      </w:tr>
    </w:tbl>
    <w:sectPr w:rsidR="00FC693F" w:rsidRPr="0006063C" w:rsidSect="00034616">
      <w:headerReference w:type="default" r:id="rId9"/>
      <w:footerReference w:type="default" r:id="rId10"/>
      <w:pgSz w:w="11909" w:h="16834"/>
      <w:pgMar w:top="835" w:right="893" w:bottom="835" w:left="89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26577"/>
        <w:sz w:val="13"/>
      </w:rPr>
      <w:t>Contrôle documentaire : version actuelle sur olyvenra.com. Toute modification non autorisée ou redistribution trompeuse est interdite.</w:t>
    </w:r>
  </w:p>
  <w:p>
    <w:pPr>
      <w:jc w:val="center"/>
    </w:pPr>
    <w:r>
      <w:rPr>
        <w:rFonts w:ascii="Arial" w:hAnsi="Arial" w:eastAsia="Arial" w:cs="Arial"/>
        <w:color w:val="526577"/>
        <w:sz w:val="14"/>
      </w:rPr>
      <w:t>OLYVENRA LTD | 71-75 Shelton Street, Covent Garden, London WC2H 9JQ | info@olyvenra.com</w:t>
    </w:r>
  </w:p>
  <w:p>
    <w:pPr>
      <w:jc w:val="center"/>
    </w:pPr>
    <w:r>
      <w:rPr>
        <w:rFonts w:ascii="Arial" w:hAnsi="Arial" w:eastAsia="Arial" w:cs="Arial"/>
        <w:color w:val="526577"/>
        <w:sz w:val="13"/>
      </w:rPr>
      <w:t>N° société 17227691 | UEI SAM.gov PJL9G1GFZA24 | ICO ZC160833 | NCAGE U2J37 | UNGM 1229457 | D-U-N-S 234844385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cs="Arial"/>
        <w:color w:val="526577"/>
        <w:sz w:val="16"/>
      </w:rPr>
      <w:t>OLYVENRA LTD | Formulaire de vérification de la contrepartie</w:t>
    </w:r>
  </w:p>
  <w:p>
    <w:r>
      <w:pict>
        <v:shape id="OlyvenraLogoWatermark" o:spid="_x0000_s2049" type="#_x0000_t75" style="position:absolute;margin-left:0;margin-top:0;width:360pt;height:40pt;z-index:-251654144;mso-position-horizontal:center;mso-position-horizontal-relative:page;mso-position-vertical:center;mso-position-vertical-relative:page;mso-wrap-edited:f;" stroked="f">
          <v:fill opacity="0.13"/>
          <v:imagedata r:id="rId1" o:title="OLYVENRA"/>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s="Arial"/>
      <w:color w:val="1023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eastAsia="Arial" w:cs="Arial"/>
      <w:b/>
      <w:bCs/>
      <w:color w:val="061B2A"/>
      <w:sz w:val="3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cs="Arial"/>
      <w:b/>
      <w:bCs/>
      <w:color w:val="061B2A"/>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eastAsia="Arial" w:cs="Arial"/>
      <w:b/>
      <w:bCs/>
      <w:color w:val="061B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olyvenra-watermark.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Olyvenra Kyc Kyb Information Form Fr</dc:title>
  <dc:subject>Corporate document - OLYVENRA International Business Platform</dc:subject>
  <dc:creator>OLYVENRA LTD</dc:creator>
  <cp:keywords>OLYVENRA, international business, strategic sourcing, market access</cp:keywords>
  <dc:description>Controlled corporate document prepared for business use.</dc:description>
  <cp:lastModifiedBy>OLYVENRA LTD Corporate Communications</cp:lastModifiedBy>
  <cp:revision>1</cp:revision>
  <dcterms:created xsi:type="dcterms:W3CDTF">2013-12-23T23:15:00Z</dcterms:created>
  <dcterms:modified xsi:type="dcterms:W3CDTF">2013-12-23T23:15:00Z</dcterms:modified>
  <cp:category/>
</cp:coreProperties>
</file>