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5061"/>
        <w:gridCol w:w="5061"/>
      </w:tblGrid>
      <w:tr>
        <w:tc>
          <w:tcPr>
            <w:tcW w:type="dxa" w:w="6696"/>
            <w:shd w:fill="061B2A"/>
            <w:tcMar>
              <w:top w:w="180" w:type="dxa"/>
              <w:start w:w="180" w:type="dxa"/>
              <w:bottom w:w="180" w:type="dxa"/>
              <w:end w:w="180" w:type="dxa"/>
            </w:tcMar>
          </w:tcPr>
          <w:p>
            <w:r>
              <w:drawing>
                <wp:inline xmlns:a="http://schemas.openxmlformats.org/drawingml/2006/main" xmlns:pic="http://schemas.openxmlformats.org/drawingml/2006/picture">
                  <wp:extent cx="1828800" cy="201168"/>
                  <wp:docPr id="1" name="Picture 1"/>
                  <wp:cNvGraphicFramePr>
                    <a:graphicFrameLocks noChangeAspect="1"/>
                  </wp:cNvGraphicFramePr>
                  <a:graphic>
                    <a:graphicData uri="http://schemas.openxmlformats.org/drawingml/2006/picture">
                      <pic:pic>
                        <pic:nvPicPr>
                          <pic:cNvPr id="0" name="logo-white.png"/>
                          <pic:cNvPicPr/>
                        </pic:nvPicPr>
                        <pic:blipFill>
                          <a:blip r:embed="rId11"/>
                          <a:stretch>
                            <a:fillRect/>
                          </a:stretch>
                        </pic:blipFill>
                        <pic:spPr>
                          <a:xfrm>
                            <a:off x="0" y="0"/>
                            <a:ext cx="1828800" cy="201168"/>
                          </a:xfrm>
                          <a:prstGeom prst="rect"/>
                        </pic:spPr>
                      </pic:pic>
                    </a:graphicData>
                  </a:graphic>
                </wp:inline>
              </w:drawing>
            </w:r>
          </w:p>
          <w:p>
            <w:pPr>
              <w:spacing w:after="0"/>
            </w:pPr>
            <w:r>
              <w:rPr>
                <w:rFonts w:ascii="Arial" w:hAnsi="Arial" w:eastAsia="Arial" w:cs="Arial"/>
                <w:color w:val="D4E0E7"/>
                <w:sz w:val="17"/>
              </w:rPr>
              <w:t>استبيان مراجعة الطرف المقابل للعملاء والموردين والشركاء والوسطاء.</w:t>
            </w:r>
          </w:p>
        </w:tc>
        <w:tc>
          <w:tcPr>
            <w:tcW w:type="dxa" w:w="3240"/>
            <w:shd w:fill="061B2A"/>
            <w:tcMar>
              <w:top w:w="180" w:type="dxa"/>
              <w:start w:w="180" w:type="dxa"/>
              <w:bottom w:w="180" w:type="dxa"/>
              <w:end w:w="180" w:type="dxa"/>
            </w:tcMar>
          </w:tcPr>
          <w:p>
            <w:pPr>
              <w:jc w:val="right"/>
            </w:pPr>
            <w:r>
              <w:rPr>
                <w:rFonts w:ascii="Arial" w:hAnsi="Arial" w:eastAsia="Arial" w:cs="Arial"/>
                <w:b/>
                <w:color w:val="D7B243"/>
                <w:sz w:val="17"/>
              </w:rPr>
              <w:t>OLYVENRA LTD</w:t>
            </w:r>
          </w:p>
        </w:tc>
      </w:tr>
    </w:tbl>
    <w:p>
      <w:pPr>
        <w:spacing w:before="280" w:after="60"/>
        <w:jc w:val="right"/>
      </w:pPr>
      <w:r>
        <w:rPr>
          <w:rFonts w:ascii="Arial" w:hAnsi="Arial" w:eastAsia="Arial" w:cs="Arial"/>
          <w:b/>
          <w:color w:val="061B2A"/>
          <w:sz w:val="36"/>
        </w:rPr>
        <w:t>استبيان العناية الواجبة</w:t>
      </w:r>
    </w:p>
    <w:p>
      <w:pPr>
        <w:spacing w:after="200"/>
        <w:jc w:val="right"/>
      </w:pPr>
      <w:r>
        <w:rPr>
          <w:rFonts w:ascii="Arial" w:hAnsi="Arial" w:eastAsia="Arial" w:cs="Arial"/>
          <w:color w:val="526577"/>
          <w:sz w:val="20"/>
        </w:rPr>
        <w:t>استبيان مراجعة الطرف المقابل للعملاء والموردين والشركاء والوسطاء.</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التصنيف</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نموذج أعمال</w:t>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تاريخ السريان</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18 يونيو 2026</w:t>
            </w:r>
          </w:p>
        </w:tc>
      </w:tr>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المالك</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إدارة الشركة</w:t>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دورة المراجعة</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سنوية أو قبل ذلك عند الحاجة</w:t>
            </w:r>
          </w:p>
        </w:tc>
      </w:tr>
    </w:tbl>
    <w:p/>
    <w:tbl>
      <w:tblPr>
        <w:tblStyle w:val="TableGrid"/>
        <w:tblW w:type="auto" w:w="0"/>
        <w:jc w:val="center"/>
        <w:tblLook w:firstColumn="1" w:firstRow="1" w:lastColumn="0" w:lastRow="0" w:noHBand="0" w:noVBand="1" w:val="04A0"/>
      </w:tblPr>
      <w:tblGrid>
        <w:gridCol w:w="10123"/>
      </w:tblGrid>
      <w:tr>
        <w:tc>
          <w:tcPr>
            <w:tcW w:type="dxa" w:w="9936"/>
            <w:shd w:fill="F7F4EA"/>
            <w:tcMar>
              <w:top w:w="150" w:type="dxa"/>
              <w:start w:w="170" w:type="dxa"/>
              <w:bottom w:w="150" w:type="dxa"/>
              <w:end w:w="170" w:type="dxa"/>
            </w:tcMar>
          </w:tcPr>
          <w:p>
            <w:pPr>
              <w:spacing w:after="60"/>
            </w:pPr>
            <w:r>
              <w:rPr>
                <w:rFonts w:ascii="Arial" w:hAnsi="Arial" w:eastAsia="Arial" w:cs="Arial"/>
                <w:b/>
                <w:color w:val="061B2A"/>
                <w:sz w:val="20"/>
              </w:rPr>
              <w:t>تعليمات الإكمال</w:t>
            </w:r>
          </w:p>
          <w:p>
            <w:pPr>
              <w:spacing w:after="0"/>
            </w:pPr>
            <w:r>
              <w:rPr>
                <w:rFonts w:ascii="Arial" w:hAnsi="Arial" w:eastAsia="Arial" w:cs="Arial"/>
                <w:color w:val="102334"/>
                <w:sz w:val="18"/>
              </w:rPr>
              <w:t>يرجى إكمال النموذج بمعلومات دقيقة وحديثة وقابلة للتحقق. قد تطلب OLYVENRA وثائق داعمة أو معلومات عناية واجبة إضافية أو توضيحات قبل أي تعاون أو تعريف تجاري أو دعم دخول سوق أو تبادل وثائق.</w:t>
            </w:r>
          </w:p>
          <w:p>
            <w:pPr>
              <w:spacing w:after="0"/>
            </w:pPr>
            <w:r>
              <w:rPr>
                <w:rFonts w:ascii="Arial" w:hAnsi="Arial" w:eastAsia="Arial" w:cs="Arial"/>
                <w:i/>
                <w:color w:val="526577"/>
                <w:sz w:val="17"/>
              </w:rPr>
              <w:t>ينبغي إرسال النماذج المكتملة إلى info@olyvenra.com. استلام هذا النموذج لا ينشئ التزاما على OLYVENRA بالمتابعة.</w:t>
            </w:r>
          </w:p>
        </w:tc>
      </w:tr>
    </w:tbl>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60"/>
              <w:jc w:val="right"/>
            </w:pPr>
            <w:r>
              <w:rPr>
                <w:rFonts w:ascii="Arial" w:hAnsi="Arial" w:eastAsia="Arial" w:cs="Arial"/>
                <w:b/>
                <w:color w:val="061B2A"/>
                <w:sz w:val="18"/>
              </w:rPr>
              <w:t>الغرض من النموذج واستخدامه</w:t>
            </w:r>
          </w:p>
          <w:p>
            <w:pPr>
              <w:spacing w:after="0"/>
              <w:jc w:val="right"/>
            </w:pPr>
            <w:r>
              <w:rPr>
                <w:rFonts w:ascii="Arial" w:hAnsi="Arial" w:eastAsia="Arial" w:cs="Arial"/>
                <w:color w:val="526577"/>
                <w:sz w:val="17"/>
              </w:rPr>
              <w:t>يستخدم هذا النموذج لجمع المجموعة الأولى من المعلومات المنظمة اللازمة لتقييم علاقة تجارية محتملة. ويساعد OLYVENRA على فهم المؤسسة والمتطلب التجاري وصلاحية الطرف المرسل وأي حساسية امتثال قبل أي تبادل وثائقي إضافي.</w:t>
            </w:r>
          </w:p>
        </w:tc>
      </w:tr>
    </w:tbl>
    <w:p/>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60"/>
              <w:jc w:val="right"/>
            </w:pPr>
            <w:r>
              <w:rPr>
                <w:rFonts w:ascii="Arial" w:hAnsi="Arial" w:eastAsia="Arial" w:cs="Arial"/>
                <w:b/>
                <w:color w:val="061B2A"/>
                <w:sz w:val="18"/>
              </w:rPr>
              <w:t>السرية والبيانات وإدارة الوثائق</w:t>
            </w:r>
          </w:p>
          <w:p>
            <w:pPr>
              <w:spacing w:after="0"/>
              <w:jc w:val="right"/>
            </w:pPr>
            <w:r>
              <w:rPr>
                <w:rFonts w:ascii="Arial" w:hAnsi="Arial" w:eastAsia="Arial" w:cs="Arial"/>
                <w:color w:val="526577"/>
                <w:sz w:val="17"/>
              </w:rPr>
              <w:t>تراجع المعلومات المقدمة إلى OLYVENRA لأغراض التقييم التجاري المشروع، وفحص الطرف المقابل، والتواصل، وحفظ السجلات. ولا تصدر الوثائق التجارية الحساسة وشروط الرسوم والنماذج الخاضعة للتحكم إلا عندما يكون الملف مؤهلا ومعتمدا.</w:t>
            </w:r>
          </w:p>
        </w:tc>
      </w:tr>
    </w:tbl>
    <w:p/>
    <w:p>
      <w:r>
        <w:br w:type="page"/>
      </w:r>
    </w:p>
    <w:p>
      <w:pPr>
        <w:pStyle w:val="Heading1"/>
        <w:jc w:val="right"/>
      </w:pPr>
      <w:r>
        <w:t>بيانات المؤسسة</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المعلومة المطلوبة</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الإجابة / الملاحظات</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الاسم القانوني</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رقم تسجيل الشركة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اختصاص التسجيل</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العنوان المسجل</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الموقع الإلكتروني</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jc w:val="right"/>
      </w:pPr>
      <w:r>
        <w:t>الملكية والإدارة</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المعلومة المطلوبة</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الإجابة / الملاحظات</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هيكل الملكية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المديرون / المسؤولون / المدراء المخولون</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المستفيدون الحقيقيون النهائيون</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r>
        <w:br w:type="page"/>
      </w:r>
    </w:p>
    <w:p>
      <w:pPr>
        <w:pStyle w:val="Heading1"/>
        <w:jc w:val="right"/>
      </w:pPr>
      <w:r>
        <w:t>الامتثال والمخاطر</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المعلومة المطلوبة</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الإجابة / الملاحظات</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التعرض للعقوبات أو الأطراف المقيدة أو المخاطر العالية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تعرض PEP أو عقوبات أو إعلام سلبي</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سلع / خدمات منظمة أو مزدوجة الاستخدام أو حساسة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بيانات شخصية أو معلومات سرية متضمنة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بلد البنك وعملة الدفع</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jc w:val="right"/>
      </w:pPr>
      <w:r>
        <w:t>المنتجات والخدمات والقدرات</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المعلومة المطلوبة</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الإجابة / الملاحظات</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القطاع / المجال</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المنتجات أو الخدمات المعنية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التراخيص أو الشهادات أو معايير الجودة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مراجع أو أمثلة ذات صلة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r>
        <w:br w:type="page"/>
      </w:r>
    </w:p>
    <w:p>
      <w:pPr>
        <w:pStyle w:val="Heading1"/>
        <w:jc w:val="right"/>
      </w:pPr>
      <w:r>
        <w:t>الوثائق الداعمة</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المعلومة المطلوبة</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الإجابة / الملاحظات</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الوثائق المتاحة للمراجعة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وثائق ناقصة أو أسئلة مفتوحة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jc w:val="right"/>
      </w:pPr>
      <w:r>
        <w:t>قائمة جاهزية الإرسال</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تحقق</w:t>
            </w:r>
          </w:p>
        </w:tc>
        <w:tc>
          <w:tcPr>
            <w:tcW w:type="dxa" w:w="83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بند المراجعة</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اسم المؤسسة وبيانات التسجيل وصلاحية جهة الاتصال مكتملة.</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المتطلب التجاري أو طلب التعاون محدد وقابل للتنفيذ.</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تم الإفصاح عن أي حساسية تنظيمية أو استخدام مزدوج أو عقوبات أو سلامة منتج أو سرية.</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الوثائق الداعمة متاحة أو محددة بوضوح كوثائق معلقة.</w:t>
            </w:r>
          </w:p>
        </w:tc>
      </w:tr>
    </w:tbl>
    <w:p>
      <w:pPr>
        <w:pStyle w:val="Heading1"/>
        <w:jc w:val="right"/>
      </w:pPr>
      <w:r>
        <w:t>معايير مراجعة OLYVENRA</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تحقق</w:t>
            </w:r>
          </w:p>
        </w:tc>
        <w:tc>
          <w:tcPr>
            <w:tcW w:type="dxa" w:w="83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بند المراجعة</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غرض قانوني وأساس تجاري موثوق.</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الدور المطلوب من OLYVENRA واضح.</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هوية الطرف المقابل والملكية وموثوقية التواصل.</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مستوى الوصول إلى الوثائق مناسب لمرحلة الطلب.</w:t>
            </w:r>
          </w:p>
        </w:tc>
      </w:tr>
    </w:tbl>
    <w:p>
      <w:pPr>
        <w:pStyle w:val="Heading1"/>
        <w:jc w:val="right"/>
      </w:pPr>
      <w:r>
        <w:t>الإقرار والصلاحية</w:t>
      </w:r>
    </w:p>
    <w:p>
      <w:pPr>
        <w:jc w:val="right"/>
      </w:pPr>
      <w:r>
        <w:rPr>
          <w:rFonts w:ascii="Arial" w:hAnsi="Arial" w:eastAsia="Arial" w:cs="Arial"/>
          <w:color w:val="102334"/>
          <w:sz w:val="19"/>
        </w:rPr>
        <w:t>يؤكد الطرف المرسل أن المعلومات المقدمة صحيحة حسب علمه، وأنه مخول بتقديم هذا النموذج، وأنه سيبلغ OLYVENRA فورا بأي تغييرات جوهرية.</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الاسم</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الصفة / الصلاحية</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r>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التوقيع</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التاريخ</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r>
    </w:tbl>
    <w:p>
      <w:pPr>
        <w:pStyle w:val="Heading2"/>
        <w:jc w:val="right"/>
      </w:pPr>
      <w:r>
        <w:t>ملاحظات مراجعة OLYVENRA</w:t>
      </w:r>
    </w:p>
    <w:tbl>
      <w:tblPr>
        <w:tblStyle w:val="TableGrid"/>
        <w:tblW w:type="auto" w:w="0"/>
        <w:tblLook w:firstColumn="1" w:firstRow="1" w:lastColumn="0" w:lastRow="0" w:noHBand="0" w:noVBand="1" w:val="04A0"/>
      </w:tblPr>
      <w:tblGrid>
        <w:gridCol w:w="10123"/>
      </w:tblGrid>
      <w:tr>
        <w:tc>
          <w:tcPr>
            <w:tcW w:type="dxa" w:w="9936"/>
            <w:vAlign w:val="center"/>
            <w:tcMar>
              <w:top w:w="420" w:type="dxa"/>
              <w:start w:w="140" w:type="dxa"/>
              <w:bottom w:w="420" w:type="dxa"/>
              <w:end w:w="140" w:type="dxa"/>
            </w:tcMar>
          </w:tcPr>
          <w:p>
            <w:pPr>
              <w:spacing w:after="0"/>
            </w:pPr>
            <w:r/>
            <w:r>
              <w:rPr>
                <w:rFonts w:ascii="Arial" w:hAnsi="Arial" w:eastAsia="Arial" w:cs="Arial"/>
                <w:b w:val="0"/>
                <w:color w:val="102334"/>
                <w:sz w:val="18"/>
              </w:rPr>
            </w:r>
          </w:p>
        </w:tc>
      </w:tr>
    </w:tbl>
    <w:sectPr w:rsidR="00FC693F" w:rsidRPr="0006063C" w:rsidSect="00034616">
      <w:headerReference w:type="default" r:id="rId9"/>
      <w:footerReference w:type="default" r:id="rId10"/>
      <w:pgSz w:w="11909" w:h="16834"/>
      <w:pgMar w:top="835" w:right="893" w:bottom="835" w:left="893" w:header="403" w:footer="403"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color w:val="526577"/>
        <w:sz w:val="13"/>
      </w:rPr>
      <w:t>التحكم في الوثيقة: النسخة الحالية على olyvenra.com. يحظر التعديل غير المصرح به أو إعادة التوزيع المضللة.</w:t>
    </w:r>
  </w:p>
  <w:p>
    <w:pPr>
      <w:jc w:val="center"/>
    </w:pPr>
    <w:r>
      <w:rPr>
        <w:rFonts w:ascii="Arial" w:hAnsi="Arial" w:eastAsia="Arial" w:cs="Arial"/>
        <w:color w:val="526577"/>
        <w:sz w:val="14"/>
      </w:rPr>
      <w:t>OLYVENRA LTD | 71-75 Shelton Street, Covent Garden, London WC2H 9JQ | info@olyvenra.com</w:t>
    </w:r>
  </w:p>
  <w:p>
    <w:pPr>
      <w:jc w:val="center"/>
    </w:pPr>
    <w:r>
      <w:rPr>
        <w:rFonts w:ascii="Arial" w:hAnsi="Arial" w:eastAsia="Arial" w:cs="Arial"/>
        <w:color w:val="526577"/>
        <w:sz w:val="13"/>
      </w:rPr>
      <w:t>رقم الشركة 17227691 | معرّف SAM.gov UEI PJL9G1GFZA24 | ICO ZC160833 | NCAGE U2J37 | UNGM 1229457 | D-U-N-S 234844385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eastAsia="Arial" w:cs="Arial"/>
        <w:color w:val="526577"/>
        <w:sz w:val="16"/>
      </w:rPr>
      <w:t>OLYVENRA LTD | استبيان العناية الواجبة</w:t>
    </w:r>
  </w:p>
  <w:p>
    <w:r>
      <w:pict>
        <v:shape id="OlyvenraLogoWatermark" o:spid="_x0000_s2049" type="#_x0000_t75" style="position:absolute;margin-left:0;margin-top:0;width:360pt;height:40pt;z-index:-251654144;mso-position-horizontal:center;mso-position-horizontal-relative:page;mso-position-vertical:center;mso-position-vertical-relative:page;mso-wrap-edited:f;" stroked="f">
          <v:fill opacity="0.13"/>
          <v:imagedata r:id="rId1" o:title="OLYVENRA"/>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Arial" w:cs="Arial"/>
      <w:color w:val="102334"/>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eastAsia="Arial" w:cs="Arial"/>
      <w:b/>
      <w:bCs/>
      <w:color w:val="061B2A"/>
      <w:sz w:val="31"/>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eastAsia="Arial" w:cs="Arial"/>
      <w:b/>
      <w:bCs/>
      <w:color w:val="061B2A"/>
      <w:sz w:val="24"/>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rial" w:hAnsi="Arial" w:eastAsia="Arial" w:cs="Arial"/>
      <w:b/>
      <w:bCs/>
      <w:color w:val="061B2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olyvenra-watermark.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Olyvenra Due Diligence Questionnaire Ar</dc:title>
  <dc:subject>Corporate document - OLYVENRA International Business Platform</dc:subject>
  <dc:creator>OLYVENRA LTD</dc:creator>
  <cp:keywords>OLYVENRA, international business, strategic sourcing, market access</cp:keywords>
  <dc:description>Controlled corporate document prepared for business use.</dc:description>
  <cp:lastModifiedBy>OLYVENRA LTD Corporate Communications</cp:lastModifiedBy>
  <cp:revision>1</cp:revision>
  <dcterms:created xsi:type="dcterms:W3CDTF">2013-12-23T23:15:00Z</dcterms:created>
  <dcterms:modified xsi:type="dcterms:W3CDTF">2013-12-23T23:15:00Z</dcterms:modified>
  <cp:category/>
</cp:coreProperties>
</file>