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Request form for confidential discussions and controlled document exchange.</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NDA Request Form</w:t>
      </w:r>
    </w:p>
    <w:p>
      <w:pPr>
        <w:spacing w:after="200"/>
      </w:pPr>
      <w:r>
        <w:rPr>
          <w:rFonts w:ascii="Arial" w:hAnsi="Arial" w:eastAsia="Arial" w:cs="Arial"/>
          <w:color w:val="526577"/>
          <w:sz w:val="20"/>
        </w:rPr>
        <w:t>Request form for confidential discussions and controlled document exchange.</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Business form</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18 June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rFonts w:ascii="Arial" w:hAnsi="Arial" w:eastAsia="Arial" w:cs="Arial"/>
                <w:b/>
                <w:color w:val="061B2A"/>
                <w:sz w:val="20"/>
              </w:rPr>
              <w:t>Completion guidance</w:t>
            </w:r>
          </w:p>
          <w:p>
            <w:pPr>
              <w:spacing w:after="0"/>
            </w:pPr>
            <w:r>
              <w:rPr>
                <w:rFonts w:ascii="Arial" w:hAnsi="Arial" w:eastAsia="Arial" w:cs="Arial"/>
                <w:color w:val="102334"/>
                <w:sz w:val="18"/>
              </w:rPr>
              <w:t>Please complete the form with accurate, current and verifiable information. OLYVENRA may request supporting documents, additional due diligence information or clarification before any cooperation, introduction, market access support or document exchange proceeds.</w:t>
            </w:r>
          </w:p>
          <w:p>
            <w:pPr>
              <w:spacing w:after="0"/>
            </w:pPr>
            <w:r>
              <w:rPr>
                <w:rFonts w:ascii="Arial" w:hAnsi="Arial" w:eastAsia="Arial" w:cs="Arial"/>
                <w:i/>
                <w:color w:val="526577"/>
                <w:sz w:val="17"/>
              </w:rPr>
              <w:t>Completed forms should be sent to info@olyvenra.com. Receipt of this form does not create an obligation for OLYVENRA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Purpose and use of this form</w:t>
            </w:r>
          </w:p>
          <w:p>
            <w:pPr>
              <w:spacing w:after="0"/>
            </w:pPr>
            <w:r>
              <w:rPr>
                <w:rFonts w:ascii="Arial" w:hAnsi="Arial" w:eastAsia="Arial" w:cs="Arial"/>
                <w:color w:val="526577"/>
                <w:sz w:val="17"/>
              </w:rPr>
              <w:t>This form is used to collect the first set of structured information required to assess a potential business relationship. It helps OLYVENRA understand the organisation, the commercial requirement, the authority of the submitting party and any compliance sensitivity before further document exchange.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Confidentiality, data and document handling</w:t>
            </w:r>
          </w:p>
          <w:p>
            <w:pPr>
              <w:spacing w:after="0"/>
            </w:pPr>
            <w:r>
              <w:rPr>
                <w:rFonts w:ascii="Arial" w:hAnsi="Arial" w:eastAsia="Arial" w:cs="Arial"/>
                <w:color w:val="526577"/>
                <w:sz w:val="17"/>
              </w:rPr>
              <w:t>Information submitted to OLYVENRA is reviewed for legitimate business assessment, counterparty screening, communication and record keeping. Sensitive commercial documents, fee terms and controlled templates are issued only where the matter is qualified and approved.</w:t>
            </w:r>
          </w:p>
        </w:tc>
      </w:tr>
    </w:tbl>
    <w:p/>
    <w:p>
      <w:r>
        <w:br w:type="page"/>
      </w:r>
    </w:p>
    <w:p>
      <w:pPr>
        <w:pStyle w:val="Heading1"/>
      </w:pPr>
      <w:r>
        <w:t>Organisation details</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Primary contact and authority</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Authority to submit / represent</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Confidentiality request</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Purpose of confidential discussion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Information expected to be exchanged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Parties requiring NDA coverage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Special confidentiality, term or jurisdiction requirements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Opportunity / requirement</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market / territory</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Expected timeline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Compliance and risk</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Submission readiness checklist</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r/>
            <w:r>
              <w:rPr>
                <w:rFonts w:ascii="Arial" w:hAnsi="Arial" w:eastAsia="Arial" w:cs="Arial"/>
                <w:b w:val="0"/>
                <w:color w:val="102334"/>
                <w:sz w:val="18"/>
              </w:rPr>
            </w:r>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NDA Request Form</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 Request Form</dc:title>
  <dc:subject>Request form for confidential discussions and controlled document exchange.</dc:subject>
  <dc:creator>OLYVENRA LTD</dc:creator>
  <cp:keywords/>
  <dc:description>generated by python-docx</dc:description>
  <cp:lastModifiedBy>OLYVENRA LTD</cp:lastModifiedBy>
  <cp:revision>1</cp:revision>
  <dcterms:created xsi:type="dcterms:W3CDTF">2013-12-23T23:15:00Z</dcterms:created>
  <dcterms:modified xsi:type="dcterms:W3CDTF">2013-12-23T23:15:00Z</dcterms:modified>
  <cp:category/>
</cp:coreProperties>
</file>